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873C" w14:textId="7F45631E" w:rsidR="00E37D0B" w:rsidRPr="00397B9C" w:rsidRDefault="00E37D0B" w:rsidP="00397B9C">
      <w:pPr>
        <w:spacing w:line="240" w:lineRule="auto"/>
        <w:ind w:left="5102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</w:pPr>
      <w:proofErr w:type="spellStart"/>
      <w:r w:rsidRPr="00E37D0B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Pirkimo</w:t>
      </w:r>
      <w:proofErr w:type="spellEnd"/>
      <w:r w:rsidRPr="00E37D0B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E37D0B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sąlygų</w:t>
      </w:r>
      <w:proofErr w:type="spellEnd"/>
      <w:r w:rsidRPr="00E37D0B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E37D0B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1</w:t>
      </w:r>
      <w:r w:rsidRPr="00E37D0B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</w:t>
      </w:r>
      <w:proofErr w:type="spellStart"/>
      <w:r w:rsidRPr="00E37D0B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priedas</w:t>
      </w:r>
      <w:proofErr w:type="spellEnd"/>
    </w:p>
    <w:p w14:paraId="282A6B74" w14:textId="77777777" w:rsidR="00E37D0B" w:rsidRDefault="00E37D0B">
      <w:pPr>
        <w:jc w:val="center"/>
        <w:rPr>
          <w:b/>
          <w:sz w:val="26"/>
        </w:rPr>
      </w:pPr>
    </w:p>
    <w:p w14:paraId="66AF57D5" w14:textId="3F07C557" w:rsidR="00F3240C" w:rsidRPr="00317851" w:rsidRDefault="00317851">
      <w:pPr>
        <w:jc w:val="center"/>
        <w:rPr>
          <w:b/>
        </w:rPr>
      </w:pPr>
      <w:r w:rsidRPr="00317851">
        <w:rPr>
          <w:b/>
          <w:sz w:val="26"/>
        </w:rPr>
        <w:t>TECHNINĖ SPECIFIKACIJA</w:t>
      </w:r>
      <w:r w:rsidRPr="00317851">
        <w:rPr>
          <w:b/>
          <w:sz w:val="26"/>
        </w:rPr>
        <w:br/>
        <w:t xml:space="preserve">BITININKYSTĖS MUZIEJAUS AUSTĖJOS KLĖTELĖS </w:t>
      </w:r>
      <w:r w:rsidRPr="00317851">
        <w:rPr>
          <w:b/>
          <w:sz w:val="24"/>
          <w:szCs w:val="24"/>
          <w:bdr w:val="nil"/>
          <w:lang w:eastAsia="en-GB"/>
        </w:rPr>
        <w:t xml:space="preserve">(UNIK. NR. 4400-3754-7394) </w:t>
      </w:r>
      <w:r w:rsidRPr="00317851">
        <w:rPr>
          <w:b/>
          <w:sz w:val="24"/>
          <w:szCs w:val="24"/>
        </w:rPr>
        <w:t xml:space="preserve"> </w:t>
      </w:r>
      <w:r w:rsidRPr="00317851">
        <w:rPr>
          <w:b/>
          <w:sz w:val="26"/>
        </w:rPr>
        <w:t xml:space="preserve"> IR PIRTIES </w:t>
      </w:r>
      <w:r w:rsidRPr="00317851">
        <w:rPr>
          <w:b/>
          <w:sz w:val="24"/>
          <w:szCs w:val="24"/>
          <w:bdr w:val="nil"/>
          <w:lang w:eastAsia="en-GB"/>
        </w:rPr>
        <w:t>(UNIK. NR. 4595-9006-3056)</w:t>
      </w:r>
      <w:r w:rsidRPr="00317851">
        <w:rPr>
          <w:b/>
          <w:sz w:val="24"/>
          <w:szCs w:val="24"/>
        </w:rPr>
        <w:t xml:space="preserve"> </w:t>
      </w:r>
      <w:r w:rsidRPr="00317851">
        <w:rPr>
          <w:b/>
          <w:sz w:val="26"/>
        </w:rPr>
        <w:t xml:space="preserve"> NENDRINIŲ STOGŲ DANGOS KEITIMO IR IMPREGNAVIMO DARBAI</w:t>
      </w:r>
    </w:p>
    <w:p w14:paraId="6FC9829B" w14:textId="00FA7108" w:rsidR="00F3240C" w:rsidRPr="009D1BBA" w:rsidRDefault="00F00079" w:rsidP="009D1BBA">
      <w:pPr>
        <w:ind w:firstLine="851"/>
        <w:jc w:val="both"/>
        <w:rPr>
          <w:sz w:val="24"/>
          <w:szCs w:val="24"/>
        </w:rPr>
      </w:pPr>
      <w:proofErr w:type="spellStart"/>
      <w:r w:rsidRPr="009D1BBA">
        <w:rPr>
          <w:sz w:val="24"/>
          <w:szCs w:val="24"/>
        </w:rPr>
        <w:t>Pirkimo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objektas</w:t>
      </w:r>
      <w:proofErr w:type="spellEnd"/>
      <w:r w:rsidRPr="009D1BBA">
        <w:rPr>
          <w:sz w:val="24"/>
          <w:szCs w:val="24"/>
        </w:rPr>
        <w:t xml:space="preserve"> – </w:t>
      </w:r>
      <w:proofErr w:type="spellStart"/>
      <w:r w:rsidRPr="009D1BBA">
        <w:rPr>
          <w:sz w:val="24"/>
          <w:szCs w:val="24"/>
        </w:rPr>
        <w:t>Austėjos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klėtelės</w:t>
      </w:r>
      <w:proofErr w:type="spellEnd"/>
      <w:r w:rsidR="00637ED8">
        <w:rPr>
          <w:sz w:val="24"/>
          <w:szCs w:val="24"/>
        </w:rPr>
        <w:t xml:space="preserve"> </w:t>
      </w:r>
      <w:r w:rsidR="00637ED8">
        <w:rPr>
          <w:sz w:val="24"/>
          <w:szCs w:val="24"/>
          <w:bdr w:val="nil"/>
          <w:lang w:eastAsia="en-GB"/>
        </w:rPr>
        <w:t>(</w:t>
      </w:r>
      <w:proofErr w:type="spellStart"/>
      <w:r w:rsidR="00637ED8">
        <w:rPr>
          <w:sz w:val="24"/>
          <w:szCs w:val="24"/>
          <w:bdr w:val="nil"/>
          <w:lang w:eastAsia="en-GB"/>
        </w:rPr>
        <w:t>unik</w:t>
      </w:r>
      <w:proofErr w:type="spellEnd"/>
      <w:r w:rsidR="00637ED8">
        <w:rPr>
          <w:sz w:val="24"/>
          <w:szCs w:val="24"/>
          <w:bdr w:val="nil"/>
          <w:lang w:eastAsia="en-GB"/>
        </w:rPr>
        <w:t>. Nr. 4400-3754-7394)</w:t>
      </w:r>
      <w:r w:rsidR="00637ED8" w:rsidRPr="00A931CF">
        <w:rPr>
          <w:sz w:val="24"/>
          <w:szCs w:val="24"/>
          <w:bdr w:val="nil"/>
          <w:lang w:eastAsia="en-GB"/>
        </w:rPr>
        <w:t xml:space="preserve"> </w:t>
      </w:r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ir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pirties</w:t>
      </w:r>
      <w:proofErr w:type="spellEnd"/>
      <w:r w:rsidR="00637ED8">
        <w:rPr>
          <w:sz w:val="24"/>
          <w:szCs w:val="24"/>
        </w:rPr>
        <w:t xml:space="preserve"> </w:t>
      </w:r>
      <w:r w:rsidR="00637ED8">
        <w:rPr>
          <w:sz w:val="24"/>
          <w:szCs w:val="24"/>
          <w:bdr w:val="nil"/>
          <w:lang w:eastAsia="en-GB"/>
        </w:rPr>
        <w:t>(</w:t>
      </w:r>
      <w:proofErr w:type="spellStart"/>
      <w:r w:rsidR="00637ED8">
        <w:rPr>
          <w:sz w:val="24"/>
          <w:szCs w:val="24"/>
          <w:bdr w:val="nil"/>
          <w:lang w:eastAsia="en-GB"/>
        </w:rPr>
        <w:t>unik</w:t>
      </w:r>
      <w:proofErr w:type="spellEnd"/>
      <w:r w:rsidR="00637ED8">
        <w:rPr>
          <w:sz w:val="24"/>
          <w:szCs w:val="24"/>
          <w:bdr w:val="nil"/>
          <w:lang w:eastAsia="en-GB"/>
        </w:rPr>
        <w:t>. Nr. 4595-9006-3056)</w:t>
      </w:r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esamos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stogo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dangos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pakeitimas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nauja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nendrine</w:t>
      </w:r>
      <w:proofErr w:type="spellEnd"/>
      <w:r w:rsidRPr="009D1BBA">
        <w:rPr>
          <w:sz w:val="24"/>
          <w:szCs w:val="24"/>
        </w:rPr>
        <w:t xml:space="preserve"> / </w:t>
      </w:r>
      <w:proofErr w:type="spellStart"/>
      <w:r w:rsidRPr="009D1BBA">
        <w:rPr>
          <w:sz w:val="24"/>
          <w:szCs w:val="24"/>
        </w:rPr>
        <w:t>šiaudine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stogo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danga</w:t>
      </w:r>
      <w:proofErr w:type="spellEnd"/>
      <w:r w:rsidRPr="009D1BBA">
        <w:rPr>
          <w:sz w:val="24"/>
          <w:szCs w:val="24"/>
        </w:rPr>
        <w:t xml:space="preserve">, </w:t>
      </w:r>
      <w:proofErr w:type="spellStart"/>
      <w:r w:rsidRPr="009D1BBA">
        <w:rPr>
          <w:sz w:val="24"/>
          <w:szCs w:val="24"/>
        </w:rPr>
        <w:t>įskaitant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senos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dangos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nuėmimą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ir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išvežimą</w:t>
      </w:r>
      <w:proofErr w:type="spellEnd"/>
      <w:r w:rsidRPr="009D1BBA">
        <w:rPr>
          <w:sz w:val="24"/>
          <w:szCs w:val="24"/>
        </w:rPr>
        <w:t xml:space="preserve">, </w:t>
      </w:r>
      <w:proofErr w:type="spellStart"/>
      <w:r w:rsidRPr="009D1BBA">
        <w:rPr>
          <w:sz w:val="24"/>
          <w:szCs w:val="24"/>
        </w:rPr>
        <w:t>naujos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dangos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įrengimą</w:t>
      </w:r>
      <w:proofErr w:type="spellEnd"/>
      <w:r w:rsidRPr="009D1BBA">
        <w:rPr>
          <w:sz w:val="24"/>
          <w:szCs w:val="24"/>
        </w:rPr>
        <w:t xml:space="preserve">, </w:t>
      </w:r>
      <w:proofErr w:type="spellStart"/>
      <w:r w:rsidRPr="009D1BBA">
        <w:rPr>
          <w:sz w:val="24"/>
          <w:szCs w:val="24"/>
        </w:rPr>
        <w:t>kraigų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įrengimą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bei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visos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naujos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stogo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dangos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impregnavimą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nuo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gaisro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ir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apsaugą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nuo</w:t>
      </w:r>
      <w:proofErr w:type="spellEnd"/>
      <w:r w:rsidRPr="009D1BBA">
        <w:rPr>
          <w:sz w:val="24"/>
          <w:szCs w:val="24"/>
        </w:rPr>
        <w:t xml:space="preserve"> </w:t>
      </w:r>
      <w:proofErr w:type="spellStart"/>
      <w:r w:rsidRPr="009D1BBA">
        <w:rPr>
          <w:sz w:val="24"/>
          <w:szCs w:val="24"/>
        </w:rPr>
        <w:t>samanojimo</w:t>
      </w:r>
      <w:proofErr w:type="spellEnd"/>
      <w:r w:rsidRPr="009D1BBA">
        <w:rPr>
          <w:sz w:val="24"/>
          <w:szCs w:val="24"/>
        </w:rPr>
        <w:t>.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5098"/>
        <w:gridCol w:w="1417"/>
      </w:tblGrid>
      <w:tr w:rsidR="009D1BBA" w14:paraId="06984BFC" w14:textId="77777777" w:rsidTr="009D1BBA">
        <w:trPr>
          <w:jc w:val="center"/>
        </w:trPr>
        <w:tc>
          <w:tcPr>
            <w:tcW w:w="1418" w:type="dxa"/>
            <w:shd w:val="clear" w:color="auto" w:fill="D9EAF7"/>
          </w:tcPr>
          <w:p w14:paraId="20A47AA8" w14:textId="77777777" w:rsidR="009D1BBA" w:rsidRDefault="009D1BBA">
            <w:r>
              <w:rPr>
                <w:b/>
              </w:rPr>
              <w:t>Eil. Nr.</w:t>
            </w:r>
          </w:p>
        </w:tc>
        <w:tc>
          <w:tcPr>
            <w:tcW w:w="5098" w:type="dxa"/>
            <w:shd w:val="clear" w:color="auto" w:fill="D9EAF7"/>
          </w:tcPr>
          <w:p w14:paraId="61024CBB" w14:textId="77777777" w:rsidR="009D1BBA" w:rsidRPr="009D1BBA" w:rsidRDefault="009D1BBA">
            <w:pPr>
              <w:rPr>
                <w:sz w:val="24"/>
                <w:szCs w:val="24"/>
              </w:rPr>
            </w:pPr>
            <w:proofErr w:type="spellStart"/>
            <w:r w:rsidRPr="009D1BBA">
              <w:rPr>
                <w:b/>
                <w:sz w:val="24"/>
                <w:szCs w:val="24"/>
              </w:rPr>
              <w:t>Objektas</w:t>
            </w:r>
            <w:proofErr w:type="spellEnd"/>
            <w:r w:rsidRPr="009D1BBA">
              <w:rPr>
                <w:b/>
                <w:sz w:val="24"/>
                <w:szCs w:val="24"/>
              </w:rPr>
              <w:t xml:space="preserve"> / </w:t>
            </w:r>
            <w:proofErr w:type="spellStart"/>
            <w:r w:rsidRPr="009D1BBA">
              <w:rPr>
                <w:b/>
                <w:sz w:val="24"/>
                <w:szCs w:val="24"/>
              </w:rPr>
              <w:t>darbai</w:t>
            </w:r>
            <w:proofErr w:type="spellEnd"/>
          </w:p>
        </w:tc>
        <w:tc>
          <w:tcPr>
            <w:tcW w:w="1417" w:type="dxa"/>
            <w:shd w:val="clear" w:color="auto" w:fill="D9EAF7"/>
          </w:tcPr>
          <w:p w14:paraId="304689A3" w14:textId="77777777" w:rsidR="009D1BBA" w:rsidRPr="009D1BBA" w:rsidRDefault="009D1BBA">
            <w:pPr>
              <w:rPr>
                <w:sz w:val="24"/>
                <w:szCs w:val="24"/>
              </w:rPr>
            </w:pPr>
            <w:proofErr w:type="spellStart"/>
            <w:r w:rsidRPr="009D1BBA">
              <w:rPr>
                <w:b/>
                <w:sz w:val="24"/>
                <w:szCs w:val="24"/>
              </w:rPr>
              <w:t>Kiekis</w:t>
            </w:r>
            <w:proofErr w:type="spellEnd"/>
          </w:p>
        </w:tc>
      </w:tr>
      <w:tr w:rsidR="009D1BBA" w14:paraId="3FDF184F" w14:textId="77777777" w:rsidTr="009D1BBA">
        <w:trPr>
          <w:jc w:val="center"/>
        </w:trPr>
        <w:tc>
          <w:tcPr>
            <w:tcW w:w="1418" w:type="dxa"/>
            <w:vAlign w:val="center"/>
          </w:tcPr>
          <w:p w14:paraId="1BA7A89D" w14:textId="77777777" w:rsidR="009D1BBA" w:rsidRDefault="009D1BBA">
            <w:r>
              <w:t>1</w:t>
            </w:r>
          </w:p>
        </w:tc>
        <w:tc>
          <w:tcPr>
            <w:tcW w:w="5098" w:type="dxa"/>
            <w:vAlign w:val="center"/>
          </w:tcPr>
          <w:p w14:paraId="09FC4D01" w14:textId="77777777" w:rsidR="009D1BBA" w:rsidRPr="009D1BBA" w:rsidRDefault="009D1BBA" w:rsidP="009D1BBA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D1BBA">
              <w:rPr>
                <w:sz w:val="24"/>
                <w:szCs w:val="24"/>
              </w:rPr>
              <w:t>Austėjos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klėtelė</w:t>
            </w:r>
            <w:proofErr w:type="spellEnd"/>
            <w:r w:rsidRPr="009D1BBA">
              <w:rPr>
                <w:sz w:val="24"/>
                <w:szCs w:val="24"/>
              </w:rPr>
              <w:t xml:space="preserve"> – </w:t>
            </w:r>
            <w:proofErr w:type="spellStart"/>
            <w:r w:rsidRPr="009D1BBA">
              <w:rPr>
                <w:sz w:val="24"/>
                <w:szCs w:val="24"/>
              </w:rPr>
              <w:t>senos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stogo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dangos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nuėmimas</w:t>
            </w:r>
            <w:proofErr w:type="spellEnd"/>
            <w:r w:rsidRPr="009D1BBA">
              <w:rPr>
                <w:sz w:val="24"/>
                <w:szCs w:val="24"/>
              </w:rPr>
              <w:t xml:space="preserve">, </w:t>
            </w:r>
            <w:proofErr w:type="spellStart"/>
            <w:r w:rsidRPr="009D1BBA">
              <w:rPr>
                <w:sz w:val="24"/>
                <w:szCs w:val="24"/>
              </w:rPr>
              <w:t>išvežimas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ir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naujos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nendrinės</w:t>
            </w:r>
            <w:proofErr w:type="spellEnd"/>
            <w:r w:rsidRPr="009D1BBA">
              <w:rPr>
                <w:sz w:val="24"/>
                <w:szCs w:val="24"/>
              </w:rPr>
              <w:t xml:space="preserve"> / </w:t>
            </w:r>
            <w:proofErr w:type="spellStart"/>
            <w:r w:rsidRPr="009D1BBA">
              <w:rPr>
                <w:sz w:val="24"/>
                <w:szCs w:val="24"/>
              </w:rPr>
              <w:t>šiaudinės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stogo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dangos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įrengimas</w:t>
            </w:r>
            <w:proofErr w:type="spellEnd"/>
          </w:p>
        </w:tc>
        <w:tc>
          <w:tcPr>
            <w:tcW w:w="1417" w:type="dxa"/>
            <w:vAlign w:val="center"/>
          </w:tcPr>
          <w:p w14:paraId="2F22DB28" w14:textId="77777777" w:rsidR="009D1BBA" w:rsidRPr="009D1BBA" w:rsidRDefault="009D1BBA">
            <w:pPr>
              <w:rPr>
                <w:sz w:val="24"/>
                <w:szCs w:val="24"/>
              </w:rPr>
            </w:pPr>
            <w:r w:rsidRPr="009D1BBA">
              <w:rPr>
                <w:sz w:val="24"/>
                <w:szCs w:val="24"/>
              </w:rPr>
              <w:t>28 m²</w:t>
            </w:r>
          </w:p>
        </w:tc>
      </w:tr>
      <w:tr w:rsidR="009D1BBA" w14:paraId="7E65E8A0" w14:textId="77777777" w:rsidTr="009D1BBA">
        <w:trPr>
          <w:jc w:val="center"/>
        </w:trPr>
        <w:tc>
          <w:tcPr>
            <w:tcW w:w="1418" w:type="dxa"/>
            <w:vAlign w:val="center"/>
          </w:tcPr>
          <w:p w14:paraId="6CB4532E" w14:textId="77777777" w:rsidR="009D1BBA" w:rsidRDefault="009D1BBA">
            <w:r>
              <w:t>2</w:t>
            </w:r>
          </w:p>
        </w:tc>
        <w:tc>
          <w:tcPr>
            <w:tcW w:w="5098" w:type="dxa"/>
            <w:vAlign w:val="center"/>
          </w:tcPr>
          <w:p w14:paraId="5CE80CA9" w14:textId="77777777" w:rsidR="009D1BBA" w:rsidRPr="009D1BBA" w:rsidRDefault="009D1BBA" w:rsidP="009D1BBA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D1BBA">
              <w:rPr>
                <w:sz w:val="24"/>
                <w:szCs w:val="24"/>
              </w:rPr>
              <w:t>Pirtis</w:t>
            </w:r>
            <w:proofErr w:type="spellEnd"/>
            <w:r w:rsidRPr="009D1BBA">
              <w:rPr>
                <w:sz w:val="24"/>
                <w:szCs w:val="24"/>
              </w:rPr>
              <w:t xml:space="preserve"> – </w:t>
            </w:r>
            <w:proofErr w:type="spellStart"/>
            <w:r w:rsidRPr="009D1BBA">
              <w:rPr>
                <w:sz w:val="24"/>
                <w:szCs w:val="24"/>
              </w:rPr>
              <w:t>senos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stogo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dangos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nuėmimas</w:t>
            </w:r>
            <w:proofErr w:type="spellEnd"/>
            <w:r w:rsidRPr="009D1BBA">
              <w:rPr>
                <w:sz w:val="24"/>
                <w:szCs w:val="24"/>
              </w:rPr>
              <w:t xml:space="preserve">, </w:t>
            </w:r>
            <w:proofErr w:type="spellStart"/>
            <w:r w:rsidRPr="009D1BBA">
              <w:rPr>
                <w:sz w:val="24"/>
                <w:szCs w:val="24"/>
              </w:rPr>
              <w:t>išvežimas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ir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naujos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nendrinės</w:t>
            </w:r>
            <w:proofErr w:type="spellEnd"/>
            <w:r w:rsidRPr="009D1BBA">
              <w:rPr>
                <w:sz w:val="24"/>
                <w:szCs w:val="24"/>
              </w:rPr>
              <w:t xml:space="preserve"> / </w:t>
            </w:r>
            <w:proofErr w:type="spellStart"/>
            <w:r w:rsidRPr="009D1BBA">
              <w:rPr>
                <w:sz w:val="24"/>
                <w:szCs w:val="24"/>
              </w:rPr>
              <w:t>šiaudinės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stogo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dangos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įrengimas</w:t>
            </w:r>
            <w:proofErr w:type="spellEnd"/>
          </w:p>
        </w:tc>
        <w:tc>
          <w:tcPr>
            <w:tcW w:w="1417" w:type="dxa"/>
            <w:vAlign w:val="center"/>
          </w:tcPr>
          <w:p w14:paraId="4D3AA076" w14:textId="77777777" w:rsidR="009D1BBA" w:rsidRPr="009D1BBA" w:rsidRDefault="009D1BBA">
            <w:pPr>
              <w:rPr>
                <w:sz w:val="24"/>
                <w:szCs w:val="24"/>
              </w:rPr>
            </w:pPr>
            <w:r w:rsidRPr="009D1BBA">
              <w:rPr>
                <w:sz w:val="24"/>
                <w:szCs w:val="24"/>
              </w:rPr>
              <w:t>42 m²</w:t>
            </w:r>
          </w:p>
        </w:tc>
      </w:tr>
      <w:tr w:rsidR="009D1BBA" w14:paraId="46904997" w14:textId="77777777" w:rsidTr="009D1BBA">
        <w:trPr>
          <w:jc w:val="center"/>
        </w:trPr>
        <w:tc>
          <w:tcPr>
            <w:tcW w:w="1418" w:type="dxa"/>
            <w:vAlign w:val="center"/>
          </w:tcPr>
          <w:p w14:paraId="269A4913" w14:textId="77777777" w:rsidR="009D1BBA" w:rsidRDefault="009D1BBA">
            <w:r>
              <w:t>3</w:t>
            </w:r>
          </w:p>
        </w:tc>
        <w:tc>
          <w:tcPr>
            <w:tcW w:w="5098" w:type="dxa"/>
            <w:vAlign w:val="center"/>
          </w:tcPr>
          <w:p w14:paraId="07F216A0" w14:textId="77777777" w:rsidR="009D1BBA" w:rsidRPr="009D1BBA" w:rsidRDefault="009D1BBA" w:rsidP="009D1BBA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D1BBA">
              <w:rPr>
                <w:sz w:val="24"/>
                <w:szCs w:val="24"/>
              </w:rPr>
              <w:t>Austėjos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klėtelė</w:t>
            </w:r>
            <w:proofErr w:type="spellEnd"/>
            <w:r w:rsidRPr="009D1BBA">
              <w:rPr>
                <w:sz w:val="24"/>
                <w:szCs w:val="24"/>
              </w:rPr>
              <w:t xml:space="preserve"> – </w:t>
            </w:r>
            <w:proofErr w:type="spellStart"/>
            <w:r w:rsidRPr="009D1BBA">
              <w:rPr>
                <w:sz w:val="24"/>
                <w:szCs w:val="24"/>
              </w:rPr>
              <w:t>naujo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kraigo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įrengimas</w:t>
            </w:r>
            <w:proofErr w:type="spellEnd"/>
          </w:p>
        </w:tc>
        <w:tc>
          <w:tcPr>
            <w:tcW w:w="1417" w:type="dxa"/>
            <w:vAlign w:val="center"/>
          </w:tcPr>
          <w:p w14:paraId="6D5ABEDB" w14:textId="77777777" w:rsidR="009D1BBA" w:rsidRPr="009D1BBA" w:rsidRDefault="009D1BBA">
            <w:pPr>
              <w:rPr>
                <w:sz w:val="24"/>
                <w:szCs w:val="24"/>
              </w:rPr>
            </w:pPr>
            <w:r w:rsidRPr="009D1BBA">
              <w:rPr>
                <w:sz w:val="24"/>
                <w:szCs w:val="24"/>
              </w:rPr>
              <w:t>4,65 m</w:t>
            </w:r>
          </w:p>
        </w:tc>
      </w:tr>
      <w:tr w:rsidR="009D1BBA" w14:paraId="112341B8" w14:textId="77777777" w:rsidTr="009D1BBA">
        <w:trPr>
          <w:jc w:val="center"/>
        </w:trPr>
        <w:tc>
          <w:tcPr>
            <w:tcW w:w="1418" w:type="dxa"/>
            <w:vAlign w:val="center"/>
          </w:tcPr>
          <w:p w14:paraId="2863FD26" w14:textId="77777777" w:rsidR="009D1BBA" w:rsidRDefault="009D1BBA">
            <w:r>
              <w:t>4</w:t>
            </w:r>
          </w:p>
        </w:tc>
        <w:tc>
          <w:tcPr>
            <w:tcW w:w="5098" w:type="dxa"/>
            <w:vAlign w:val="center"/>
          </w:tcPr>
          <w:p w14:paraId="1EF365BC" w14:textId="77777777" w:rsidR="009D1BBA" w:rsidRPr="009D1BBA" w:rsidRDefault="009D1BBA" w:rsidP="009D1BBA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D1BBA">
              <w:rPr>
                <w:sz w:val="24"/>
                <w:szCs w:val="24"/>
              </w:rPr>
              <w:t>Pirtis</w:t>
            </w:r>
            <w:proofErr w:type="spellEnd"/>
            <w:r w:rsidRPr="009D1BBA">
              <w:rPr>
                <w:sz w:val="24"/>
                <w:szCs w:val="24"/>
              </w:rPr>
              <w:t xml:space="preserve"> – </w:t>
            </w:r>
            <w:proofErr w:type="spellStart"/>
            <w:r w:rsidRPr="009D1BBA">
              <w:rPr>
                <w:sz w:val="24"/>
                <w:szCs w:val="24"/>
              </w:rPr>
              <w:t>naujo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kraigo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įrengimas</w:t>
            </w:r>
            <w:proofErr w:type="spellEnd"/>
          </w:p>
        </w:tc>
        <w:tc>
          <w:tcPr>
            <w:tcW w:w="1417" w:type="dxa"/>
            <w:vAlign w:val="center"/>
          </w:tcPr>
          <w:p w14:paraId="7A92A959" w14:textId="77777777" w:rsidR="009D1BBA" w:rsidRPr="009D1BBA" w:rsidRDefault="009D1BBA">
            <w:pPr>
              <w:rPr>
                <w:sz w:val="24"/>
                <w:szCs w:val="24"/>
              </w:rPr>
            </w:pPr>
            <w:r w:rsidRPr="009D1BBA">
              <w:rPr>
                <w:sz w:val="24"/>
                <w:szCs w:val="24"/>
              </w:rPr>
              <w:t>6,50 m</w:t>
            </w:r>
          </w:p>
        </w:tc>
      </w:tr>
      <w:tr w:rsidR="009D1BBA" w14:paraId="7776DAD6" w14:textId="77777777" w:rsidTr="009D1BBA">
        <w:trPr>
          <w:jc w:val="center"/>
        </w:trPr>
        <w:tc>
          <w:tcPr>
            <w:tcW w:w="1418" w:type="dxa"/>
            <w:vAlign w:val="center"/>
          </w:tcPr>
          <w:p w14:paraId="109CEF50" w14:textId="77777777" w:rsidR="009D1BBA" w:rsidRDefault="009D1BBA">
            <w:r>
              <w:t>5</w:t>
            </w:r>
          </w:p>
        </w:tc>
        <w:tc>
          <w:tcPr>
            <w:tcW w:w="5098" w:type="dxa"/>
            <w:vAlign w:val="center"/>
          </w:tcPr>
          <w:p w14:paraId="6F957DC4" w14:textId="77777777" w:rsidR="009D1BBA" w:rsidRPr="009D1BBA" w:rsidRDefault="009D1BBA" w:rsidP="009D1BBA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D1BBA">
              <w:rPr>
                <w:sz w:val="24"/>
                <w:szCs w:val="24"/>
              </w:rPr>
              <w:t>Austėjos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klėtelė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ir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pirtis</w:t>
            </w:r>
            <w:proofErr w:type="spellEnd"/>
            <w:r w:rsidRPr="009D1BBA">
              <w:rPr>
                <w:sz w:val="24"/>
                <w:szCs w:val="24"/>
              </w:rPr>
              <w:t xml:space="preserve"> – </w:t>
            </w:r>
            <w:proofErr w:type="spellStart"/>
            <w:r w:rsidRPr="009D1BBA">
              <w:rPr>
                <w:sz w:val="24"/>
                <w:szCs w:val="24"/>
              </w:rPr>
              <w:t>visos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naujos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stogo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dangos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impregnavimas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nuo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gaisro</w:t>
            </w:r>
            <w:proofErr w:type="spellEnd"/>
          </w:p>
        </w:tc>
        <w:tc>
          <w:tcPr>
            <w:tcW w:w="1417" w:type="dxa"/>
            <w:vAlign w:val="center"/>
          </w:tcPr>
          <w:p w14:paraId="5506C0C3" w14:textId="77777777" w:rsidR="009D1BBA" w:rsidRPr="009D1BBA" w:rsidRDefault="009D1BBA">
            <w:pPr>
              <w:rPr>
                <w:sz w:val="24"/>
                <w:szCs w:val="24"/>
              </w:rPr>
            </w:pPr>
            <w:r w:rsidRPr="009D1BBA">
              <w:rPr>
                <w:sz w:val="24"/>
                <w:szCs w:val="24"/>
              </w:rPr>
              <w:t>70 m²</w:t>
            </w:r>
          </w:p>
        </w:tc>
      </w:tr>
      <w:tr w:rsidR="009D1BBA" w14:paraId="27EF0B81" w14:textId="77777777" w:rsidTr="009D1BBA">
        <w:trPr>
          <w:jc w:val="center"/>
        </w:trPr>
        <w:tc>
          <w:tcPr>
            <w:tcW w:w="1418" w:type="dxa"/>
            <w:vAlign w:val="center"/>
          </w:tcPr>
          <w:p w14:paraId="25B6442C" w14:textId="77777777" w:rsidR="009D1BBA" w:rsidRDefault="009D1BBA">
            <w:r>
              <w:t>6</w:t>
            </w:r>
          </w:p>
        </w:tc>
        <w:tc>
          <w:tcPr>
            <w:tcW w:w="5098" w:type="dxa"/>
            <w:vAlign w:val="center"/>
          </w:tcPr>
          <w:p w14:paraId="5C620C59" w14:textId="77777777" w:rsidR="009D1BBA" w:rsidRPr="009D1BBA" w:rsidRDefault="009D1BBA" w:rsidP="009D1BBA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D1BBA">
              <w:rPr>
                <w:sz w:val="24"/>
                <w:szCs w:val="24"/>
              </w:rPr>
              <w:t>Austėjos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klėtelė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ir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pirtis</w:t>
            </w:r>
            <w:proofErr w:type="spellEnd"/>
            <w:r w:rsidRPr="009D1BBA">
              <w:rPr>
                <w:sz w:val="24"/>
                <w:szCs w:val="24"/>
              </w:rPr>
              <w:t xml:space="preserve"> – </w:t>
            </w:r>
            <w:proofErr w:type="spellStart"/>
            <w:r w:rsidRPr="009D1BBA">
              <w:rPr>
                <w:sz w:val="24"/>
                <w:szCs w:val="24"/>
              </w:rPr>
              <w:t>visos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naujos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stogo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dangos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impregnavimas</w:t>
            </w:r>
            <w:proofErr w:type="spellEnd"/>
            <w:r w:rsidRPr="009D1BBA">
              <w:rPr>
                <w:sz w:val="24"/>
                <w:szCs w:val="24"/>
              </w:rPr>
              <w:t xml:space="preserve"> / </w:t>
            </w:r>
            <w:proofErr w:type="spellStart"/>
            <w:r w:rsidRPr="009D1BBA">
              <w:rPr>
                <w:sz w:val="24"/>
                <w:szCs w:val="24"/>
              </w:rPr>
              <w:t>apsauga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nuo</w:t>
            </w:r>
            <w:proofErr w:type="spellEnd"/>
            <w:r w:rsidRPr="009D1BBA">
              <w:rPr>
                <w:sz w:val="24"/>
                <w:szCs w:val="24"/>
              </w:rPr>
              <w:t xml:space="preserve"> </w:t>
            </w:r>
            <w:proofErr w:type="spellStart"/>
            <w:r w:rsidRPr="009D1BBA">
              <w:rPr>
                <w:sz w:val="24"/>
                <w:szCs w:val="24"/>
              </w:rPr>
              <w:t>samanojimo</w:t>
            </w:r>
            <w:proofErr w:type="spellEnd"/>
          </w:p>
        </w:tc>
        <w:tc>
          <w:tcPr>
            <w:tcW w:w="1417" w:type="dxa"/>
            <w:vAlign w:val="center"/>
          </w:tcPr>
          <w:p w14:paraId="38808D4C" w14:textId="77777777" w:rsidR="009D1BBA" w:rsidRPr="009D1BBA" w:rsidRDefault="009D1BBA">
            <w:pPr>
              <w:rPr>
                <w:sz w:val="24"/>
                <w:szCs w:val="24"/>
              </w:rPr>
            </w:pPr>
            <w:r w:rsidRPr="009D1BBA">
              <w:rPr>
                <w:sz w:val="24"/>
                <w:szCs w:val="24"/>
              </w:rPr>
              <w:t>70 m²</w:t>
            </w:r>
          </w:p>
        </w:tc>
      </w:tr>
      <w:tr w:rsidR="009D1BBA" w14:paraId="672FCF7C" w14:textId="77777777" w:rsidTr="009D1BBA">
        <w:trPr>
          <w:jc w:val="center"/>
        </w:trPr>
        <w:tc>
          <w:tcPr>
            <w:tcW w:w="1418" w:type="dxa"/>
            <w:vAlign w:val="center"/>
          </w:tcPr>
          <w:p w14:paraId="18991129" w14:textId="77777777" w:rsidR="009D1BBA" w:rsidRDefault="009D1BBA"/>
        </w:tc>
        <w:tc>
          <w:tcPr>
            <w:tcW w:w="5098" w:type="dxa"/>
            <w:vAlign w:val="center"/>
          </w:tcPr>
          <w:p w14:paraId="433400D6" w14:textId="77777777" w:rsidR="009D1BBA" w:rsidRDefault="009D1BBA"/>
        </w:tc>
        <w:tc>
          <w:tcPr>
            <w:tcW w:w="1417" w:type="dxa"/>
            <w:vAlign w:val="center"/>
          </w:tcPr>
          <w:p w14:paraId="3D10F702" w14:textId="77777777" w:rsidR="009D1BBA" w:rsidRDefault="009D1BBA"/>
        </w:tc>
      </w:tr>
    </w:tbl>
    <w:p w14:paraId="13266A4C" w14:textId="77777777" w:rsidR="009D1BBA" w:rsidRDefault="009D1BBA" w:rsidP="009D1BBA">
      <w:pPr>
        <w:rPr>
          <w:b/>
          <w:lang w:val="it-IT"/>
        </w:rPr>
      </w:pPr>
    </w:p>
    <w:p w14:paraId="1EAF774B" w14:textId="40B66033" w:rsidR="00F3240C" w:rsidRPr="009D1BBA" w:rsidRDefault="00F00079" w:rsidP="009D1BBA">
      <w:pPr>
        <w:spacing w:after="0"/>
        <w:ind w:firstLine="851"/>
        <w:rPr>
          <w:sz w:val="24"/>
          <w:szCs w:val="24"/>
          <w:lang w:val="it-IT"/>
        </w:rPr>
      </w:pPr>
      <w:proofErr w:type="spellStart"/>
      <w:r w:rsidRPr="009D1BBA">
        <w:rPr>
          <w:sz w:val="24"/>
          <w:szCs w:val="24"/>
          <w:lang w:val="it-IT"/>
        </w:rPr>
        <w:t>Bendras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keičiamų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stogų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dang</w:t>
      </w:r>
      <w:r w:rsidR="009D1BBA">
        <w:rPr>
          <w:sz w:val="24"/>
          <w:szCs w:val="24"/>
          <w:lang w:val="it-IT"/>
        </w:rPr>
        <w:t>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plotas</w:t>
      </w:r>
      <w:proofErr w:type="spellEnd"/>
      <w:r w:rsidRPr="009D1BBA">
        <w:rPr>
          <w:sz w:val="24"/>
          <w:szCs w:val="24"/>
          <w:lang w:val="it-IT"/>
        </w:rPr>
        <w:t xml:space="preserve"> – 70 m². </w:t>
      </w:r>
      <w:proofErr w:type="spellStart"/>
      <w:r w:rsidRPr="009D1BBA">
        <w:rPr>
          <w:sz w:val="24"/>
          <w:szCs w:val="24"/>
          <w:lang w:val="it-IT"/>
        </w:rPr>
        <w:t>Bendras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naujai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įrengiamų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kraigų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ilgis</w:t>
      </w:r>
      <w:proofErr w:type="spellEnd"/>
      <w:r w:rsidRPr="009D1BBA">
        <w:rPr>
          <w:sz w:val="24"/>
          <w:szCs w:val="24"/>
          <w:lang w:val="it-IT"/>
        </w:rPr>
        <w:t xml:space="preserve"> – 11,15 m.</w:t>
      </w:r>
    </w:p>
    <w:p w14:paraId="6A066A79" w14:textId="77777777" w:rsidR="00F3240C" w:rsidRPr="009D1BBA" w:rsidRDefault="00F00079" w:rsidP="009D1BBA">
      <w:pPr>
        <w:spacing w:after="0"/>
        <w:ind w:firstLine="851"/>
        <w:jc w:val="both"/>
        <w:rPr>
          <w:sz w:val="24"/>
          <w:szCs w:val="24"/>
          <w:lang w:val="it-IT"/>
        </w:rPr>
      </w:pPr>
      <w:proofErr w:type="spellStart"/>
      <w:r w:rsidRPr="009D1BBA">
        <w:rPr>
          <w:sz w:val="24"/>
          <w:szCs w:val="24"/>
          <w:lang w:val="it-IT"/>
        </w:rPr>
        <w:t>Darbai</w:t>
      </w:r>
      <w:proofErr w:type="spellEnd"/>
      <w:r w:rsidRPr="009D1BBA">
        <w:rPr>
          <w:sz w:val="24"/>
          <w:szCs w:val="24"/>
          <w:lang w:val="it-IT"/>
        </w:rPr>
        <w:t xml:space="preserve"> turi </w:t>
      </w:r>
      <w:proofErr w:type="spellStart"/>
      <w:r w:rsidRPr="009D1BBA">
        <w:rPr>
          <w:sz w:val="24"/>
          <w:szCs w:val="24"/>
          <w:lang w:val="it-IT"/>
        </w:rPr>
        <w:t>būti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atliekami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laikantis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naudojamų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medžiagų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gamintojų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technologinių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reikalavimų</w:t>
      </w:r>
      <w:proofErr w:type="spellEnd"/>
      <w:r w:rsidRPr="009D1BBA">
        <w:rPr>
          <w:sz w:val="24"/>
          <w:szCs w:val="24"/>
          <w:lang w:val="it-IT"/>
        </w:rPr>
        <w:t xml:space="preserve">. </w:t>
      </w:r>
      <w:proofErr w:type="spellStart"/>
      <w:r w:rsidRPr="009D1BBA">
        <w:rPr>
          <w:sz w:val="24"/>
          <w:szCs w:val="24"/>
          <w:lang w:val="it-IT"/>
        </w:rPr>
        <w:t>Impregnavimo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priemonės</w:t>
      </w:r>
      <w:proofErr w:type="spellEnd"/>
      <w:r w:rsidRPr="009D1BBA">
        <w:rPr>
          <w:sz w:val="24"/>
          <w:szCs w:val="24"/>
          <w:lang w:val="it-IT"/>
        </w:rPr>
        <w:t xml:space="preserve"> turi </w:t>
      </w:r>
      <w:proofErr w:type="spellStart"/>
      <w:r w:rsidRPr="009D1BBA">
        <w:rPr>
          <w:sz w:val="24"/>
          <w:szCs w:val="24"/>
          <w:lang w:val="it-IT"/>
        </w:rPr>
        <w:t>būti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tinkamos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nendrinei</w:t>
      </w:r>
      <w:proofErr w:type="spellEnd"/>
      <w:r w:rsidRPr="009D1BBA">
        <w:rPr>
          <w:sz w:val="24"/>
          <w:szCs w:val="24"/>
          <w:lang w:val="it-IT"/>
        </w:rPr>
        <w:t xml:space="preserve"> / </w:t>
      </w:r>
      <w:proofErr w:type="spellStart"/>
      <w:r w:rsidRPr="009D1BBA">
        <w:rPr>
          <w:sz w:val="24"/>
          <w:szCs w:val="24"/>
          <w:lang w:val="it-IT"/>
        </w:rPr>
        <w:t>šiaudinei</w:t>
      </w:r>
      <w:proofErr w:type="spellEnd"/>
      <w:r w:rsidRPr="009D1BBA">
        <w:rPr>
          <w:sz w:val="24"/>
          <w:szCs w:val="24"/>
          <w:lang w:val="it-IT"/>
        </w:rPr>
        <w:t xml:space="preserve"> stogo </w:t>
      </w:r>
      <w:proofErr w:type="spellStart"/>
      <w:r w:rsidRPr="009D1BBA">
        <w:rPr>
          <w:sz w:val="24"/>
          <w:szCs w:val="24"/>
          <w:lang w:val="it-IT"/>
        </w:rPr>
        <w:t>dangai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ir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naudojamos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pagal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gamintojo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nustatytą</w:t>
      </w:r>
      <w:proofErr w:type="spellEnd"/>
      <w:r w:rsidRPr="009D1BBA">
        <w:rPr>
          <w:sz w:val="24"/>
          <w:szCs w:val="24"/>
          <w:lang w:val="it-IT"/>
        </w:rPr>
        <w:t xml:space="preserve"> </w:t>
      </w:r>
      <w:proofErr w:type="spellStart"/>
      <w:r w:rsidRPr="009D1BBA">
        <w:rPr>
          <w:sz w:val="24"/>
          <w:szCs w:val="24"/>
          <w:lang w:val="it-IT"/>
        </w:rPr>
        <w:t>išeigą</w:t>
      </w:r>
      <w:proofErr w:type="spellEnd"/>
      <w:r w:rsidRPr="009D1BBA">
        <w:rPr>
          <w:sz w:val="24"/>
          <w:szCs w:val="24"/>
          <w:lang w:val="it-IT"/>
        </w:rPr>
        <w:t>.</w:t>
      </w:r>
    </w:p>
    <w:sectPr w:rsidR="00F3240C" w:rsidRPr="009D1BBA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3957407">
    <w:abstractNumId w:val="8"/>
  </w:num>
  <w:num w:numId="2" w16cid:durableId="1802263704">
    <w:abstractNumId w:val="6"/>
  </w:num>
  <w:num w:numId="3" w16cid:durableId="495608296">
    <w:abstractNumId w:val="5"/>
  </w:num>
  <w:num w:numId="4" w16cid:durableId="41105181">
    <w:abstractNumId w:val="4"/>
  </w:num>
  <w:num w:numId="5" w16cid:durableId="1679888755">
    <w:abstractNumId w:val="7"/>
  </w:num>
  <w:num w:numId="6" w16cid:durableId="1829906645">
    <w:abstractNumId w:val="3"/>
  </w:num>
  <w:num w:numId="7" w16cid:durableId="1846742259">
    <w:abstractNumId w:val="2"/>
  </w:num>
  <w:num w:numId="8" w16cid:durableId="770978825">
    <w:abstractNumId w:val="1"/>
  </w:num>
  <w:num w:numId="9" w16cid:durableId="1306855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5CD5"/>
    <w:rsid w:val="00317851"/>
    <w:rsid w:val="00326F90"/>
    <w:rsid w:val="00397B9C"/>
    <w:rsid w:val="003B61CC"/>
    <w:rsid w:val="00637ED8"/>
    <w:rsid w:val="00950550"/>
    <w:rsid w:val="009D1BBA"/>
    <w:rsid w:val="00AA1D8D"/>
    <w:rsid w:val="00B42AB3"/>
    <w:rsid w:val="00B47730"/>
    <w:rsid w:val="00B8426B"/>
    <w:rsid w:val="00CB0664"/>
    <w:rsid w:val="00D12326"/>
    <w:rsid w:val="00D138A2"/>
    <w:rsid w:val="00E37D0B"/>
    <w:rsid w:val="00F00079"/>
    <w:rsid w:val="00F3240C"/>
    <w:rsid w:val="00F960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A87487"/>
  <w14:defaultImageDpi w14:val="300"/>
  <w15:docId w15:val="{3A39D862-7C26-4E87-B96B-D1417CF9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hAnsi="Arial"/>
      <w:sz w:val="18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Nalivaikė</cp:lastModifiedBy>
  <cp:revision>8</cp:revision>
  <dcterms:created xsi:type="dcterms:W3CDTF">2026-09-22T06:16:00Z</dcterms:created>
  <dcterms:modified xsi:type="dcterms:W3CDTF">2026-09-23T07:57:00Z</dcterms:modified>
  <cp:category/>
</cp:coreProperties>
</file>