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9DD54" w14:textId="6238B3B4" w:rsidR="00DE2A5C" w:rsidRPr="00DE2A5C" w:rsidRDefault="00DE2A5C" w:rsidP="00DE2A5C">
      <w:pPr>
        <w:keepNext/>
        <w:tabs>
          <w:tab w:val="left" w:pos="8760"/>
        </w:tabs>
        <w:spacing w:after="80"/>
        <w:rPr>
          <w:bCs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        </w:t>
      </w:r>
      <w:r w:rsidRPr="00DE2A5C">
        <w:rPr>
          <w:bCs/>
          <w:sz w:val="24"/>
        </w:rPr>
        <w:t>4 priedas</w:t>
      </w:r>
    </w:p>
    <w:p w14:paraId="6C8A5893" w14:textId="77777777" w:rsidR="00DE2A5C" w:rsidRDefault="00DE2A5C">
      <w:pPr>
        <w:keepNext/>
        <w:spacing w:after="80"/>
        <w:jc w:val="center"/>
        <w:rPr>
          <w:b/>
          <w:sz w:val="24"/>
        </w:rPr>
      </w:pPr>
    </w:p>
    <w:p w14:paraId="0055FB16" w14:textId="3452EE3D" w:rsidR="00606870" w:rsidRDefault="0005160B">
      <w:pPr>
        <w:keepNext/>
        <w:spacing w:after="80"/>
        <w:jc w:val="center"/>
        <w:rPr>
          <w:b/>
          <w:sz w:val="24"/>
        </w:rPr>
      </w:pPr>
      <w:r>
        <w:rPr>
          <w:b/>
          <w:sz w:val="24"/>
        </w:rPr>
        <w:t xml:space="preserve">TIEKĖJO </w:t>
      </w:r>
      <w:r w:rsidR="007C4C1A">
        <w:rPr>
          <w:b/>
          <w:sz w:val="24"/>
        </w:rPr>
        <w:t xml:space="preserve">KIBERNETINIO </w:t>
      </w:r>
      <w:r>
        <w:rPr>
          <w:b/>
          <w:sz w:val="24"/>
        </w:rPr>
        <w:t>SAUGUMO KLAUSIMYNAS</w:t>
      </w:r>
    </w:p>
    <w:p w14:paraId="29823CE5" w14:textId="77777777" w:rsidR="00DE2A5C" w:rsidRDefault="00DE2A5C">
      <w:pPr>
        <w:keepNext/>
        <w:spacing w:after="80"/>
        <w:jc w:val="center"/>
      </w:pPr>
    </w:p>
    <w:p w14:paraId="520F8979" w14:textId="77777777" w:rsidR="00606870" w:rsidRDefault="0005160B" w:rsidP="00DE2A5C">
      <w:pPr>
        <w:spacing w:after="80"/>
        <w:jc w:val="both"/>
      </w:pPr>
      <w:r>
        <w:rPr>
          <w:sz w:val="21"/>
        </w:rPr>
        <w:t>Pildymas. Atsakykite „Taip“ arba „Ne“. Dalinis įgyvendinimas ar tik planuojama įgyvendinti – „Ne“, šalia trumpai nurodant trūkumą ir numatomą įgyvendinimo terminą (jei planuojama įgyvendinti).</w:t>
      </w:r>
    </w:p>
    <w:p w14:paraId="3919D4BA" w14:textId="77777777" w:rsidR="00606870" w:rsidRDefault="0005160B" w:rsidP="00DE2A5C">
      <w:pPr>
        <w:spacing w:after="140"/>
        <w:jc w:val="both"/>
      </w:pPr>
      <w:r>
        <w:rPr>
          <w:sz w:val="21"/>
        </w:rPr>
        <w:t>Pagrindimas. Pakanka po klausimu prašomų trumpų duomenų: dokumento pavadinimo, datos, Nr. (jei suteiktas) ar priemonės pavadinimo. Procesų aprašymų nereikia.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29"/>
        <w:gridCol w:w="4300"/>
      </w:tblGrid>
      <w:tr w:rsidR="00606870" w14:paraId="1D8C9166" w14:textId="77777777">
        <w:trPr>
          <w:cantSplit/>
          <w:tblHeader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F02C162" w14:textId="77777777" w:rsidR="00606870" w:rsidRDefault="0005160B">
            <w:pPr>
              <w:spacing w:after="0"/>
            </w:pPr>
            <w:r>
              <w:rPr>
                <w:b/>
              </w:rPr>
              <w:t>Nr.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7C18FF7" w14:textId="77777777" w:rsidR="00606870" w:rsidRDefault="0005160B">
            <w:pPr>
              <w:spacing w:after="0"/>
            </w:pPr>
            <w:r>
              <w:rPr>
                <w:b/>
              </w:rPr>
              <w:t>Klausimas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7BCB584" w14:textId="77777777" w:rsidR="00606870" w:rsidRDefault="0005160B">
            <w:pPr>
              <w:spacing w:after="0"/>
            </w:pPr>
            <w:r>
              <w:rPr>
                <w:b/>
              </w:rPr>
              <w:t>Atsakymas / trumpas pagrindimas</w:t>
            </w:r>
          </w:p>
        </w:tc>
      </w:tr>
      <w:tr w:rsidR="00606870" w14:paraId="0B1B80CB" w14:textId="77777777" w:rsidTr="002A76D5">
        <w:trPr>
          <w:trHeight w:val="727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A1C0993" w14:textId="598509FE" w:rsidR="00606870" w:rsidRDefault="00062CA6">
            <w:pPr>
              <w:spacing w:after="0"/>
            </w:pPr>
            <w:r>
              <w:t>1.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0A83B26" w14:textId="77777777" w:rsidR="00606870" w:rsidRDefault="0005160B">
            <w:r>
              <w:t>Už informacinį / kibernetinį saugumą atsakingas asmuo: vardas, pareigos, el. paštas ir telefonas.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0F1E643" w14:textId="77777777" w:rsidR="00606870" w:rsidRDefault="00606870">
            <w:pPr>
              <w:spacing w:after="0"/>
            </w:pPr>
          </w:p>
        </w:tc>
      </w:tr>
      <w:tr w:rsidR="00606870" w14:paraId="5389D55D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928A751" w14:textId="47A6AC31" w:rsidR="00606870" w:rsidRDefault="00062CA6">
            <w:pPr>
              <w:spacing w:after="0"/>
            </w:pPr>
            <w:r>
              <w:t>2.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7A79169" w14:textId="627CE3A4" w:rsidR="00606870" w:rsidRDefault="0005160B">
            <w:r>
              <w:t>Ar turite patvirtint</w:t>
            </w:r>
            <w:r w:rsidR="00C34415">
              <w:t>as</w:t>
            </w:r>
            <w:r>
              <w:t xml:space="preserve"> informacijos</w:t>
            </w:r>
            <w:r w:rsidR="00C34415">
              <w:t xml:space="preserve"> apsaugos taisykles</w:t>
            </w:r>
            <w:r>
              <w:t xml:space="preserve"> </w:t>
            </w:r>
            <w:r w:rsidR="00C34415">
              <w:t xml:space="preserve">ir / </w:t>
            </w:r>
            <w:r>
              <w:t>arba kibernetinio saugumo politiką?</w:t>
            </w:r>
          </w:p>
          <w:p w14:paraId="228251D2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Dokumento pavadinimas, data ir Nr. (jei suteiktas).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C89B59C" w14:textId="77777777" w:rsidR="00606870" w:rsidRDefault="00606870">
            <w:pPr>
              <w:spacing w:after="80"/>
            </w:pPr>
          </w:p>
          <w:p w14:paraId="4A091716" w14:textId="77777777" w:rsidR="00606870" w:rsidRDefault="00606870">
            <w:pPr>
              <w:spacing w:after="0"/>
            </w:pPr>
          </w:p>
          <w:p w14:paraId="59C772BE" w14:textId="77777777" w:rsidR="00606870" w:rsidRDefault="00606870">
            <w:pPr>
              <w:spacing w:after="0"/>
            </w:pPr>
          </w:p>
        </w:tc>
      </w:tr>
      <w:tr w:rsidR="00606870" w14:paraId="300C7C69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9CB31AA" w14:textId="152F8C05" w:rsidR="00606870" w:rsidRDefault="00062CA6">
            <w:pPr>
              <w:spacing w:after="0"/>
            </w:pPr>
            <w:r>
              <w:t>3.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33D41A4" w14:textId="08E2C932" w:rsidR="00606870" w:rsidRDefault="0005160B">
            <w:r>
              <w:t xml:space="preserve">Ar </w:t>
            </w:r>
            <w:r w:rsidR="005623D4">
              <w:t>jūsų</w:t>
            </w:r>
            <w:r>
              <w:t xml:space="preserve"> darbuotojai</w:t>
            </w:r>
            <w:r w:rsidR="005623D4">
              <w:t xml:space="preserve"> yra</w:t>
            </w:r>
            <w:r>
              <w:t xml:space="preserve"> supažindinti su informacijos apsaugos taisyklėmis</w:t>
            </w:r>
            <w:r w:rsidR="00C34415">
              <w:t xml:space="preserve"> ir / arba kibernetinio saugumo politika</w:t>
            </w:r>
            <w:r>
              <w:t>?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00C0638" w14:textId="77777777" w:rsidR="00606870" w:rsidRDefault="00606870">
            <w:pPr>
              <w:spacing w:after="80"/>
            </w:pPr>
          </w:p>
          <w:p w14:paraId="785783C8" w14:textId="77777777" w:rsidR="00606870" w:rsidRDefault="00606870">
            <w:pPr>
              <w:spacing w:after="0"/>
            </w:pPr>
          </w:p>
          <w:p w14:paraId="50679002" w14:textId="77777777" w:rsidR="00606870" w:rsidRDefault="00606870">
            <w:pPr>
              <w:spacing w:after="0"/>
            </w:pPr>
          </w:p>
        </w:tc>
      </w:tr>
      <w:tr w:rsidR="00606870" w14:paraId="03D35662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A0DA042" w14:textId="1DD4EC65" w:rsidR="00606870" w:rsidRDefault="00062CA6">
            <w:pPr>
              <w:spacing w:after="0"/>
            </w:pPr>
            <w:r>
              <w:t>4.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7C9F532" w14:textId="1A509D3F" w:rsidR="00606870" w:rsidRDefault="0005160B">
            <w:r>
              <w:t xml:space="preserve">Ar nuotolinei prieigai </w:t>
            </w:r>
            <w:r w:rsidR="005623D4">
              <w:t xml:space="preserve">prie tinklų ir informacinių sistemų yra </w:t>
            </w:r>
            <w:r>
              <w:t>naudojamas šifruotas ryšys?</w:t>
            </w:r>
          </w:p>
          <w:p w14:paraId="09D04440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Ryšio priemonės pavadinimas (pvz., VPN, SSH, RDP+TLS).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5D710DC" w14:textId="77777777" w:rsidR="00606870" w:rsidRDefault="00606870">
            <w:pPr>
              <w:spacing w:after="80"/>
            </w:pPr>
          </w:p>
          <w:p w14:paraId="76AE97F1" w14:textId="77777777" w:rsidR="00606870" w:rsidRDefault="00606870">
            <w:pPr>
              <w:spacing w:after="0"/>
            </w:pPr>
          </w:p>
          <w:p w14:paraId="2307F875" w14:textId="77777777" w:rsidR="00606870" w:rsidRDefault="00606870">
            <w:pPr>
              <w:spacing w:after="0"/>
            </w:pPr>
          </w:p>
        </w:tc>
      </w:tr>
      <w:tr w:rsidR="00606870" w14:paraId="73A6239B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DA591B7" w14:textId="4C53FFA4" w:rsidR="00606870" w:rsidRDefault="00062CA6">
            <w:pPr>
              <w:spacing w:after="0"/>
            </w:pPr>
            <w:r>
              <w:t>5.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3D40873" w14:textId="416E26E9" w:rsidR="00606870" w:rsidRDefault="0005160B">
            <w:r>
              <w:t xml:space="preserve">Ar </w:t>
            </w:r>
            <w:r w:rsidR="00D069C1">
              <w:t>jūsų</w:t>
            </w:r>
            <w:r>
              <w:t xml:space="preserve"> naudojamose </w:t>
            </w:r>
            <w:r w:rsidR="005623D4">
              <w:t xml:space="preserve">tinklų ir informacinėse sistemose </w:t>
            </w:r>
            <w:r>
              <w:t>veikia apsauga nuo kenkėjiškų programų?</w:t>
            </w:r>
          </w:p>
          <w:p w14:paraId="6854FDFD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Apsaugos priemonės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FA0C76D" w14:textId="77777777" w:rsidR="00606870" w:rsidRDefault="00606870">
            <w:pPr>
              <w:spacing w:after="80"/>
            </w:pPr>
          </w:p>
          <w:p w14:paraId="760F6561" w14:textId="77777777" w:rsidR="00606870" w:rsidRDefault="00606870">
            <w:pPr>
              <w:spacing w:after="0"/>
            </w:pPr>
          </w:p>
          <w:p w14:paraId="47B130B3" w14:textId="77777777" w:rsidR="00606870" w:rsidRDefault="00606870">
            <w:pPr>
              <w:spacing w:after="0"/>
            </w:pPr>
          </w:p>
        </w:tc>
      </w:tr>
      <w:tr w:rsidR="00606870" w14:paraId="0094791B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7B0F6AE" w14:textId="387E4604" w:rsidR="00606870" w:rsidRDefault="00062CA6">
            <w:pPr>
              <w:spacing w:after="0"/>
            </w:pPr>
            <w:r>
              <w:t>6.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AF45756" w14:textId="1CA8F0EC" w:rsidR="00606870" w:rsidRDefault="0005160B">
            <w:r>
              <w:t xml:space="preserve">Ar </w:t>
            </w:r>
            <w:r w:rsidR="00D069C1">
              <w:t>jūsų</w:t>
            </w:r>
            <w:r>
              <w:t xml:space="preserve"> naudojamose </w:t>
            </w:r>
            <w:r w:rsidR="005623D4">
              <w:t xml:space="preserve">tinklų ir informacinėse sistemose </w:t>
            </w:r>
            <w:r>
              <w:t>veikia ugniasienė?</w:t>
            </w:r>
          </w:p>
          <w:p w14:paraId="3AC76E30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Ugniasienės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FDAE94E" w14:textId="77777777" w:rsidR="00606870" w:rsidRDefault="00606870">
            <w:pPr>
              <w:spacing w:after="80"/>
            </w:pPr>
          </w:p>
          <w:p w14:paraId="5C34FBD9" w14:textId="77777777" w:rsidR="00606870" w:rsidRDefault="00606870">
            <w:pPr>
              <w:spacing w:after="0"/>
            </w:pPr>
          </w:p>
          <w:p w14:paraId="77AE9B9B" w14:textId="77777777" w:rsidR="00606870" w:rsidRDefault="00606870">
            <w:pPr>
              <w:spacing w:after="0"/>
            </w:pPr>
          </w:p>
        </w:tc>
      </w:tr>
      <w:tr w:rsidR="00606870" w14:paraId="38C6AB73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AF6B495" w14:textId="3E301CCA" w:rsidR="00606870" w:rsidRDefault="00062CA6">
            <w:pPr>
              <w:spacing w:after="0"/>
            </w:pPr>
            <w:r>
              <w:t>7.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57AA5AD" w14:textId="217AEB8C" w:rsidR="00606870" w:rsidRDefault="0005160B">
            <w:r>
              <w:t xml:space="preserve">Ar </w:t>
            </w:r>
            <w:r w:rsidR="00D069C1">
              <w:t>jūsų</w:t>
            </w:r>
            <w:r>
              <w:t xml:space="preserve"> naudojamose </w:t>
            </w:r>
            <w:r w:rsidR="005623D4">
              <w:t xml:space="preserve">tinklų ir informacinėse sistemose </w:t>
            </w:r>
            <w:r>
              <w:t>diegiami saugumo atnaujinimai?</w:t>
            </w:r>
          </w:p>
          <w:p w14:paraId="0D32B238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Atnaujinimų diegimo dažnumas arba priemonės pavadinimas (pvz., automatiniai atnaujinimai).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CEBD60C" w14:textId="77777777" w:rsidR="00606870" w:rsidRDefault="00606870">
            <w:pPr>
              <w:spacing w:after="80"/>
            </w:pPr>
          </w:p>
          <w:p w14:paraId="2E7F840B" w14:textId="77777777" w:rsidR="00606870" w:rsidRDefault="00606870">
            <w:pPr>
              <w:spacing w:after="0"/>
            </w:pPr>
          </w:p>
          <w:p w14:paraId="6CF9733C" w14:textId="77777777" w:rsidR="00606870" w:rsidRDefault="00606870">
            <w:pPr>
              <w:spacing w:after="0"/>
            </w:pPr>
          </w:p>
        </w:tc>
      </w:tr>
      <w:tr w:rsidR="00606870" w14:paraId="53517FF0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8AC2EEC" w14:textId="1975E1CB" w:rsidR="00606870" w:rsidRDefault="00062CA6">
            <w:pPr>
              <w:spacing w:after="0"/>
            </w:pPr>
            <w:r>
              <w:t>8.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090ECE6" w14:textId="1B5626B1" w:rsidR="00606870" w:rsidRDefault="0005160B">
            <w:r>
              <w:t>Ar</w:t>
            </w:r>
            <w:r w:rsidR="00D069C1">
              <w:t xml:space="preserve"> </w:t>
            </w:r>
            <w:r>
              <w:t xml:space="preserve">daromos </w:t>
            </w:r>
            <w:r w:rsidR="005623D4">
              <w:t xml:space="preserve">jūsų tinklų ir informacinių sistemų </w:t>
            </w:r>
            <w:r>
              <w:t>atsarginės kopijos?</w:t>
            </w:r>
          </w:p>
          <w:p w14:paraId="12DD133E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Kopijų dažnumas.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637E347" w14:textId="77777777" w:rsidR="00606870" w:rsidRDefault="00606870">
            <w:pPr>
              <w:spacing w:after="80"/>
            </w:pPr>
          </w:p>
          <w:p w14:paraId="6916E5A5" w14:textId="77777777" w:rsidR="00606870" w:rsidRDefault="00606870">
            <w:pPr>
              <w:spacing w:after="0"/>
            </w:pPr>
          </w:p>
          <w:p w14:paraId="2E74D664" w14:textId="77777777" w:rsidR="00606870" w:rsidRDefault="00606870">
            <w:pPr>
              <w:spacing w:after="0"/>
            </w:pPr>
          </w:p>
        </w:tc>
      </w:tr>
      <w:tr w:rsidR="00606870" w14:paraId="30F31011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8A5EA35" w14:textId="43662F7E" w:rsidR="00606870" w:rsidRDefault="00062CA6">
            <w:pPr>
              <w:spacing w:after="0"/>
            </w:pPr>
            <w:r>
              <w:t>9.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016F329" w14:textId="77777777" w:rsidR="00606870" w:rsidRDefault="0005160B">
            <w:r>
              <w:t>Ar turite veiklos / paslaugos tęstinumo planą?</w:t>
            </w:r>
          </w:p>
          <w:p w14:paraId="5B7B21C4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Plano data ir Nr. (jei suteiktas).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DCB4D0C" w14:textId="77777777" w:rsidR="00606870" w:rsidRDefault="00606870">
            <w:pPr>
              <w:spacing w:after="80"/>
            </w:pPr>
          </w:p>
          <w:p w14:paraId="1B578DF8" w14:textId="77777777" w:rsidR="00606870" w:rsidRDefault="00606870">
            <w:pPr>
              <w:spacing w:after="0"/>
            </w:pPr>
          </w:p>
          <w:p w14:paraId="08EE16F3" w14:textId="77777777" w:rsidR="00606870" w:rsidRDefault="00606870">
            <w:pPr>
              <w:spacing w:after="0"/>
            </w:pPr>
          </w:p>
        </w:tc>
      </w:tr>
      <w:tr w:rsidR="00606870" w14:paraId="3409C634" w14:textId="77777777" w:rsidTr="002A76D5">
        <w:trPr>
          <w:trHeight w:val="91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22DAED1" w14:textId="17C2D590" w:rsidR="00606870" w:rsidRDefault="00062CA6">
            <w:pPr>
              <w:spacing w:after="0"/>
            </w:pPr>
            <w:r>
              <w:t>10.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D984092" w14:textId="77777777" w:rsidR="00606870" w:rsidRDefault="0005160B">
            <w:r>
              <w:t>Duomenų ir kopijų saugojimo bei administravimo valstybės.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4F2072A" w14:textId="77777777" w:rsidR="00606870" w:rsidRDefault="00606870">
            <w:pPr>
              <w:spacing w:after="0"/>
            </w:pPr>
          </w:p>
        </w:tc>
      </w:tr>
      <w:tr w:rsidR="00606870" w14:paraId="15552B55" w14:textId="77777777" w:rsidTr="00485EE9">
        <w:trPr>
          <w:trHeight w:val="963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7756A82" w14:textId="7B4E51EB" w:rsidR="00606870" w:rsidRDefault="00062CA6">
            <w:pPr>
              <w:spacing w:after="0"/>
            </w:pPr>
            <w:r>
              <w:t>11.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E83C921" w14:textId="56E16E70" w:rsidR="00606870" w:rsidRDefault="0005160B">
            <w:r>
              <w:t xml:space="preserve">Ar atliktas </w:t>
            </w:r>
            <w:r w:rsidR="00E47B37">
              <w:t>jūsų naudojamų tinklų ir informacinių sistemų</w:t>
            </w:r>
            <w:r>
              <w:t xml:space="preserve"> saugumo rizikos vertinimas?</w:t>
            </w:r>
          </w:p>
          <w:p w14:paraId="00C7D0E8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Vertinimo data; ataskaitos Nr. (jei suteiktas) ir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CA60690" w14:textId="77777777" w:rsidR="00606870" w:rsidRDefault="00606870">
            <w:pPr>
              <w:spacing w:after="80"/>
            </w:pPr>
          </w:p>
          <w:p w14:paraId="58567138" w14:textId="77777777" w:rsidR="00606870" w:rsidRDefault="00606870">
            <w:pPr>
              <w:spacing w:after="0"/>
            </w:pPr>
          </w:p>
          <w:p w14:paraId="07424B73" w14:textId="77777777" w:rsidR="00606870" w:rsidRDefault="00606870">
            <w:pPr>
              <w:spacing w:after="0"/>
            </w:pPr>
          </w:p>
        </w:tc>
      </w:tr>
      <w:tr w:rsidR="00606870" w14:paraId="7C2418B7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F6C2A53" w14:textId="3238AE76" w:rsidR="00606870" w:rsidRDefault="00062CA6">
            <w:pPr>
              <w:spacing w:after="0"/>
            </w:pPr>
            <w:r>
              <w:lastRenderedPageBreak/>
              <w:t>12.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3A0B92C" w14:textId="77777777" w:rsidR="00606870" w:rsidRDefault="0005160B">
            <w:r>
              <w:t>Ar nustatytoms nepriimtinoms rizikoms numatytos valdymo priemonės?</w:t>
            </w:r>
          </w:p>
          <w:p w14:paraId="77ECB31C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Rizikos valdymo plano data ir Nr. (jei suteiktas).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EA02930" w14:textId="77777777" w:rsidR="00606870" w:rsidRDefault="00606870">
            <w:pPr>
              <w:spacing w:after="80"/>
            </w:pPr>
          </w:p>
          <w:p w14:paraId="7159058E" w14:textId="77777777" w:rsidR="00606870" w:rsidRDefault="00606870">
            <w:pPr>
              <w:spacing w:after="0"/>
            </w:pPr>
          </w:p>
          <w:p w14:paraId="7F3700BC" w14:textId="77777777" w:rsidR="00606870" w:rsidRDefault="00606870">
            <w:pPr>
              <w:spacing w:after="0"/>
            </w:pPr>
          </w:p>
        </w:tc>
      </w:tr>
      <w:tr w:rsidR="00606870" w14:paraId="5492637D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FD51E64" w14:textId="16299A25" w:rsidR="00606870" w:rsidRDefault="00062CA6">
            <w:pPr>
              <w:spacing w:after="0"/>
            </w:pPr>
            <w:r>
              <w:t>13.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DFBAA2E" w14:textId="77777777" w:rsidR="00606870" w:rsidRDefault="0005160B">
            <w:r>
              <w:t>Ar naudotojų ir administratorių prisijungimams taikomas kelių veiksnių tapatumo patvirtinimas (MFA)?</w:t>
            </w:r>
          </w:p>
          <w:p w14:paraId="3ABCAE55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MFA priemonės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378C406" w14:textId="77777777" w:rsidR="00606870" w:rsidRDefault="00606870">
            <w:pPr>
              <w:spacing w:after="80"/>
            </w:pPr>
          </w:p>
          <w:p w14:paraId="7B050F84" w14:textId="77777777" w:rsidR="00606870" w:rsidRDefault="00606870">
            <w:pPr>
              <w:spacing w:after="0"/>
            </w:pPr>
          </w:p>
          <w:p w14:paraId="0C31262E" w14:textId="77777777" w:rsidR="00606870" w:rsidRDefault="00606870">
            <w:pPr>
              <w:spacing w:after="0"/>
            </w:pPr>
          </w:p>
        </w:tc>
      </w:tr>
      <w:tr w:rsidR="00606870" w14:paraId="19B2CC6D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167B031" w14:textId="2AC7C8E1" w:rsidR="00606870" w:rsidRDefault="00062CA6">
            <w:pPr>
              <w:spacing w:after="0"/>
            </w:pPr>
            <w:r>
              <w:t>14.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1DEF56E" w14:textId="77777777" w:rsidR="00606870" w:rsidRDefault="0005160B">
            <w:r>
              <w:t>Ar turite patvirtintą incidentų valdymo tvarką?</w:t>
            </w:r>
          </w:p>
          <w:p w14:paraId="717A6E8D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Tvarkos data ir Nr. (jei suteiktas).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0EFFF27" w14:textId="77777777" w:rsidR="00606870" w:rsidRDefault="00606870">
            <w:pPr>
              <w:spacing w:after="80"/>
            </w:pPr>
          </w:p>
          <w:p w14:paraId="121C2C40" w14:textId="77777777" w:rsidR="00606870" w:rsidRDefault="00606870">
            <w:pPr>
              <w:spacing w:after="0"/>
            </w:pPr>
          </w:p>
          <w:p w14:paraId="5DDA45C0" w14:textId="77777777" w:rsidR="00606870" w:rsidRDefault="00606870">
            <w:pPr>
              <w:spacing w:after="0"/>
            </w:pPr>
          </w:p>
        </w:tc>
      </w:tr>
      <w:tr w:rsidR="00606870" w14:paraId="082CD831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2A7CEA7" w14:textId="2F90F18A" w:rsidR="00606870" w:rsidRDefault="00062CA6">
            <w:pPr>
              <w:spacing w:after="0"/>
            </w:pPr>
            <w:r>
              <w:t>15.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AAFA413" w14:textId="77777777" w:rsidR="00606870" w:rsidRDefault="0005160B">
            <w:r>
              <w:t>Ar per paskutinius 12 mėn. atlikote pažeidžiamumų skenavimą arba išorės auditą?</w:t>
            </w:r>
          </w:p>
          <w:p w14:paraId="4F364AB6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Skenavimo ar audito data; ataskaitos Nr. (jei suteiktas) ir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0DD11D7" w14:textId="77777777" w:rsidR="00606870" w:rsidRDefault="00606870">
            <w:pPr>
              <w:spacing w:after="80"/>
            </w:pPr>
          </w:p>
          <w:p w14:paraId="6C024A42" w14:textId="77777777" w:rsidR="00606870" w:rsidRDefault="00606870">
            <w:pPr>
              <w:spacing w:after="0"/>
            </w:pPr>
          </w:p>
          <w:p w14:paraId="2EE7A835" w14:textId="77777777" w:rsidR="00606870" w:rsidRDefault="00606870">
            <w:pPr>
              <w:spacing w:after="0"/>
            </w:pPr>
          </w:p>
        </w:tc>
      </w:tr>
      <w:tr w:rsidR="00606870" w14:paraId="711B0C63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1AC6F48" w14:textId="154D7DDF" w:rsidR="00606870" w:rsidRDefault="00062CA6">
            <w:pPr>
              <w:spacing w:after="0"/>
            </w:pPr>
            <w:r>
              <w:t>16.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F361556" w14:textId="039ECC1E" w:rsidR="00606870" w:rsidRDefault="0005160B">
            <w:r>
              <w:t xml:space="preserve">Ar </w:t>
            </w:r>
            <w:r w:rsidR="00CF4DC2">
              <w:t>jūsų naudojamoms tinklų ir informacinėms sistemoms taikote</w:t>
            </w:r>
            <w:r>
              <w:t xml:space="preserve"> fizin</w:t>
            </w:r>
            <w:r w:rsidR="00CF4DC2">
              <w:t>ę</w:t>
            </w:r>
            <w:r>
              <w:t xml:space="preserve"> apsauga?</w:t>
            </w:r>
          </w:p>
          <w:p w14:paraId="58DD91EE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Fizinės apsaugos tvarkos data ir Nr. (jei suteiktas) arba taikomos fizinės apsaugos priemonės.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73443E2" w14:textId="77777777" w:rsidR="00606870" w:rsidRDefault="00606870">
            <w:pPr>
              <w:spacing w:after="80"/>
            </w:pPr>
          </w:p>
          <w:p w14:paraId="3B1D0893" w14:textId="77777777" w:rsidR="00606870" w:rsidRDefault="00606870">
            <w:pPr>
              <w:spacing w:after="0"/>
            </w:pPr>
          </w:p>
          <w:p w14:paraId="63DEB037" w14:textId="77777777" w:rsidR="00606870" w:rsidRDefault="00606870">
            <w:pPr>
              <w:spacing w:after="0"/>
            </w:pPr>
          </w:p>
        </w:tc>
      </w:tr>
      <w:tr w:rsidR="00606870" w14:paraId="2EB416D9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5B72D13" w14:textId="071B2513" w:rsidR="00606870" w:rsidRDefault="00062CA6">
            <w:pPr>
              <w:spacing w:after="0"/>
            </w:pPr>
            <w:r>
              <w:t>17.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F48F629" w14:textId="40CE56D7" w:rsidR="00606870" w:rsidRDefault="0005160B">
            <w:r>
              <w:t xml:space="preserve">Ar </w:t>
            </w:r>
            <w:r w:rsidR="00CF4DC2" w:rsidRPr="00CF4DC2">
              <w:t>jūsų naudojamoms tinklų ir informacinėms sistemoms</w:t>
            </w:r>
            <w:r>
              <w:t xml:space="preserve"> taikoma apsauga nuo gaisro bei elektros sutrikimų?</w:t>
            </w:r>
          </w:p>
          <w:p w14:paraId="3D186EF1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Apsaugos priemonių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D64EA8A" w14:textId="77777777" w:rsidR="00606870" w:rsidRDefault="00606870">
            <w:pPr>
              <w:spacing w:after="80"/>
            </w:pPr>
          </w:p>
          <w:p w14:paraId="5386ABEA" w14:textId="77777777" w:rsidR="00606870" w:rsidRDefault="00606870">
            <w:pPr>
              <w:spacing w:after="0"/>
            </w:pPr>
          </w:p>
          <w:p w14:paraId="707E0C8B" w14:textId="77777777" w:rsidR="00606870" w:rsidRDefault="00606870">
            <w:pPr>
              <w:spacing w:after="0"/>
            </w:pPr>
          </w:p>
        </w:tc>
      </w:tr>
      <w:tr w:rsidR="00606870" w14:paraId="1C48DF14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DDD6177" w14:textId="794C96D8" w:rsidR="00606870" w:rsidRDefault="00062CA6">
            <w:pPr>
              <w:spacing w:after="0"/>
            </w:pPr>
            <w:r>
              <w:t>18.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0F0FBE1" w14:textId="3DA77AA1" w:rsidR="00606870" w:rsidRDefault="0005160B">
            <w:r>
              <w:t xml:space="preserve">Ar </w:t>
            </w:r>
            <w:r w:rsidR="00CF4DC2">
              <w:t>yra</w:t>
            </w:r>
            <w:r>
              <w:t xml:space="preserve"> atskiriami skirtingų klientų duomenys?</w:t>
            </w:r>
          </w:p>
          <w:p w14:paraId="77FBC4EC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Atskyrimo būdas (pvz., atskiros VM, atskiri tinklai, konteineriai).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0BE77F1" w14:textId="77777777" w:rsidR="00606870" w:rsidRDefault="00606870">
            <w:pPr>
              <w:spacing w:after="80"/>
            </w:pPr>
          </w:p>
          <w:p w14:paraId="760C02BC" w14:textId="77777777" w:rsidR="00606870" w:rsidRDefault="00606870">
            <w:pPr>
              <w:spacing w:after="0"/>
            </w:pPr>
          </w:p>
          <w:p w14:paraId="45D1CA40" w14:textId="77777777" w:rsidR="00606870" w:rsidRDefault="00606870">
            <w:pPr>
              <w:spacing w:after="0"/>
            </w:pPr>
          </w:p>
        </w:tc>
      </w:tr>
      <w:tr w:rsidR="00606870" w14:paraId="4959AAFD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2A2D656" w14:textId="69419B1F" w:rsidR="00606870" w:rsidRDefault="00062CA6">
            <w:pPr>
              <w:spacing w:after="0"/>
            </w:pPr>
            <w:r>
              <w:t>19.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C057371" w14:textId="20005AE7" w:rsidR="00606870" w:rsidRDefault="0005160B">
            <w:r>
              <w:t>Ar perduodami duomenys</w:t>
            </w:r>
            <w:r w:rsidR="00CF4DC2">
              <w:t xml:space="preserve"> yra</w:t>
            </w:r>
            <w:r>
              <w:t xml:space="preserve"> šifruojami?</w:t>
            </w:r>
          </w:p>
          <w:p w14:paraId="682A737D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Šifravimo priemonės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F9D8084" w14:textId="77777777" w:rsidR="00606870" w:rsidRDefault="00606870">
            <w:pPr>
              <w:spacing w:after="80"/>
            </w:pPr>
          </w:p>
          <w:p w14:paraId="18581655" w14:textId="77777777" w:rsidR="00606870" w:rsidRDefault="00606870">
            <w:pPr>
              <w:spacing w:after="0"/>
            </w:pPr>
          </w:p>
          <w:p w14:paraId="065D6E35" w14:textId="77777777" w:rsidR="00606870" w:rsidRDefault="00606870">
            <w:pPr>
              <w:spacing w:after="0"/>
            </w:pPr>
          </w:p>
        </w:tc>
      </w:tr>
      <w:tr w:rsidR="00606870" w14:paraId="75D607ED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0018D8C" w14:textId="4661FD23" w:rsidR="00606870" w:rsidRDefault="00062CA6">
            <w:pPr>
              <w:spacing w:after="0"/>
            </w:pPr>
            <w:r>
              <w:t>20.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69FDAF9" w14:textId="6C2628C4" w:rsidR="00606870" w:rsidRDefault="0005160B">
            <w:r>
              <w:t>Ar atsarginės kopijos</w:t>
            </w:r>
            <w:r w:rsidR="00A90367">
              <w:t xml:space="preserve"> yra</w:t>
            </w:r>
            <w:r>
              <w:t xml:space="preserve"> apsaugotos nuo neteisėto duomenų atkūrimo?</w:t>
            </w:r>
          </w:p>
          <w:p w14:paraId="5DA05540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Kopijų apsaugos priemonės pavadinimas.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AF36D70" w14:textId="77777777" w:rsidR="00606870" w:rsidRDefault="00606870">
            <w:pPr>
              <w:spacing w:after="80"/>
            </w:pPr>
          </w:p>
          <w:p w14:paraId="17BA3ED3" w14:textId="77777777" w:rsidR="00606870" w:rsidRDefault="00606870">
            <w:pPr>
              <w:spacing w:after="0"/>
            </w:pPr>
          </w:p>
          <w:p w14:paraId="5F08F619" w14:textId="77777777" w:rsidR="00606870" w:rsidRDefault="00606870">
            <w:pPr>
              <w:spacing w:after="0"/>
            </w:pPr>
          </w:p>
        </w:tc>
      </w:tr>
      <w:tr w:rsidR="00606870" w14:paraId="15F50C16" w14:textId="77777777">
        <w:trPr>
          <w:trHeight w:val="850"/>
          <w:jc w:val="center"/>
        </w:trPr>
        <w:tc>
          <w:tcPr>
            <w:tcW w:w="70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372B31C" w14:textId="7EC3CD55" w:rsidR="00606870" w:rsidRDefault="00062CA6">
            <w:pPr>
              <w:spacing w:after="0"/>
            </w:pPr>
            <w:r>
              <w:t>21.</w:t>
            </w:r>
          </w:p>
        </w:tc>
        <w:tc>
          <w:tcPr>
            <w:tcW w:w="462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24E02C1" w14:textId="4AB76303" w:rsidR="00606870" w:rsidRDefault="0005160B">
            <w:r>
              <w:t xml:space="preserve">Ar atsarginių kopijų atkūrimas </w:t>
            </w:r>
            <w:r w:rsidR="00EA7312">
              <w:t xml:space="preserve">yra </w:t>
            </w:r>
            <w:r>
              <w:t>sėkmingai išbandytas?</w:t>
            </w:r>
          </w:p>
          <w:p w14:paraId="75CC67D3" w14:textId="77777777" w:rsidR="00606870" w:rsidRDefault="0005160B">
            <w:pPr>
              <w:spacing w:after="0"/>
            </w:pPr>
            <w:r>
              <w:rPr>
                <w:i/>
                <w:sz w:val="20"/>
              </w:rPr>
              <w:t>Paskutinio sėkmingo atkūrimo bandymo data.</w:t>
            </w:r>
          </w:p>
        </w:tc>
        <w:tc>
          <w:tcPr>
            <w:tcW w:w="430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DB7EEF5" w14:textId="77777777" w:rsidR="00606870" w:rsidRDefault="00606870">
            <w:pPr>
              <w:spacing w:after="80"/>
            </w:pPr>
          </w:p>
          <w:p w14:paraId="5456F6A8" w14:textId="77777777" w:rsidR="00606870" w:rsidRDefault="00606870">
            <w:pPr>
              <w:spacing w:after="0"/>
            </w:pPr>
          </w:p>
          <w:p w14:paraId="27417A14" w14:textId="77777777" w:rsidR="00606870" w:rsidRDefault="00606870">
            <w:pPr>
              <w:spacing w:after="0"/>
            </w:pPr>
          </w:p>
        </w:tc>
      </w:tr>
    </w:tbl>
    <w:p w14:paraId="2DED04AC" w14:textId="77777777" w:rsidR="00772098" w:rsidRDefault="00151928">
      <w:pPr>
        <w:keepNext/>
        <w:spacing w:before="140"/>
      </w:pPr>
      <w:r>
        <w:rPr>
          <w:b/>
        </w:rPr>
        <w:t>Tiekėjo patvirtinimas</w:t>
      </w:r>
    </w:p>
    <w:p w14:paraId="78D908DB" w14:textId="77777777" w:rsidR="00772098" w:rsidRDefault="00151928">
      <w:pPr>
        <w:keepNext/>
        <w:spacing w:after="100"/>
      </w:pPr>
      <w:r>
        <w:rPr>
          <w:sz w:val="21"/>
        </w:rPr>
        <w:t>Patvirtinu, kad atsakymai teisingi, nurodyti žinomi trūkumai ir planuojamos priemonės nepateiktos kaip jau įgyvendintos.</w:t>
      </w:r>
    </w:p>
    <w:p w14:paraId="3935B99D" w14:textId="77777777" w:rsidR="00772098" w:rsidRDefault="00151928">
      <w:pPr>
        <w:keepNext/>
        <w:spacing w:after="80"/>
      </w:pPr>
      <w:r>
        <w:t>Atstovo vardas, pareigos: ___________________________________________________</w:t>
      </w:r>
    </w:p>
    <w:p w14:paraId="5D1E7FD8" w14:textId="77777777" w:rsidR="00772098" w:rsidRDefault="00151928">
      <w:pPr>
        <w:spacing w:after="120"/>
      </w:pPr>
      <w:r>
        <w:t>Data ir parašas: ___________________________________________________________</w:t>
      </w:r>
    </w:p>
    <w:sectPr w:rsidR="00772098" w:rsidSect="00485EE9">
      <w:headerReference w:type="default" r:id="rId8"/>
      <w:footerReference w:type="default" r:id="rId9"/>
      <w:pgSz w:w="11906" w:h="16838"/>
      <w:pgMar w:top="709" w:right="1134" w:bottom="851" w:left="1134" w:header="36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BF6E" w14:textId="77777777" w:rsidR="00CB6BD8" w:rsidRDefault="00CB6BD8">
      <w:pPr>
        <w:spacing w:after="0"/>
      </w:pPr>
      <w:r>
        <w:separator/>
      </w:r>
    </w:p>
  </w:endnote>
  <w:endnote w:type="continuationSeparator" w:id="0">
    <w:p w14:paraId="5B79E089" w14:textId="77777777" w:rsidR="00CB6BD8" w:rsidRDefault="00CB6B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D8D3" w14:textId="4E37FA3E" w:rsidR="00772098" w:rsidRDefault="00772098">
    <w:pPr>
      <w:pStyle w:val="Footer"/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7AED" w14:textId="77777777" w:rsidR="00CB6BD8" w:rsidRDefault="00CB6BD8">
      <w:pPr>
        <w:spacing w:after="0"/>
      </w:pPr>
      <w:r>
        <w:separator/>
      </w:r>
    </w:p>
  </w:footnote>
  <w:footnote w:type="continuationSeparator" w:id="0">
    <w:p w14:paraId="1971982C" w14:textId="77777777" w:rsidR="00CB6BD8" w:rsidRDefault="00CB6B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72707"/>
      <w:docPartObj>
        <w:docPartGallery w:val="Page Numbers (Top of Page)"/>
        <w:docPartUnique/>
      </w:docPartObj>
    </w:sdtPr>
    <w:sdtContent>
      <w:p w14:paraId="25A92015" w14:textId="51B03697" w:rsidR="000D1A5D" w:rsidRPr="00D20050" w:rsidRDefault="000D1A5D">
        <w:pPr>
          <w:pStyle w:val="Header"/>
          <w:jc w:val="center"/>
        </w:pPr>
        <w:r w:rsidRPr="00D20050">
          <w:fldChar w:fldCharType="begin"/>
        </w:r>
        <w:r w:rsidRPr="00D20050">
          <w:instrText>PAGE   \* MERGEFORMAT</w:instrText>
        </w:r>
        <w:r w:rsidRPr="00D20050">
          <w:fldChar w:fldCharType="separate"/>
        </w:r>
        <w:r w:rsidRPr="00D20050">
          <w:t>2</w:t>
        </w:r>
        <w:r w:rsidRPr="00D20050">
          <w:fldChar w:fldCharType="end"/>
        </w:r>
      </w:p>
    </w:sdtContent>
  </w:sdt>
  <w:p w14:paraId="4DE06507" w14:textId="77777777" w:rsidR="000D1A5D" w:rsidRDefault="000D1A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87437">
    <w:abstractNumId w:val="8"/>
  </w:num>
  <w:num w:numId="2" w16cid:durableId="48110237">
    <w:abstractNumId w:val="6"/>
  </w:num>
  <w:num w:numId="3" w16cid:durableId="297956209">
    <w:abstractNumId w:val="5"/>
  </w:num>
  <w:num w:numId="4" w16cid:durableId="243729812">
    <w:abstractNumId w:val="4"/>
  </w:num>
  <w:num w:numId="5" w16cid:durableId="1003826428">
    <w:abstractNumId w:val="7"/>
  </w:num>
  <w:num w:numId="6" w16cid:durableId="1606886960">
    <w:abstractNumId w:val="3"/>
  </w:num>
  <w:num w:numId="7" w16cid:durableId="80836865">
    <w:abstractNumId w:val="2"/>
  </w:num>
  <w:num w:numId="8" w16cid:durableId="802962182">
    <w:abstractNumId w:val="1"/>
  </w:num>
  <w:num w:numId="9" w16cid:durableId="197290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60B"/>
    <w:rsid w:val="0006063C"/>
    <w:rsid w:val="00062CA6"/>
    <w:rsid w:val="000D1A5D"/>
    <w:rsid w:val="000E3D16"/>
    <w:rsid w:val="00110243"/>
    <w:rsid w:val="0015074B"/>
    <w:rsid w:val="00151015"/>
    <w:rsid w:val="00151928"/>
    <w:rsid w:val="00152083"/>
    <w:rsid w:val="001834D2"/>
    <w:rsid w:val="0029639D"/>
    <w:rsid w:val="002A76D5"/>
    <w:rsid w:val="002C0B20"/>
    <w:rsid w:val="00326F90"/>
    <w:rsid w:val="00373C24"/>
    <w:rsid w:val="0039440C"/>
    <w:rsid w:val="00407D1F"/>
    <w:rsid w:val="00485EE9"/>
    <w:rsid w:val="004F3F38"/>
    <w:rsid w:val="0053550B"/>
    <w:rsid w:val="005623D4"/>
    <w:rsid w:val="00606870"/>
    <w:rsid w:val="00660F5D"/>
    <w:rsid w:val="0066379F"/>
    <w:rsid w:val="006920BD"/>
    <w:rsid w:val="007205CB"/>
    <w:rsid w:val="00772098"/>
    <w:rsid w:val="007C3ABE"/>
    <w:rsid w:val="007C4C1A"/>
    <w:rsid w:val="008C67AE"/>
    <w:rsid w:val="008D1C93"/>
    <w:rsid w:val="008D703B"/>
    <w:rsid w:val="0098159C"/>
    <w:rsid w:val="00985AE7"/>
    <w:rsid w:val="009A5031"/>
    <w:rsid w:val="00A739DE"/>
    <w:rsid w:val="00A90367"/>
    <w:rsid w:val="00AA1D8D"/>
    <w:rsid w:val="00B37F38"/>
    <w:rsid w:val="00B43632"/>
    <w:rsid w:val="00B47730"/>
    <w:rsid w:val="00BD5E0C"/>
    <w:rsid w:val="00C34415"/>
    <w:rsid w:val="00CB0664"/>
    <w:rsid w:val="00CB6BD8"/>
    <w:rsid w:val="00CC3988"/>
    <w:rsid w:val="00CF4DC2"/>
    <w:rsid w:val="00D069C1"/>
    <w:rsid w:val="00D20050"/>
    <w:rsid w:val="00DE2A5C"/>
    <w:rsid w:val="00E47B37"/>
    <w:rsid w:val="00E57D7A"/>
    <w:rsid w:val="00E86487"/>
    <w:rsid w:val="00E870B4"/>
    <w:rsid w:val="00EA7312"/>
    <w:rsid w:val="00FC693F"/>
    <w:rsid w:val="00FD7C61"/>
    <w:rsid w:val="00FE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EE294"/>
  <w14:defaultImageDpi w14:val="300"/>
  <w15:docId w15:val="{A457FDC7-F121-4382-B1C3-2282532A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 w:cs="Times New Roman"/>
      <w:color w:val="000000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2239</Words>
  <Characters>1277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Tiekėjo saugumo klausimynas Nr. 1: Paslaugos su prieiga prie sistemų arba jų aptarnavimu</vt:lpstr>
    </vt:vector>
  </TitlesOfParts>
  <Manager/>
  <Company/>
  <LinksUpToDate>false</LinksUpToDate>
  <CharactersWithSpaces>3509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Tiekėjo saugumo klausimynas Nr. 1: Paslaugos su prieiga prie sistemų arba jų aptarnavimu</dc:title>
  <dc:subject>Tiekėjo saugumo bazinė patikra</dc:subject>
  <cp:lastModifiedBy>Daiva Gurinovičienė</cp:lastModifiedBy>
  <cp:revision>28</cp:revision>
  <dcterms:created xsi:type="dcterms:W3CDTF">2026-09-17T00:00:00Z</dcterms:created>
  <dcterms:modified xsi:type="dcterms:W3CDTF">2026-10-22T10:16:00Z</dcterms:modified>
</cp:coreProperties>
</file>