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27F201" w14:textId="77777777" w:rsidR="007354D6" w:rsidRPr="007354D6" w:rsidRDefault="007354D6" w:rsidP="007354D6">
      <w:pPr>
        <w:spacing w:after="0" w:line="240" w:lineRule="auto"/>
        <w:jc w:val="center"/>
        <w:rPr>
          <w:rFonts w:ascii="Times New Roman" w:eastAsia="Calibri" w:hAnsi="Times New Roman" w:cs="Times New Roman"/>
          <w:sz w:val="16"/>
          <w:szCs w:val="16"/>
          <w:lang w:val="pt-BR"/>
        </w:rPr>
      </w:pPr>
      <w:r w:rsidRPr="007354D6">
        <w:rPr>
          <w:rFonts w:ascii="Times New Roman" w:eastAsia="Yu Gothic" w:hAnsi="Times New Roman" w:cs="Times New Roman"/>
          <w:sz w:val="16"/>
          <w:szCs w:val="16"/>
          <w:lang w:val="pt-BR"/>
        </w:rPr>
        <w:t>Herbas arba prekių ženklas</w:t>
      </w:r>
    </w:p>
    <w:p w14:paraId="3B7C00C2" w14:textId="77777777" w:rsidR="007354D6" w:rsidRPr="007354D6" w:rsidRDefault="007354D6" w:rsidP="007354D6">
      <w:pPr>
        <w:spacing w:after="0" w:line="240" w:lineRule="auto"/>
        <w:jc w:val="center"/>
        <w:rPr>
          <w:rFonts w:ascii="Times New Roman" w:eastAsia="Yu Gothic" w:hAnsi="Times New Roman" w:cs="Times New Roman"/>
          <w:sz w:val="16"/>
          <w:szCs w:val="16"/>
          <w:lang w:val="pt-BR"/>
        </w:rPr>
      </w:pPr>
      <w:r w:rsidRPr="007354D6">
        <w:rPr>
          <w:rFonts w:ascii="Times New Roman" w:eastAsia="Yu Gothic" w:hAnsi="Times New Roman" w:cs="Times New Roman"/>
          <w:sz w:val="16"/>
          <w:szCs w:val="16"/>
          <w:lang w:val="pt-BR"/>
        </w:rPr>
        <w:t>(Tiekėjo pavadinimas)</w:t>
      </w:r>
    </w:p>
    <w:p w14:paraId="1F35D7A3" w14:textId="77777777" w:rsidR="007354D6" w:rsidRPr="007354D6" w:rsidRDefault="007354D6" w:rsidP="007354D6">
      <w:pPr>
        <w:spacing w:after="0" w:line="240" w:lineRule="auto"/>
        <w:jc w:val="center"/>
        <w:rPr>
          <w:rFonts w:ascii="Times New Roman" w:eastAsia="Yu Gothic" w:hAnsi="Times New Roman" w:cs="Times New Roman"/>
          <w:sz w:val="16"/>
          <w:szCs w:val="16"/>
          <w:lang w:val="pt-BR"/>
        </w:rPr>
      </w:pPr>
      <w:r w:rsidRPr="007354D6">
        <w:rPr>
          <w:rFonts w:ascii="Times New Roman" w:eastAsia="Yu Gothic" w:hAnsi="Times New Roman" w:cs="Times New Roman"/>
          <w:sz w:val="16"/>
          <w:szCs w:val="16"/>
          <w:lang w:val="pt-BR"/>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6F9E54CA" w14:textId="77777777" w:rsidR="007354D6" w:rsidRPr="007354D6" w:rsidRDefault="007354D6" w:rsidP="007354D6">
      <w:pPr>
        <w:tabs>
          <w:tab w:val="left" w:pos="3435"/>
        </w:tabs>
        <w:spacing w:after="160" w:line="256" w:lineRule="auto"/>
        <w:jc w:val="center"/>
        <w:rPr>
          <w:rFonts w:ascii="Times New Roman" w:eastAsia="Calibri" w:hAnsi="Times New Roman" w:cs="Times New Roman"/>
          <w:kern w:val="2"/>
          <w:sz w:val="24"/>
          <w:szCs w:val="24"/>
          <w:lang w:val="lt-LT"/>
          <w14:ligatures w14:val="standardContextual"/>
        </w:rPr>
      </w:pPr>
    </w:p>
    <w:p w14:paraId="2827BBA6" w14:textId="77777777" w:rsidR="00C243EE" w:rsidRDefault="00C243EE" w:rsidP="00C243EE">
      <w:pPr>
        <w:spacing w:after="0"/>
        <w:rPr>
          <w:rFonts w:asciiTheme="majorHAnsi" w:hAnsiTheme="majorHAnsi" w:cstheme="majorHAnsi"/>
          <w:b/>
          <w:sz w:val="24"/>
          <w:szCs w:val="24"/>
          <w:lang w:val="lt-LT"/>
        </w:rPr>
      </w:pPr>
    </w:p>
    <w:p w14:paraId="1756A94C" w14:textId="77777777" w:rsidR="007354D6" w:rsidRDefault="007354D6" w:rsidP="00C243EE">
      <w:pPr>
        <w:spacing w:after="0"/>
        <w:rPr>
          <w:rFonts w:asciiTheme="majorHAnsi" w:hAnsiTheme="majorHAnsi" w:cstheme="majorHAnsi"/>
          <w:b/>
          <w:sz w:val="24"/>
          <w:szCs w:val="24"/>
          <w:lang w:val="lt-LT"/>
        </w:rPr>
      </w:pPr>
    </w:p>
    <w:p w14:paraId="72A981DA" w14:textId="77777777" w:rsidR="007354D6" w:rsidRPr="007354D6" w:rsidRDefault="007354D6" w:rsidP="00C243EE">
      <w:pPr>
        <w:spacing w:after="0"/>
        <w:rPr>
          <w:rFonts w:asciiTheme="majorHAnsi" w:hAnsiTheme="majorHAnsi" w:cstheme="majorHAnsi"/>
          <w:b/>
          <w:sz w:val="24"/>
          <w:szCs w:val="24"/>
          <w:lang w:val="lt-LT"/>
        </w:rPr>
      </w:pPr>
    </w:p>
    <w:p w14:paraId="6BE77FB4" w14:textId="77777777" w:rsidR="00684D05" w:rsidRPr="00D15475" w:rsidRDefault="006E2F2E" w:rsidP="00C243EE">
      <w:pPr>
        <w:spacing w:after="0"/>
        <w:jc w:val="center"/>
        <w:rPr>
          <w:rFonts w:asciiTheme="majorHAnsi" w:hAnsiTheme="majorHAnsi" w:cstheme="majorHAnsi"/>
          <w:b/>
          <w:sz w:val="28"/>
          <w:szCs w:val="28"/>
          <w:lang w:val="lt-LT"/>
        </w:rPr>
      </w:pPr>
      <w:r w:rsidRPr="00D15475">
        <w:rPr>
          <w:rFonts w:asciiTheme="majorHAnsi" w:hAnsiTheme="majorHAnsi" w:cstheme="majorHAnsi"/>
          <w:b/>
          <w:sz w:val="28"/>
          <w:szCs w:val="28"/>
          <w:lang w:val="lt-LT"/>
        </w:rPr>
        <w:t>PASIŪLYMAS</w:t>
      </w:r>
    </w:p>
    <w:p w14:paraId="2B1B11CE" w14:textId="77777777" w:rsidR="00684D05" w:rsidRPr="00D15475" w:rsidRDefault="006E2F2E" w:rsidP="00C243EE">
      <w:pPr>
        <w:spacing w:after="0"/>
        <w:jc w:val="center"/>
        <w:rPr>
          <w:rFonts w:asciiTheme="majorHAnsi" w:hAnsiTheme="majorHAnsi" w:cstheme="majorHAnsi"/>
          <w:b/>
          <w:sz w:val="28"/>
          <w:szCs w:val="28"/>
          <w:lang w:val="lt-LT"/>
        </w:rPr>
      </w:pPr>
      <w:r w:rsidRPr="00D15475">
        <w:rPr>
          <w:rFonts w:asciiTheme="majorHAnsi" w:hAnsiTheme="majorHAnsi" w:cstheme="majorHAnsi"/>
          <w:b/>
          <w:sz w:val="28"/>
          <w:szCs w:val="28"/>
          <w:lang w:val="lt-LT"/>
        </w:rPr>
        <w:t>DĖL PROGRAMINĖS ĮRANGOS ESET (ARBA LYGIAVERTĖS) LICENCIJŲ NUOMOS SU PALAIKYMO PASLAUGA</w:t>
      </w:r>
    </w:p>
    <w:p w14:paraId="4886D797" w14:textId="77777777" w:rsidR="00C243EE" w:rsidRPr="007354D6" w:rsidRDefault="00C243EE" w:rsidP="00C243EE">
      <w:pPr>
        <w:spacing w:after="0"/>
        <w:ind w:left="-142" w:firstLine="142"/>
        <w:jc w:val="center"/>
        <w:rPr>
          <w:rFonts w:asciiTheme="majorHAnsi" w:hAnsiTheme="majorHAnsi" w:cstheme="majorHAnsi"/>
          <w:sz w:val="24"/>
          <w:szCs w:val="24"/>
          <w:lang w:val="lt-LT"/>
        </w:rPr>
      </w:pPr>
    </w:p>
    <w:p w14:paraId="780987D4" w14:textId="77777777" w:rsidR="00684D05" w:rsidRPr="007354D6" w:rsidRDefault="006E2F2E">
      <w:pPr>
        <w:spacing w:after="0"/>
        <w:jc w:val="center"/>
        <w:rPr>
          <w:rFonts w:asciiTheme="majorHAnsi" w:hAnsiTheme="majorHAnsi" w:cstheme="majorHAnsi"/>
          <w:szCs w:val="20"/>
          <w:lang w:val="lt-LT"/>
        </w:rPr>
      </w:pPr>
      <w:r w:rsidRPr="007354D6">
        <w:rPr>
          <w:rFonts w:asciiTheme="majorHAnsi" w:hAnsiTheme="majorHAnsi" w:cstheme="majorHAnsi"/>
          <w:szCs w:val="20"/>
          <w:lang w:val="lt-LT"/>
        </w:rPr>
        <w:t>____________________</w:t>
      </w:r>
      <w:r w:rsidRPr="007354D6">
        <w:rPr>
          <w:rFonts w:asciiTheme="majorHAnsi" w:hAnsiTheme="majorHAnsi" w:cstheme="majorHAnsi"/>
          <w:szCs w:val="20"/>
          <w:lang w:val="lt-LT"/>
        </w:rPr>
        <w:br/>
        <w:t>(Data)</w:t>
      </w:r>
      <w:r w:rsidRPr="007354D6">
        <w:rPr>
          <w:rFonts w:asciiTheme="majorHAnsi" w:hAnsiTheme="majorHAnsi" w:cstheme="majorHAnsi"/>
          <w:szCs w:val="20"/>
          <w:lang w:val="lt-LT"/>
        </w:rPr>
        <w:br/>
        <w:t>____________________</w:t>
      </w:r>
      <w:r w:rsidRPr="007354D6">
        <w:rPr>
          <w:rFonts w:asciiTheme="majorHAnsi" w:hAnsiTheme="majorHAnsi" w:cstheme="majorHAnsi"/>
          <w:szCs w:val="20"/>
          <w:lang w:val="lt-LT"/>
        </w:rPr>
        <w:br/>
        <w:t>(Vieta)</w:t>
      </w:r>
    </w:p>
    <w:p w14:paraId="20ACD743" w14:textId="77777777" w:rsidR="00C243EE" w:rsidRPr="007354D6" w:rsidRDefault="00C243EE">
      <w:pPr>
        <w:spacing w:after="0"/>
        <w:jc w:val="center"/>
        <w:rPr>
          <w:rFonts w:asciiTheme="majorHAnsi" w:hAnsiTheme="majorHAnsi" w:cstheme="majorHAnsi"/>
          <w:szCs w:val="20"/>
          <w:lang w:val="lt-LT"/>
        </w:rPr>
      </w:pPr>
    </w:p>
    <w:p w14:paraId="21CAF9F0" w14:textId="77777777" w:rsidR="00684D05" w:rsidRPr="007354D6" w:rsidRDefault="006E2F2E">
      <w:pPr>
        <w:spacing w:after="0"/>
        <w:rPr>
          <w:rFonts w:asciiTheme="majorHAnsi" w:hAnsiTheme="majorHAnsi" w:cstheme="majorHAnsi"/>
          <w:bCs/>
          <w:sz w:val="24"/>
          <w:szCs w:val="24"/>
          <w:u w:val="single"/>
          <w:lang w:val="lt-LT"/>
        </w:rPr>
      </w:pPr>
      <w:r w:rsidRPr="007354D6">
        <w:rPr>
          <w:rFonts w:asciiTheme="majorHAnsi" w:hAnsiTheme="majorHAnsi" w:cstheme="majorHAnsi"/>
          <w:bCs/>
          <w:sz w:val="24"/>
          <w:szCs w:val="24"/>
          <w:u w:val="single"/>
          <w:lang w:val="lt-LT"/>
        </w:rPr>
        <w:t>Mažeikių rajono savivaldybės administracijai</w:t>
      </w:r>
    </w:p>
    <w:p w14:paraId="02E32271" w14:textId="77777777" w:rsidR="00C243EE" w:rsidRPr="007354D6" w:rsidRDefault="00C243EE">
      <w:pPr>
        <w:spacing w:after="0"/>
        <w:rPr>
          <w:rFonts w:asciiTheme="majorHAnsi" w:hAnsiTheme="majorHAnsi" w:cstheme="majorHAnsi"/>
          <w:sz w:val="24"/>
          <w:szCs w:val="24"/>
          <w:lang w:val="lt-LT"/>
        </w:rPr>
      </w:pPr>
    </w:p>
    <w:p w14:paraId="5EACE9A5" w14:textId="77777777" w:rsidR="00684D05" w:rsidRPr="007354D6" w:rsidRDefault="006E2F2E" w:rsidP="00C243EE">
      <w:pPr>
        <w:pStyle w:val="Antrat1"/>
        <w:spacing w:before="160" w:after="60"/>
        <w:jc w:val="center"/>
        <w:rPr>
          <w:rFonts w:cstheme="majorHAnsi"/>
          <w:sz w:val="24"/>
          <w:szCs w:val="24"/>
          <w:lang w:val="lt-LT"/>
        </w:rPr>
      </w:pPr>
      <w:r w:rsidRPr="007354D6">
        <w:rPr>
          <w:rFonts w:cstheme="majorHAnsi"/>
          <w:sz w:val="24"/>
          <w:szCs w:val="24"/>
          <w:lang w:val="lt-LT"/>
        </w:rPr>
        <w:t>1. INFORMACIJA APIE TIEKĖJĄ</w:t>
      </w:r>
    </w:p>
    <w:p w14:paraId="2A8C394F" w14:textId="77777777" w:rsidR="00C243EE" w:rsidRPr="007354D6" w:rsidRDefault="00C243EE" w:rsidP="00C243EE">
      <w:pPr>
        <w:rPr>
          <w:rFonts w:asciiTheme="majorHAnsi" w:hAnsiTheme="majorHAnsi" w:cstheme="majorHAnsi"/>
          <w:lang w:val="lt-LT"/>
        </w:rPr>
      </w:pPr>
    </w:p>
    <w:tbl>
      <w:tblPr>
        <w:tblStyle w:val="Lentelstinklelis"/>
        <w:tblW w:w="10263" w:type="dxa"/>
        <w:jc w:val="center"/>
        <w:tblLayout w:type="fixed"/>
        <w:tblLook w:val="04A0" w:firstRow="1" w:lastRow="0" w:firstColumn="1" w:lastColumn="0" w:noHBand="0" w:noVBand="1"/>
      </w:tblPr>
      <w:tblGrid>
        <w:gridCol w:w="6374"/>
        <w:gridCol w:w="3889"/>
      </w:tblGrid>
      <w:tr w:rsidR="00684D05" w:rsidRPr="00B91A4A" w14:paraId="39A5C55C" w14:textId="77777777" w:rsidTr="008676E0">
        <w:trPr>
          <w:jc w:val="center"/>
        </w:trPr>
        <w:tc>
          <w:tcPr>
            <w:tcW w:w="6374" w:type="dxa"/>
            <w:tcMar>
              <w:top w:w="80" w:type="dxa"/>
              <w:left w:w="80" w:type="dxa"/>
              <w:bottom w:w="80" w:type="dxa"/>
              <w:right w:w="80" w:type="dxa"/>
            </w:tcMar>
            <w:vAlign w:val="center"/>
          </w:tcPr>
          <w:p w14:paraId="607F586D" w14:textId="77777777" w:rsidR="00684D05" w:rsidRPr="008676E0" w:rsidRDefault="006E2F2E">
            <w:pPr>
              <w:rPr>
                <w:rFonts w:asciiTheme="majorHAnsi" w:hAnsiTheme="majorHAnsi" w:cstheme="majorHAnsi"/>
                <w:bCs/>
                <w:sz w:val="24"/>
                <w:szCs w:val="24"/>
                <w:lang w:val="lt-LT"/>
              </w:rPr>
            </w:pPr>
            <w:r w:rsidRPr="008676E0">
              <w:rPr>
                <w:rFonts w:asciiTheme="majorHAnsi" w:hAnsiTheme="majorHAnsi" w:cstheme="majorHAnsi"/>
                <w:bCs/>
                <w:sz w:val="24"/>
                <w:szCs w:val="24"/>
                <w:lang w:val="lt-LT"/>
              </w:rPr>
              <w:t>Tiekėjo arba ūkio subjektų grupės dalyvių pavadinimas (-ai), juridinio asmens kodas (-ai), adresas (-ai)</w:t>
            </w:r>
          </w:p>
        </w:tc>
        <w:tc>
          <w:tcPr>
            <w:tcW w:w="3889" w:type="dxa"/>
            <w:tcMar>
              <w:top w:w="80" w:type="dxa"/>
              <w:left w:w="80" w:type="dxa"/>
              <w:bottom w:w="80" w:type="dxa"/>
              <w:right w:w="80" w:type="dxa"/>
            </w:tcMar>
            <w:vAlign w:val="center"/>
          </w:tcPr>
          <w:p w14:paraId="10702771" w14:textId="77777777" w:rsidR="00684D05" w:rsidRPr="007354D6" w:rsidRDefault="00684D05">
            <w:pPr>
              <w:rPr>
                <w:rFonts w:asciiTheme="majorHAnsi" w:hAnsiTheme="majorHAnsi" w:cstheme="majorHAnsi"/>
                <w:sz w:val="24"/>
                <w:szCs w:val="24"/>
                <w:lang w:val="lt-LT"/>
              </w:rPr>
            </w:pPr>
          </w:p>
        </w:tc>
      </w:tr>
      <w:tr w:rsidR="00684D05" w:rsidRPr="00B91A4A" w14:paraId="51C29122" w14:textId="77777777" w:rsidTr="008676E0">
        <w:trPr>
          <w:jc w:val="center"/>
        </w:trPr>
        <w:tc>
          <w:tcPr>
            <w:tcW w:w="6374" w:type="dxa"/>
            <w:tcMar>
              <w:top w:w="80" w:type="dxa"/>
              <w:left w:w="80" w:type="dxa"/>
              <w:bottom w:w="80" w:type="dxa"/>
              <w:right w:w="80" w:type="dxa"/>
            </w:tcMar>
            <w:vAlign w:val="center"/>
          </w:tcPr>
          <w:p w14:paraId="279133D0" w14:textId="77777777" w:rsidR="00684D05" w:rsidRPr="008676E0" w:rsidRDefault="006E2F2E">
            <w:pPr>
              <w:rPr>
                <w:rFonts w:asciiTheme="majorHAnsi" w:hAnsiTheme="majorHAnsi" w:cstheme="majorHAnsi"/>
                <w:bCs/>
                <w:sz w:val="24"/>
                <w:szCs w:val="24"/>
                <w:lang w:val="lt-LT"/>
              </w:rPr>
            </w:pPr>
            <w:r w:rsidRPr="008676E0">
              <w:rPr>
                <w:rFonts w:asciiTheme="majorHAnsi" w:hAnsiTheme="majorHAnsi" w:cstheme="majorHAnsi"/>
                <w:bCs/>
                <w:sz w:val="24"/>
                <w:szCs w:val="24"/>
                <w:lang w:val="lt-LT"/>
              </w:rPr>
              <w:t>Ūkio subjektų grupės dalyvis, atstovaujantis arba vadovaujantis ūkio subjektų grupei (pildoma, jei pasiūlymą teikia ūkio subjektų grupė)</w:t>
            </w:r>
          </w:p>
        </w:tc>
        <w:tc>
          <w:tcPr>
            <w:tcW w:w="3889" w:type="dxa"/>
            <w:tcMar>
              <w:top w:w="80" w:type="dxa"/>
              <w:left w:w="80" w:type="dxa"/>
              <w:bottom w:w="80" w:type="dxa"/>
              <w:right w:w="80" w:type="dxa"/>
            </w:tcMar>
            <w:vAlign w:val="center"/>
          </w:tcPr>
          <w:p w14:paraId="087D80CB" w14:textId="77777777" w:rsidR="00684D05" w:rsidRPr="007354D6" w:rsidRDefault="00684D05">
            <w:pPr>
              <w:rPr>
                <w:rFonts w:asciiTheme="majorHAnsi" w:hAnsiTheme="majorHAnsi" w:cstheme="majorHAnsi"/>
                <w:sz w:val="24"/>
                <w:szCs w:val="24"/>
                <w:lang w:val="lt-LT"/>
              </w:rPr>
            </w:pPr>
          </w:p>
        </w:tc>
      </w:tr>
      <w:tr w:rsidR="00684D05" w:rsidRPr="00B91A4A" w14:paraId="774EF997" w14:textId="77777777" w:rsidTr="008676E0">
        <w:trPr>
          <w:jc w:val="center"/>
        </w:trPr>
        <w:tc>
          <w:tcPr>
            <w:tcW w:w="6374" w:type="dxa"/>
            <w:tcMar>
              <w:top w:w="80" w:type="dxa"/>
              <w:left w:w="80" w:type="dxa"/>
              <w:bottom w:w="80" w:type="dxa"/>
              <w:right w:w="80" w:type="dxa"/>
            </w:tcMar>
            <w:vAlign w:val="center"/>
          </w:tcPr>
          <w:p w14:paraId="3046B7B2" w14:textId="77777777" w:rsidR="00684D05" w:rsidRPr="008676E0" w:rsidRDefault="006E2F2E">
            <w:pPr>
              <w:rPr>
                <w:rFonts w:asciiTheme="majorHAnsi" w:hAnsiTheme="majorHAnsi" w:cstheme="majorHAnsi"/>
                <w:bCs/>
                <w:sz w:val="24"/>
                <w:szCs w:val="24"/>
                <w:lang w:val="lt-LT"/>
              </w:rPr>
            </w:pPr>
            <w:r w:rsidRPr="008676E0">
              <w:rPr>
                <w:rFonts w:asciiTheme="majorHAnsi" w:hAnsiTheme="majorHAnsi" w:cstheme="majorHAnsi"/>
                <w:bCs/>
                <w:sz w:val="24"/>
                <w:szCs w:val="24"/>
                <w:lang w:val="lt-LT"/>
              </w:rPr>
              <w:t>Asmens, įgalioto bendrauti su Perkančiąja organizacija, vardas, pavardė, telefono Nr., el. pašto adresas</w:t>
            </w:r>
          </w:p>
        </w:tc>
        <w:tc>
          <w:tcPr>
            <w:tcW w:w="3889" w:type="dxa"/>
            <w:tcMar>
              <w:top w:w="80" w:type="dxa"/>
              <w:left w:w="80" w:type="dxa"/>
              <w:bottom w:w="80" w:type="dxa"/>
              <w:right w:w="80" w:type="dxa"/>
            </w:tcMar>
            <w:vAlign w:val="center"/>
          </w:tcPr>
          <w:p w14:paraId="2401E22F" w14:textId="77777777" w:rsidR="00684D05" w:rsidRPr="007354D6" w:rsidRDefault="00684D05">
            <w:pPr>
              <w:rPr>
                <w:rFonts w:asciiTheme="majorHAnsi" w:hAnsiTheme="majorHAnsi" w:cstheme="majorHAnsi"/>
                <w:sz w:val="24"/>
                <w:szCs w:val="24"/>
                <w:lang w:val="lt-LT"/>
              </w:rPr>
            </w:pPr>
          </w:p>
        </w:tc>
      </w:tr>
      <w:tr w:rsidR="00684D05" w:rsidRPr="00B91A4A" w14:paraId="0A95A7A6" w14:textId="77777777" w:rsidTr="008676E0">
        <w:trPr>
          <w:jc w:val="center"/>
        </w:trPr>
        <w:tc>
          <w:tcPr>
            <w:tcW w:w="6374" w:type="dxa"/>
            <w:tcMar>
              <w:top w:w="80" w:type="dxa"/>
              <w:left w:w="80" w:type="dxa"/>
              <w:bottom w:w="80" w:type="dxa"/>
              <w:right w:w="80" w:type="dxa"/>
            </w:tcMar>
            <w:vAlign w:val="center"/>
          </w:tcPr>
          <w:p w14:paraId="2BCA11DD" w14:textId="77777777" w:rsidR="00684D05" w:rsidRPr="008676E0" w:rsidRDefault="006E2F2E">
            <w:pPr>
              <w:rPr>
                <w:rFonts w:asciiTheme="majorHAnsi" w:hAnsiTheme="majorHAnsi" w:cstheme="majorHAnsi"/>
                <w:bCs/>
                <w:sz w:val="24"/>
                <w:szCs w:val="24"/>
                <w:lang w:val="lt-LT"/>
              </w:rPr>
            </w:pPr>
            <w:r w:rsidRPr="008676E0">
              <w:rPr>
                <w:rFonts w:asciiTheme="majorHAnsi" w:hAnsiTheme="majorHAnsi" w:cstheme="majorHAnsi"/>
                <w:bCs/>
                <w:sz w:val="24"/>
                <w:szCs w:val="24"/>
                <w:lang w:val="lt-LT"/>
              </w:rPr>
              <w:t>PVM mokėtojo kodas (jeigu taikoma)</w:t>
            </w:r>
          </w:p>
        </w:tc>
        <w:tc>
          <w:tcPr>
            <w:tcW w:w="3889" w:type="dxa"/>
            <w:tcMar>
              <w:top w:w="80" w:type="dxa"/>
              <w:left w:w="80" w:type="dxa"/>
              <w:bottom w:w="80" w:type="dxa"/>
              <w:right w:w="80" w:type="dxa"/>
            </w:tcMar>
            <w:vAlign w:val="center"/>
          </w:tcPr>
          <w:p w14:paraId="021C1671" w14:textId="77777777" w:rsidR="00684D05" w:rsidRPr="007354D6" w:rsidRDefault="00684D05">
            <w:pPr>
              <w:rPr>
                <w:rFonts w:asciiTheme="majorHAnsi" w:hAnsiTheme="majorHAnsi" w:cstheme="majorHAnsi"/>
                <w:sz w:val="24"/>
                <w:szCs w:val="24"/>
                <w:lang w:val="lt-LT"/>
              </w:rPr>
            </w:pPr>
          </w:p>
        </w:tc>
      </w:tr>
    </w:tbl>
    <w:p w14:paraId="2A4D406F" w14:textId="77777777" w:rsidR="00684D05" w:rsidRPr="007354D6" w:rsidRDefault="006E2F2E" w:rsidP="00C243EE">
      <w:pPr>
        <w:pStyle w:val="Antrat1"/>
        <w:spacing w:before="160" w:after="60"/>
        <w:jc w:val="center"/>
        <w:rPr>
          <w:rFonts w:cstheme="majorHAnsi"/>
          <w:sz w:val="24"/>
          <w:szCs w:val="24"/>
          <w:lang w:val="lt-LT"/>
        </w:rPr>
      </w:pPr>
      <w:r w:rsidRPr="007354D6">
        <w:rPr>
          <w:rFonts w:cstheme="majorHAnsi"/>
          <w:sz w:val="24"/>
          <w:szCs w:val="24"/>
          <w:lang w:val="lt-LT"/>
        </w:rPr>
        <w:t>2. INFORMACIJA APIE ŪKIO SUBJEKTUS, KURIŲ PAJĖGUMAIS TIEKĖJAS REMIASI</w:t>
      </w:r>
    </w:p>
    <w:p w14:paraId="70ADA479" w14:textId="77777777" w:rsidR="00684D05" w:rsidRPr="006D7D13" w:rsidRDefault="006E2F2E">
      <w:pPr>
        <w:spacing w:after="60"/>
        <w:rPr>
          <w:rFonts w:asciiTheme="majorHAnsi" w:hAnsiTheme="majorHAnsi" w:cstheme="majorHAnsi"/>
          <w:i/>
          <w:iCs/>
          <w:sz w:val="24"/>
          <w:szCs w:val="24"/>
          <w:lang w:val="lt-LT"/>
        </w:rPr>
      </w:pPr>
      <w:r w:rsidRPr="006D7D13">
        <w:rPr>
          <w:rFonts w:asciiTheme="majorHAnsi" w:hAnsiTheme="majorHAnsi" w:cstheme="majorHAnsi"/>
          <w:i/>
          <w:iCs/>
          <w:sz w:val="24"/>
          <w:szCs w:val="24"/>
          <w:lang w:val="lt-LT"/>
        </w:rPr>
        <w:t>Pildoma, jeigu tiekėjas remiasi kitų ūkio subjektų pajėgumais, kad atitiktų pirkimo dokumentuose nustatytus kvalifikacijos reikalavimus.</w:t>
      </w:r>
    </w:p>
    <w:tbl>
      <w:tblPr>
        <w:tblStyle w:val="Lentelstinklelis"/>
        <w:tblW w:w="10343" w:type="dxa"/>
        <w:jc w:val="center"/>
        <w:tblLook w:val="04A0" w:firstRow="1" w:lastRow="0" w:firstColumn="1" w:lastColumn="0" w:noHBand="0" w:noVBand="1"/>
      </w:tblPr>
      <w:tblGrid>
        <w:gridCol w:w="986"/>
        <w:gridCol w:w="4076"/>
        <w:gridCol w:w="2537"/>
        <w:gridCol w:w="2744"/>
      </w:tblGrid>
      <w:tr w:rsidR="00684D05" w:rsidRPr="00B91A4A" w14:paraId="716D3463" w14:textId="77777777" w:rsidTr="0009451C">
        <w:trPr>
          <w:tblHeader/>
          <w:jc w:val="center"/>
        </w:trPr>
        <w:tc>
          <w:tcPr>
            <w:tcW w:w="986" w:type="dxa"/>
            <w:shd w:val="clear" w:color="auto" w:fill="D9EAF7"/>
            <w:tcMar>
              <w:top w:w="80" w:type="dxa"/>
              <w:left w:w="80" w:type="dxa"/>
              <w:bottom w:w="80" w:type="dxa"/>
              <w:right w:w="80" w:type="dxa"/>
            </w:tcMar>
            <w:vAlign w:val="center"/>
          </w:tcPr>
          <w:p w14:paraId="508BB5D2" w14:textId="77777777" w:rsidR="00684D05" w:rsidRPr="007354D6" w:rsidRDefault="006E2F2E">
            <w:pPr>
              <w:jc w:val="center"/>
              <w:rPr>
                <w:rFonts w:asciiTheme="majorHAnsi" w:hAnsiTheme="majorHAnsi" w:cstheme="majorHAnsi"/>
                <w:sz w:val="24"/>
                <w:szCs w:val="24"/>
                <w:lang w:val="lt-LT"/>
              </w:rPr>
            </w:pPr>
            <w:r w:rsidRPr="007354D6">
              <w:rPr>
                <w:rFonts w:asciiTheme="majorHAnsi" w:hAnsiTheme="majorHAnsi" w:cstheme="majorHAnsi"/>
                <w:b/>
                <w:sz w:val="24"/>
                <w:szCs w:val="24"/>
                <w:lang w:val="lt-LT"/>
              </w:rPr>
              <w:t>Eil. Nr.</w:t>
            </w:r>
          </w:p>
        </w:tc>
        <w:tc>
          <w:tcPr>
            <w:tcW w:w="4076" w:type="dxa"/>
            <w:shd w:val="clear" w:color="auto" w:fill="D9EAF7"/>
            <w:tcMar>
              <w:top w:w="80" w:type="dxa"/>
              <w:left w:w="80" w:type="dxa"/>
              <w:bottom w:w="80" w:type="dxa"/>
              <w:right w:w="80" w:type="dxa"/>
            </w:tcMar>
            <w:vAlign w:val="center"/>
          </w:tcPr>
          <w:p w14:paraId="1ACB2543" w14:textId="77777777" w:rsidR="00684D05" w:rsidRPr="007354D6" w:rsidRDefault="006E2F2E">
            <w:pPr>
              <w:jc w:val="center"/>
              <w:rPr>
                <w:rFonts w:asciiTheme="majorHAnsi" w:hAnsiTheme="majorHAnsi" w:cstheme="majorHAnsi"/>
                <w:sz w:val="24"/>
                <w:szCs w:val="24"/>
                <w:lang w:val="lt-LT"/>
              </w:rPr>
            </w:pPr>
            <w:r w:rsidRPr="007354D6">
              <w:rPr>
                <w:rFonts w:asciiTheme="majorHAnsi" w:hAnsiTheme="majorHAnsi" w:cstheme="majorHAnsi"/>
                <w:b/>
                <w:sz w:val="24"/>
                <w:szCs w:val="24"/>
                <w:lang w:val="lt-LT"/>
              </w:rPr>
              <w:t>Ūkio subjekto pavadinimas, juridinio asmens kodas, adresas</w:t>
            </w:r>
          </w:p>
        </w:tc>
        <w:tc>
          <w:tcPr>
            <w:tcW w:w="2537" w:type="dxa"/>
            <w:shd w:val="clear" w:color="auto" w:fill="D9EAF7"/>
            <w:tcMar>
              <w:top w:w="80" w:type="dxa"/>
              <w:left w:w="80" w:type="dxa"/>
              <w:bottom w:w="80" w:type="dxa"/>
              <w:right w:w="80" w:type="dxa"/>
            </w:tcMar>
            <w:vAlign w:val="center"/>
          </w:tcPr>
          <w:p w14:paraId="7E614B5C" w14:textId="77777777" w:rsidR="00684D05" w:rsidRPr="007354D6" w:rsidRDefault="006E2F2E">
            <w:pPr>
              <w:jc w:val="center"/>
              <w:rPr>
                <w:rFonts w:asciiTheme="majorHAnsi" w:hAnsiTheme="majorHAnsi" w:cstheme="majorHAnsi"/>
                <w:sz w:val="24"/>
                <w:szCs w:val="24"/>
                <w:lang w:val="lt-LT"/>
              </w:rPr>
            </w:pPr>
            <w:r w:rsidRPr="007354D6">
              <w:rPr>
                <w:rFonts w:asciiTheme="majorHAnsi" w:hAnsiTheme="majorHAnsi" w:cstheme="majorHAnsi"/>
                <w:b/>
                <w:sz w:val="24"/>
                <w:szCs w:val="24"/>
                <w:lang w:val="lt-LT"/>
              </w:rPr>
              <w:t>Kvalifikacijos reikalavimas, kuriam atitikti remiamasi pajėgumais</w:t>
            </w:r>
          </w:p>
        </w:tc>
        <w:tc>
          <w:tcPr>
            <w:tcW w:w="2744" w:type="dxa"/>
            <w:shd w:val="clear" w:color="auto" w:fill="D9EAF7"/>
            <w:tcMar>
              <w:top w:w="80" w:type="dxa"/>
              <w:left w:w="80" w:type="dxa"/>
              <w:bottom w:w="80" w:type="dxa"/>
              <w:right w:w="80" w:type="dxa"/>
            </w:tcMar>
            <w:vAlign w:val="center"/>
          </w:tcPr>
          <w:p w14:paraId="75950852" w14:textId="77777777" w:rsidR="00684D05" w:rsidRPr="007354D6" w:rsidRDefault="006E2F2E">
            <w:pPr>
              <w:jc w:val="center"/>
              <w:rPr>
                <w:rFonts w:asciiTheme="majorHAnsi" w:hAnsiTheme="majorHAnsi" w:cstheme="majorHAnsi"/>
                <w:sz w:val="24"/>
                <w:szCs w:val="24"/>
                <w:lang w:val="lt-LT"/>
              </w:rPr>
            </w:pPr>
            <w:r w:rsidRPr="007354D6">
              <w:rPr>
                <w:rFonts w:asciiTheme="majorHAnsi" w:hAnsiTheme="majorHAnsi" w:cstheme="majorHAnsi"/>
                <w:b/>
                <w:sz w:val="24"/>
                <w:szCs w:val="24"/>
                <w:lang w:val="lt-LT"/>
              </w:rPr>
              <w:t>Sutarties dalis, kurią vykdys šis ūkio subjektas</w:t>
            </w:r>
          </w:p>
        </w:tc>
      </w:tr>
      <w:tr w:rsidR="00684D05" w:rsidRPr="007354D6" w14:paraId="1F8349BC" w14:textId="77777777" w:rsidTr="0009451C">
        <w:trPr>
          <w:jc w:val="center"/>
        </w:trPr>
        <w:tc>
          <w:tcPr>
            <w:tcW w:w="986" w:type="dxa"/>
            <w:tcMar>
              <w:top w:w="80" w:type="dxa"/>
              <w:left w:w="80" w:type="dxa"/>
              <w:bottom w:w="80" w:type="dxa"/>
              <w:right w:w="80" w:type="dxa"/>
            </w:tcMar>
            <w:vAlign w:val="center"/>
          </w:tcPr>
          <w:p w14:paraId="057FAAE3" w14:textId="77777777" w:rsidR="00684D05" w:rsidRPr="007354D6" w:rsidRDefault="006E2F2E">
            <w:pPr>
              <w:jc w:val="center"/>
              <w:rPr>
                <w:rFonts w:asciiTheme="majorHAnsi" w:hAnsiTheme="majorHAnsi" w:cstheme="majorHAnsi"/>
                <w:sz w:val="24"/>
                <w:szCs w:val="24"/>
                <w:lang w:val="lt-LT"/>
              </w:rPr>
            </w:pPr>
            <w:r w:rsidRPr="007354D6">
              <w:rPr>
                <w:rFonts w:asciiTheme="majorHAnsi" w:hAnsiTheme="majorHAnsi" w:cstheme="majorHAnsi"/>
                <w:sz w:val="24"/>
                <w:szCs w:val="24"/>
                <w:lang w:val="lt-LT"/>
              </w:rPr>
              <w:t>1.</w:t>
            </w:r>
          </w:p>
        </w:tc>
        <w:tc>
          <w:tcPr>
            <w:tcW w:w="4076" w:type="dxa"/>
            <w:tcMar>
              <w:top w:w="80" w:type="dxa"/>
              <w:left w:w="80" w:type="dxa"/>
              <w:bottom w:w="80" w:type="dxa"/>
              <w:right w:w="80" w:type="dxa"/>
            </w:tcMar>
            <w:vAlign w:val="center"/>
          </w:tcPr>
          <w:p w14:paraId="0DCB6FC1" w14:textId="77777777" w:rsidR="00684D05" w:rsidRPr="007354D6" w:rsidRDefault="00684D05">
            <w:pPr>
              <w:rPr>
                <w:rFonts w:asciiTheme="majorHAnsi" w:hAnsiTheme="majorHAnsi" w:cstheme="majorHAnsi"/>
                <w:sz w:val="24"/>
                <w:szCs w:val="24"/>
                <w:lang w:val="lt-LT"/>
              </w:rPr>
            </w:pPr>
          </w:p>
        </w:tc>
        <w:tc>
          <w:tcPr>
            <w:tcW w:w="2537" w:type="dxa"/>
            <w:tcMar>
              <w:top w:w="80" w:type="dxa"/>
              <w:left w:w="80" w:type="dxa"/>
              <w:bottom w:w="80" w:type="dxa"/>
              <w:right w:w="80" w:type="dxa"/>
            </w:tcMar>
            <w:vAlign w:val="center"/>
          </w:tcPr>
          <w:p w14:paraId="508AF5CF" w14:textId="77777777" w:rsidR="00684D05" w:rsidRPr="007354D6" w:rsidRDefault="00684D05">
            <w:pPr>
              <w:rPr>
                <w:rFonts w:asciiTheme="majorHAnsi" w:hAnsiTheme="majorHAnsi" w:cstheme="majorHAnsi"/>
                <w:sz w:val="24"/>
                <w:szCs w:val="24"/>
                <w:lang w:val="lt-LT"/>
              </w:rPr>
            </w:pPr>
          </w:p>
        </w:tc>
        <w:tc>
          <w:tcPr>
            <w:tcW w:w="2744" w:type="dxa"/>
            <w:tcMar>
              <w:top w:w="80" w:type="dxa"/>
              <w:left w:w="80" w:type="dxa"/>
              <w:bottom w:w="80" w:type="dxa"/>
              <w:right w:w="80" w:type="dxa"/>
            </w:tcMar>
            <w:vAlign w:val="center"/>
          </w:tcPr>
          <w:p w14:paraId="7E04F6F6" w14:textId="77777777" w:rsidR="00684D05" w:rsidRPr="007354D6" w:rsidRDefault="00684D05">
            <w:pPr>
              <w:rPr>
                <w:rFonts w:asciiTheme="majorHAnsi" w:hAnsiTheme="majorHAnsi" w:cstheme="majorHAnsi"/>
                <w:sz w:val="24"/>
                <w:szCs w:val="24"/>
                <w:lang w:val="lt-LT"/>
              </w:rPr>
            </w:pPr>
          </w:p>
        </w:tc>
      </w:tr>
    </w:tbl>
    <w:p w14:paraId="0AB06946" w14:textId="77777777" w:rsidR="00684D05" w:rsidRPr="007354D6" w:rsidRDefault="006E2F2E" w:rsidP="00C243EE">
      <w:pPr>
        <w:pStyle w:val="Antrat1"/>
        <w:spacing w:before="160" w:after="60"/>
        <w:jc w:val="center"/>
        <w:rPr>
          <w:rFonts w:cstheme="majorHAnsi"/>
          <w:sz w:val="24"/>
          <w:szCs w:val="24"/>
          <w:lang w:val="lt-LT"/>
        </w:rPr>
      </w:pPr>
      <w:r w:rsidRPr="007354D6">
        <w:rPr>
          <w:rFonts w:cstheme="majorHAnsi"/>
          <w:sz w:val="24"/>
          <w:szCs w:val="24"/>
          <w:lang w:val="lt-LT"/>
        </w:rPr>
        <w:t>3. INFORMACIJA APIE SUBTIEKĖJUS</w:t>
      </w:r>
    </w:p>
    <w:p w14:paraId="2CC349D8" w14:textId="77777777" w:rsidR="00684D05" w:rsidRPr="006D7D13" w:rsidRDefault="006E2F2E">
      <w:pPr>
        <w:spacing w:after="60"/>
        <w:rPr>
          <w:rFonts w:asciiTheme="majorHAnsi" w:hAnsiTheme="majorHAnsi" w:cstheme="majorHAnsi"/>
          <w:i/>
          <w:iCs/>
          <w:sz w:val="24"/>
          <w:szCs w:val="24"/>
          <w:lang w:val="lt-LT"/>
        </w:rPr>
      </w:pPr>
      <w:r w:rsidRPr="006D7D13">
        <w:rPr>
          <w:rFonts w:asciiTheme="majorHAnsi" w:hAnsiTheme="majorHAnsi" w:cstheme="majorHAnsi"/>
          <w:i/>
          <w:iCs/>
          <w:sz w:val="24"/>
          <w:szCs w:val="24"/>
          <w:lang w:val="lt-LT"/>
        </w:rPr>
        <w:t>Pildoma, jeigu tiekėjas sutarties vykdymui numato pasitelkti subtiekėjus.</w:t>
      </w:r>
    </w:p>
    <w:tbl>
      <w:tblPr>
        <w:tblStyle w:val="Lentelstinklelis"/>
        <w:tblW w:w="10286" w:type="dxa"/>
        <w:jc w:val="center"/>
        <w:tblLook w:val="04A0" w:firstRow="1" w:lastRow="0" w:firstColumn="1" w:lastColumn="0" w:noHBand="0" w:noVBand="1"/>
      </w:tblPr>
      <w:tblGrid>
        <w:gridCol w:w="931"/>
        <w:gridCol w:w="5820"/>
        <w:gridCol w:w="3535"/>
      </w:tblGrid>
      <w:tr w:rsidR="00684D05" w:rsidRPr="00B91A4A" w14:paraId="093656C6" w14:textId="77777777" w:rsidTr="004368E8">
        <w:trPr>
          <w:tblHeader/>
          <w:jc w:val="center"/>
        </w:trPr>
        <w:tc>
          <w:tcPr>
            <w:tcW w:w="931" w:type="dxa"/>
            <w:shd w:val="clear" w:color="auto" w:fill="D9EAF7"/>
            <w:tcMar>
              <w:top w:w="80" w:type="dxa"/>
              <w:left w:w="80" w:type="dxa"/>
              <w:bottom w:w="80" w:type="dxa"/>
              <w:right w:w="80" w:type="dxa"/>
            </w:tcMar>
            <w:vAlign w:val="center"/>
          </w:tcPr>
          <w:p w14:paraId="5AF4ABC6" w14:textId="77777777" w:rsidR="00684D05" w:rsidRPr="007354D6" w:rsidRDefault="006E2F2E">
            <w:pPr>
              <w:jc w:val="center"/>
              <w:rPr>
                <w:rFonts w:asciiTheme="majorHAnsi" w:hAnsiTheme="majorHAnsi" w:cstheme="majorHAnsi"/>
                <w:sz w:val="24"/>
                <w:szCs w:val="24"/>
                <w:lang w:val="lt-LT"/>
              </w:rPr>
            </w:pPr>
            <w:r w:rsidRPr="007354D6">
              <w:rPr>
                <w:rFonts w:asciiTheme="majorHAnsi" w:hAnsiTheme="majorHAnsi" w:cstheme="majorHAnsi"/>
                <w:b/>
                <w:sz w:val="24"/>
                <w:szCs w:val="24"/>
                <w:lang w:val="lt-LT"/>
              </w:rPr>
              <w:lastRenderedPageBreak/>
              <w:t>Eil. Nr.</w:t>
            </w:r>
          </w:p>
        </w:tc>
        <w:tc>
          <w:tcPr>
            <w:tcW w:w="5820" w:type="dxa"/>
            <w:shd w:val="clear" w:color="auto" w:fill="D9EAF7"/>
            <w:tcMar>
              <w:top w:w="80" w:type="dxa"/>
              <w:left w:w="80" w:type="dxa"/>
              <w:bottom w:w="80" w:type="dxa"/>
              <w:right w:w="80" w:type="dxa"/>
            </w:tcMar>
            <w:vAlign w:val="center"/>
          </w:tcPr>
          <w:p w14:paraId="776EAFA1" w14:textId="77777777" w:rsidR="00684D05" w:rsidRPr="007354D6" w:rsidRDefault="006E2F2E">
            <w:pPr>
              <w:jc w:val="center"/>
              <w:rPr>
                <w:rFonts w:asciiTheme="majorHAnsi" w:hAnsiTheme="majorHAnsi" w:cstheme="majorHAnsi"/>
                <w:sz w:val="24"/>
                <w:szCs w:val="24"/>
                <w:lang w:val="lt-LT"/>
              </w:rPr>
            </w:pPr>
            <w:r w:rsidRPr="007354D6">
              <w:rPr>
                <w:rFonts w:asciiTheme="majorHAnsi" w:hAnsiTheme="majorHAnsi" w:cstheme="majorHAnsi"/>
                <w:b/>
                <w:sz w:val="24"/>
                <w:szCs w:val="24"/>
                <w:lang w:val="lt-LT"/>
              </w:rPr>
              <w:t>Subtiekėjo pavadinimas, juridinio asmens kodas, adresas</w:t>
            </w:r>
          </w:p>
        </w:tc>
        <w:tc>
          <w:tcPr>
            <w:tcW w:w="3535" w:type="dxa"/>
            <w:shd w:val="clear" w:color="auto" w:fill="D9EAF7"/>
            <w:tcMar>
              <w:top w:w="80" w:type="dxa"/>
              <w:left w:w="80" w:type="dxa"/>
              <w:bottom w:w="80" w:type="dxa"/>
              <w:right w:w="80" w:type="dxa"/>
            </w:tcMar>
            <w:vAlign w:val="center"/>
          </w:tcPr>
          <w:p w14:paraId="6C54B87C" w14:textId="77777777" w:rsidR="00684D05" w:rsidRPr="007354D6" w:rsidRDefault="006E2F2E">
            <w:pPr>
              <w:jc w:val="center"/>
              <w:rPr>
                <w:rFonts w:asciiTheme="majorHAnsi" w:hAnsiTheme="majorHAnsi" w:cstheme="majorHAnsi"/>
                <w:sz w:val="24"/>
                <w:szCs w:val="24"/>
                <w:lang w:val="lt-LT"/>
              </w:rPr>
            </w:pPr>
            <w:r w:rsidRPr="007354D6">
              <w:rPr>
                <w:rFonts w:asciiTheme="majorHAnsi" w:hAnsiTheme="majorHAnsi" w:cstheme="majorHAnsi"/>
                <w:b/>
                <w:sz w:val="24"/>
                <w:szCs w:val="24"/>
                <w:lang w:val="lt-LT"/>
              </w:rPr>
              <w:t>Sutarties dalies, perduodamos vykdyti subtiekėjui, aprašymas</w:t>
            </w:r>
          </w:p>
        </w:tc>
      </w:tr>
      <w:tr w:rsidR="00684D05" w:rsidRPr="007354D6" w14:paraId="12882D74" w14:textId="77777777" w:rsidTr="004368E8">
        <w:trPr>
          <w:jc w:val="center"/>
        </w:trPr>
        <w:tc>
          <w:tcPr>
            <w:tcW w:w="931" w:type="dxa"/>
            <w:tcMar>
              <w:top w:w="80" w:type="dxa"/>
              <w:left w:w="80" w:type="dxa"/>
              <w:bottom w:w="80" w:type="dxa"/>
              <w:right w:w="80" w:type="dxa"/>
            </w:tcMar>
            <w:vAlign w:val="center"/>
          </w:tcPr>
          <w:p w14:paraId="04ABA8CC" w14:textId="77777777" w:rsidR="00684D05" w:rsidRPr="007354D6" w:rsidRDefault="006E2F2E">
            <w:pPr>
              <w:jc w:val="center"/>
              <w:rPr>
                <w:rFonts w:asciiTheme="majorHAnsi" w:hAnsiTheme="majorHAnsi" w:cstheme="majorHAnsi"/>
                <w:sz w:val="24"/>
                <w:szCs w:val="24"/>
                <w:lang w:val="lt-LT"/>
              </w:rPr>
            </w:pPr>
            <w:r w:rsidRPr="007354D6">
              <w:rPr>
                <w:rFonts w:asciiTheme="majorHAnsi" w:hAnsiTheme="majorHAnsi" w:cstheme="majorHAnsi"/>
                <w:sz w:val="24"/>
                <w:szCs w:val="24"/>
                <w:lang w:val="lt-LT"/>
              </w:rPr>
              <w:t>1.</w:t>
            </w:r>
          </w:p>
        </w:tc>
        <w:tc>
          <w:tcPr>
            <w:tcW w:w="5820" w:type="dxa"/>
            <w:tcMar>
              <w:top w:w="80" w:type="dxa"/>
              <w:left w:w="80" w:type="dxa"/>
              <w:bottom w:w="80" w:type="dxa"/>
              <w:right w:w="80" w:type="dxa"/>
            </w:tcMar>
            <w:vAlign w:val="center"/>
          </w:tcPr>
          <w:p w14:paraId="48775CCC" w14:textId="77777777" w:rsidR="00684D05" w:rsidRPr="007354D6" w:rsidRDefault="00684D05">
            <w:pPr>
              <w:rPr>
                <w:rFonts w:asciiTheme="majorHAnsi" w:hAnsiTheme="majorHAnsi" w:cstheme="majorHAnsi"/>
                <w:sz w:val="24"/>
                <w:szCs w:val="24"/>
                <w:lang w:val="lt-LT"/>
              </w:rPr>
            </w:pPr>
          </w:p>
        </w:tc>
        <w:tc>
          <w:tcPr>
            <w:tcW w:w="3535" w:type="dxa"/>
            <w:tcMar>
              <w:top w:w="80" w:type="dxa"/>
              <w:left w:w="80" w:type="dxa"/>
              <w:bottom w:w="80" w:type="dxa"/>
              <w:right w:w="80" w:type="dxa"/>
            </w:tcMar>
            <w:vAlign w:val="center"/>
          </w:tcPr>
          <w:p w14:paraId="262FCAEA" w14:textId="77777777" w:rsidR="00684D05" w:rsidRPr="007354D6" w:rsidRDefault="00684D05">
            <w:pPr>
              <w:rPr>
                <w:rFonts w:asciiTheme="majorHAnsi" w:hAnsiTheme="majorHAnsi" w:cstheme="majorHAnsi"/>
                <w:sz w:val="24"/>
                <w:szCs w:val="24"/>
                <w:lang w:val="lt-LT"/>
              </w:rPr>
            </w:pPr>
          </w:p>
        </w:tc>
      </w:tr>
      <w:tr w:rsidR="00684D05" w:rsidRPr="007354D6" w14:paraId="1EE5DB40" w14:textId="77777777" w:rsidTr="004368E8">
        <w:trPr>
          <w:jc w:val="center"/>
        </w:trPr>
        <w:tc>
          <w:tcPr>
            <w:tcW w:w="931" w:type="dxa"/>
            <w:tcMar>
              <w:top w:w="80" w:type="dxa"/>
              <w:left w:w="80" w:type="dxa"/>
              <w:bottom w:w="80" w:type="dxa"/>
              <w:right w:w="80" w:type="dxa"/>
            </w:tcMar>
            <w:vAlign w:val="center"/>
          </w:tcPr>
          <w:p w14:paraId="0D4488B2" w14:textId="77777777" w:rsidR="00684D05" w:rsidRPr="007354D6" w:rsidRDefault="006E2F2E">
            <w:pPr>
              <w:jc w:val="center"/>
              <w:rPr>
                <w:rFonts w:asciiTheme="majorHAnsi" w:hAnsiTheme="majorHAnsi" w:cstheme="majorHAnsi"/>
                <w:sz w:val="24"/>
                <w:szCs w:val="24"/>
                <w:lang w:val="lt-LT"/>
              </w:rPr>
            </w:pPr>
            <w:r w:rsidRPr="007354D6">
              <w:rPr>
                <w:rFonts w:asciiTheme="majorHAnsi" w:hAnsiTheme="majorHAnsi" w:cstheme="majorHAnsi"/>
                <w:sz w:val="24"/>
                <w:szCs w:val="24"/>
                <w:lang w:val="lt-LT"/>
              </w:rPr>
              <w:t>2.</w:t>
            </w:r>
          </w:p>
        </w:tc>
        <w:tc>
          <w:tcPr>
            <w:tcW w:w="5820" w:type="dxa"/>
            <w:tcMar>
              <w:top w:w="80" w:type="dxa"/>
              <w:left w:w="80" w:type="dxa"/>
              <w:bottom w:w="80" w:type="dxa"/>
              <w:right w:w="80" w:type="dxa"/>
            </w:tcMar>
            <w:vAlign w:val="center"/>
          </w:tcPr>
          <w:p w14:paraId="193CC811" w14:textId="77777777" w:rsidR="00684D05" w:rsidRPr="007354D6" w:rsidRDefault="00684D05">
            <w:pPr>
              <w:rPr>
                <w:rFonts w:asciiTheme="majorHAnsi" w:hAnsiTheme="majorHAnsi" w:cstheme="majorHAnsi"/>
                <w:sz w:val="24"/>
                <w:szCs w:val="24"/>
                <w:lang w:val="lt-LT"/>
              </w:rPr>
            </w:pPr>
          </w:p>
        </w:tc>
        <w:tc>
          <w:tcPr>
            <w:tcW w:w="3535" w:type="dxa"/>
            <w:tcMar>
              <w:top w:w="80" w:type="dxa"/>
              <w:left w:w="80" w:type="dxa"/>
              <w:bottom w:w="80" w:type="dxa"/>
              <w:right w:w="80" w:type="dxa"/>
            </w:tcMar>
            <w:vAlign w:val="center"/>
          </w:tcPr>
          <w:p w14:paraId="4BD3FEE1" w14:textId="77777777" w:rsidR="00684D05" w:rsidRPr="007354D6" w:rsidRDefault="00684D05">
            <w:pPr>
              <w:rPr>
                <w:rFonts w:asciiTheme="majorHAnsi" w:hAnsiTheme="majorHAnsi" w:cstheme="majorHAnsi"/>
                <w:sz w:val="24"/>
                <w:szCs w:val="24"/>
                <w:lang w:val="lt-LT"/>
              </w:rPr>
            </w:pPr>
          </w:p>
        </w:tc>
      </w:tr>
    </w:tbl>
    <w:p w14:paraId="7318F419" w14:textId="77777777" w:rsidR="00684D05" w:rsidRPr="00D15475" w:rsidRDefault="006E2F2E" w:rsidP="00C243EE">
      <w:pPr>
        <w:pStyle w:val="Antrat1"/>
        <w:spacing w:before="160" w:after="60"/>
        <w:jc w:val="center"/>
        <w:rPr>
          <w:rFonts w:cstheme="majorHAnsi"/>
          <w:sz w:val="24"/>
          <w:szCs w:val="24"/>
          <w:lang w:val="lt-LT"/>
        </w:rPr>
      </w:pPr>
      <w:r w:rsidRPr="00D15475">
        <w:rPr>
          <w:rFonts w:cstheme="majorHAnsi"/>
          <w:sz w:val="24"/>
          <w:szCs w:val="24"/>
          <w:lang w:val="lt-LT"/>
        </w:rPr>
        <w:t>4. PASIŪLYMO KAINA</w:t>
      </w:r>
    </w:p>
    <w:p w14:paraId="1F5958B9" w14:textId="77777777" w:rsidR="00684D05" w:rsidRPr="00D15475" w:rsidRDefault="006E2F2E">
      <w:pPr>
        <w:spacing w:after="60"/>
        <w:rPr>
          <w:rFonts w:asciiTheme="majorHAnsi" w:hAnsiTheme="majorHAnsi" w:cstheme="majorHAnsi"/>
          <w:sz w:val="24"/>
          <w:szCs w:val="24"/>
          <w:lang w:val="lt-LT"/>
        </w:rPr>
      </w:pPr>
      <w:r w:rsidRPr="00D15475">
        <w:rPr>
          <w:rFonts w:asciiTheme="majorHAnsi" w:hAnsiTheme="majorHAnsi" w:cstheme="majorHAnsi"/>
          <w:sz w:val="24"/>
          <w:szCs w:val="24"/>
          <w:lang w:val="lt-LT"/>
        </w:rPr>
        <w:t>4.1. Pasiūlymo kaina nurodoma eurais už visą pirkimo objektą: 350 licencijų 36 mėnesiams ir visas techninėje specifikacijoje nustatytas palaikymo bei susijusias paslaugas. Į kainą įskaičiuojami visi tiekėjo kaštai, mokesčiai ir sutartinių įsipareigojimų vykdymo išlaidos.</w:t>
      </w:r>
    </w:p>
    <w:p w14:paraId="41AD6B94" w14:textId="77777777" w:rsidR="00684D05" w:rsidRPr="00D15475" w:rsidRDefault="006E2F2E">
      <w:pPr>
        <w:spacing w:after="60"/>
        <w:rPr>
          <w:rFonts w:asciiTheme="majorHAnsi" w:hAnsiTheme="majorHAnsi" w:cstheme="majorHAnsi"/>
          <w:sz w:val="24"/>
          <w:szCs w:val="24"/>
          <w:lang w:val="lt-LT"/>
        </w:rPr>
      </w:pPr>
      <w:r w:rsidRPr="00D15475">
        <w:rPr>
          <w:rFonts w:asciiTheme="majorHAnsi" w:hAnsiTheme="majorHAnsi" w:cstheme="majorHAnsi"/>
          <w:sz w:val="24"/>
          <w:szCs w:val="24"/>
          <w:lang w:val="lt-LT"/>
        </w:rPr>
        <w:t>4.2. Numatomai sutarčiai taikomas fiksuoto įkainio kainodaros būdas. Sutarties vykdymo metu bus taikomas tiekėjo pasiūlyme nurodytas prekės vieneto įkainis.</w:t>
      </w:r>
    </w:p>
    <w:p w14:paraId="3504D359" w14:textId="77777777" w:rsidR="00C243EE" w:rsidRPr="00D15475" w:rsidRDefault="006E2F2E">
      <w:pPr>
        <w:spacing w:after="60"/>
        <w:rPr>
          <w:rFonts w:asciiTheme="majorHAnsi" w:hAnsiTheme="majorHAnsi" w:cstheme="majorHAnsi"/>
          <w:sz w:val="24"/>
          <w:szCs w:val="24"/>
          <w:lang w:val="lt-LT"/>
        </w:rPr>
      </w:pPr>
      <w:r w:rsidRPr="00D15475">
        <w:rPr>
          <w:rFonts w:asciiTheme="majorHAnsi" w:hAnsiTheme="majorHAnsi" w:cstheme="majorHAnsi"/>
          <w:sz w:val="24"/>
          <w:szCs w:val="24"/>
          <w:lang w:val="lt-LT"/>
        </w:rPr>
        <w:t>4.4. Bendra fiksuota pasiūlymo kaina naudojama pasiūlymams palyginti, pasiūlymų eilei sudaryti ir laimėtojui nustatyti; ji atitinka siūlomą sutarties kainą pagal fiksuotos kainos kainodarą.</w:t>
      </w:r>
    </w:p>
    <w:p w14:paraId="152CDB38" w14:textId="77777777" w:rsidR="007354D6" w:rsidRPr="00D15475" w:rsidRDefault="007354D6" w:rsidP="007354D6">
      <w:pPr>
        <w:spacing w:after="0"/>
        <w:rPr>
          <w:rFonts w:asciiTheme="majorHAnsi" w:hAnsiTheme="majorHAnsi" w:cstheme="majorHAnsi"/>
          <w:b/>
          <w:bCs/>
          <w:sz w:val="24"/>
          <w:szCs w:val="24"/>
          <w:lang w:val="lt-LT"/>
        </w:rPr>
      </w:pPr>
      <w:r w:rsidRPr="00D15475">
        <w:rPr>
          <w:rFonts w:asciiTheme="majorHAnsi" w:hAnsiTheme="majorHAnsi" w:cstheme="majorHAnsi"/>
          <w:b/>
          <w:bCs/>
          <w:sz w:val="24"/>
          <w:szCs w:val="24"/>
          <w:lang w:val="lt-LT"/>
        </w:rPr>
        <w:t>Mes siūlome:</w:t>
      </w:r>
    </w:p>
    <w:p w14:paraId="74E2BDAB" w14:textId="77777777" w:rsidR="00C243EE" w:rsidRPr="007354D6" w:rsidRDefault="00C243EE" w:rsidP="007354D6">
      <w:pPr>
        <w:spacing w:after="0"/>
        <w:rPr>
          <w:rFonts w:asciiTheme="majorHAnsi" w:hAnsiTheme="majorHAnsi" w:cstheme="majorHAnsi"/>
          <w:sz w:val="24"/>
          <w:szCs w:val="24"/>
          <w:lang w:val="lt-LT"/>
        </w:rPr>
      </w:pPr>
    </w:p>
    <w:tbl>
      <w:tblPr>
        <w:tblStyle w:val="Lentelstinklelis"/>
        <w:tblW w:w="10201" w:type="dxa"/>
        <w:jc w:val="center"/>
        <w:tblLayout w:type="fixed"/>
        <w:tblLook w:val="04A0" w:firstRow="1" w:lastRow="0" w:firstColumn="1" w:lastColumn="0" w:noHBand="0" w:noVBand="1"/>
      </w:tblPr>
      <w:tblGrid>
        <w:gridCol w:w="880"/>
        <w:gridCol w:w="3221"/>
        <w:gridCol w:w="1565"/>
        <w:gridCol w:w="2379"/>
        <w:gridCol w:w="30"/>
        <w:gridCol w:w="2126"/>
      </w:tblGrid>
      <w:tr w:rsidR="002D71C5" w:rsidRPr="002D71C5" w14:paraId="115C5CFB" w14:textId="77777777" w:rsidTr="002D71C5">
        <w:trPr>
          <w:tblHeader/>
          <w:jc w:val="center"/>
        </w:trPr>
        <w:tc>
          <w:tcPr>
            <w:tcW w:w="880" w:type="dxa"/>
            <w:shd w:val="clear" w:color="auto" w:fill="D9EAF7"/>
            <w:tcMar>
              <w:top w:w="80" w:type="dxa"/>
              <w:left w:w="80" w:type="dxa"/>
              <w:bottom w:w="80" w:type="dxa"/>
              <w:right w:w="80" w:type="dxa"/>
            </w:tcMar>
            <w:vAlign w:val="center"/>
          </w:tcPr>
          <w:p w14:paraId="39935084" w14:textId="77777777" w:rsidR="002D71C5" w:rsidRPr="002D71C5" w:rsidRDefault="002D71C5" w:rsidP="00D15475">
            <w:pPr>
              <w:jc w:val="center"/>
              <w:rPr>
                <w:rFonts w:asciiTheme="majorHAnsi" w:hAnsiTheme="majorHAnsi" w:cstheme="majorHAnsi"/>
                <w:b/>
                <w:bCs/>
                <w:sz w:val="22"/>
                <w:lang w:val="lt-LT"/>
              </w:rPr>
            </w:pPr>
            <w:r w:rsidRPr="002D71C5">
              <w:rPr>
                <w:rFonts w:asciiTheme="majorHAnsi" w:hAnsiTheme="majorHAnsi" w:cstheme="majorHAnsi"/>
                <w:b/>
                <w:bCs/>
                <w:sz w:val="22"/>
                <w:lang w:val="lt-LT"/>
              </w:rPr>
              <w:t>Eil. Nr.</w:t>
            </w:r>
          </w:p>
        </w:tc>
        <w:tc>
          <w:tcPr>
            <w:tcW w:w="3221" w:type="dxa"/>
            <w:shd w:val="clear" w:color="auto" w:fill="D9EAF7"/>
            <w:tcMar>
              <w:top w:w="80" w:type="dxa"/>
              <w:left w:w="80" w:type="dxa"/>
              <w:bottom w:w="80" w:type="dxa"/>
              <w:right w:w="80" w:type="dxa"/>
            </w:tcMar>
            <w:vAlign w:val="center"/>
          </w:tcPr>
          <w:p w14:paraId="6384BA7B" w14:textId="77777777" w:rsidR="002D71C5" w:rsidRPr="002D71C5" w:rsidRDefault="002D71C5" w:rsidP="00D15475">
            <w:pPr>
              <w:jc w:val="center"/>
              <w:rPr>
                <w:rFonts w:asciiTheme="majorHAnsi" w:hAnsiTheme="majorHAnsi" w:cstheme="majorHAnsi"/>
                <w:b/>
                <w:bCs/>
                <w:sz w:val="22"/>
                <w:lang w:val="lt-LT"/>
              </w:rPr>
            </w:pPr>
            <w:r w:rsidRPr="002D71C5">
              <w:rPr>
                <w:rFonts w:asciiTheme="majorHAnsi" w:hAnsiTheme="majorHAnsi" w:cstheme="majorHAnsi"/>
                <w:b/>
                <w:bCs/>
                <w:sz w:val="22"/>
                <w:lang w:val="lt-LT"/>
              </w:rPr>
              <w:t>Pirkimo objektas</w:t>
            </w:r>
          </w:p>
        </w:tc>
        <w:tc>
          <w:tcPr>
            <w:tcW w:w="1565" w:type="dxa"/>
            <w:shd w:val="clear" w:color="auto" w:fill="D9EAF7"/>
            <w:tcMar>
              <w:top w:w="80" w:type="dxa"/>
              <w:left w:w="80" w:type="dxa"/>
              <w:bottom w:w="80" w:type="dxa"/>
              <w:right w:w="80" w:type="dxa"/>
            </w:tcMar>
            <w:vAlign w:val="center"/>
          </w:tcPr>
          <w:p w14:paraId="4DCDDA4D" w14:textId="5E54BF12" w:rsidR="002D71C5" w:rsidRPr="002D71C5" w:rsidRDefault="002D71C5" w:rsidP="00D15475">
            <w:pPr>
              <w:jc w:val="center"/>
              <w:rPr>
                <w:rFonts w:asciiTheme="majorHAnsi" w:hAnsiTheme="majorHAnsi" w:cstheme="majorHAnsi"/>
                <w:b/>
                <w:bCs/>
                <w:sz w:val="22"/>
                <w:lang w:val="lt-LT"/>
              </w:rPr>
            </w:pPr>
            <w:r w:rsidRPr="002D71C5">
              <w:rPr>
                <w:rFonts w:asciiTheme="majorHAnsi" w:hAnsiTheme="majorHAnsi" w:cstheme="majorHAnsi"/>
                <w:b/>
                <w:bCs/>
                <w:sz w:val="22"/>
                <w:lang w:val="lt-LT"/>
              </w:rPr>
              <w:t xml:space="preserve">Licencijų kiekis </w:t>
            </w:r>
          </w:p>
          <w:p w14:paraId="05A3FF95" w14:textId="2AB55249" w:rsidR="002D71C5" w:rsidRPr="002D71C5" w:rsidRDefault="002D71C5" w:rsidP="00D15475">
            <w:pPr>
              <w:jc w:val="center"/>
              <w:rPr>
                <w:rFonts w:asciiTheme="majorHAnsi" w:hAnsiTheme="majorHAnsi" w:cstheme="majorHAnsi"/>
                <w:b/>
                <w:bCs/>
                <w:sz w:val="22"/>
                <w:lang w:val="lt-LT"/>
              </w:rPr>
            </w:pPr>
          </w:p>
        </w:tc>
        <w:tc>
          <w:tcPr>
            <w:tcW w:w="2409" w:type="dxa"/>
            <w:gridSpan w:val="2"/>
            <w:shd w:val="clear" w:color="auto" w:fill="D9EAF7"/>
            <w:tcMar>
              <w:top w:w="80" w:type="dxa"/>
              <w:left w:w="80" w:type="dxa"/>
              <w:bottom w:w="80" w:type="dxa"/>
              <w:right w:w="80" w:type="dxa"/>
            </w:tcMar>
            <w:vAlign w:val="center"/>
          </w:tcPr>
          <w:p w14:paraId="7F90A428" w14:textId="237D9A3C" w:rsidR="002D71C5" w:rsidRPr="002D71C5" w:rsidRDefault="002D71C5" w:rsidP="00D15475">
            <w:pPr>
              <w:jc w:val="center"/>
              <w:rPr>
                <w:rFonts w:asciiTheme="majorHAnsi" w:hAnsiTheme="majorHAnsi" w:cstheme="majorHAnsi"/>
                <w:b/>
                <w:bCs/>
                <w:sz w:val="22"/>
                <w:lang w:val="lt-LT"/>
              </w:rPr>
            </w:pPr>
            <w:r w:rsidRPr="002D71C5">
              <w:rPr>
                <w:rFonts w:asciiTheme="majorHAnsi" w:hAnsiTheme="majorHAnsi" w:cstheme="majorHAnsi"/>
                <w:b/>
                <w:bCs/>
                <w:sz w:val="22"/>
                <w:lang w:val="lt-LT"/>
              </w:rPr>
              <w:t>Vieneto kaina be PVM, Eur</w:t>
            </w:r>
          </w:p>
        </w:tc>
        <w:tc>
          <w:tcPr>
            <w:tcW w:w="2126" w:type="dxa"/>
            <w:shd w:val="clear" w:color="auto" w:fill="D9EAF7"/>
            <w:tcMar>
              <w:top w:w="80" w:type="dxa"/>
              <w:left w:w="80" w:type="dxa"/>
              <w:bottom w:w="80" w:type="dxa"/>
              <w:right w:w="80" w:type="dxa"/>
            </w:tcMar>
            <w:vAlign w:val="center"/>
          </w:tcPr>
          <w:p w14:paraId="1D6EF10C" w14:textId="77777777" w:rsidR="002D71C5" w:rsidRPr="002D71C5" w:rsidRDefault="002D71C5" w:rsidP="00D15475">
            <w:pPr>
              <w:jc w:val="center"/>
              <w:rPr>
                <w:rFonts w:asciiTheme="majorHAnsi" w:hAnsiTheme="majorHAnsi" w:cstheme="majorHAnsi"/>
                <w:b/>
                <w:bCs/>
                <w:sz w:val="22"/>
                <w:lang w:val="lt-LT"/>
              </w:rPr>
            </w:pPr>
            <w:r w:rsidRPr="002D71C5">
              <w:rPr>
                <w:rFonts w:asciiTheme="majorHAnsi" w:hAnsiTheme="majorHAnsi" w:cstheme="majorHAnsi"/>
                <w:b/>
                <w:bCs/>
                <w:sz w:val="22"/>
                <w:lang w:val="lt-LT"/>
              </w:rPr>
              <w:t>Bendra kaina be PVM, Eur</w:t>
            </w:r>
          </w:p>
          <w:p w14:paraId="6AF6991A" w14:textId="7A3C5FA4" w:rsidR="002D71C5" w:rsidRPr="002D71C5" w:rsidRDefault="002D71C5" w:rsidP="00D15475">
            <w:pPr>
              <w:jc w:val="center"/>
              <w:rPr>
                <w:rFonts w:asciiTheme="majorHAnsi" w:hAnsiTheme="majorHAnsi" w:cstheme="majorHAnsi"/>
                <w:b/>
                <w:bCs/>
                <w:sz w:val="22"/>
                <w:lang w:val="lt-LT"/>
              </w:rPr>
            </w:pPr>
            <w:r w:rsidRPr="002D71C5">
              <w:rPr>
                <w:rFonts w:asciiTheme="majorHAnsi" w:hAnsiTheme="majorHAnsi" w:cstheme="majorHAnsi"/>
                <w:b/>
                <w:bCs/>
                <w:sz w:val="22"/>
                <w:lang w:val="lt-LT"/>
              </w:rPr>
              <w:t>(3x4)</w:t>
            </w:r>
          </w:p>
        </w:tc>
      </w:tr>
      <w:tr w:rsidR="002D71C5" w:rsidRPr="002D71C5" w14:paraId="48BABA4D" w14:textId="77777777" w:rsidTr="002D71C5">
        <w:trPr>
          <w:tblHeader/>
          <w:jc w:val="center"/>
        </w:trPr>
        <w:tc>
          <w:tcPr>
            <w:tcW w:w="880" w:type="dxa"/>
            <w:shd w:val="clear" w:color="auto" w:fill="D9EAF7"/>
            <w:tcMar>
              <w:top w:w="80" w:type="dxa"/>
              <w:left w:w="80" w:type="dxa"/>
              <w:bottom w:w="80" w:type="dxa"/>
              <w:right w:w="80" w:type="dxa"/>
            </w:tcMar>
            <w:vAlign w:val="center"/>
          </w:tcPr>
          <w:p w14:paraId="3D06A582" w14:textId="66D586C3" w:rsidR="002D71C5" w:rsidRPr="002D71C5" w:rsidRDefault="002D71C5" w:rsidP="00D15475">
            <w:pPr>
              <w:jc w:val="center"/>
              <w:rPr>
                <w:rFonts w:asciiTheme="majorHAnsi" w:hAnsiTheme="majorHAnsi" w:cstheme="majorHAnsi"/>
                <w:b/>
                <w:bCs/>
                <w:sz w:val="22"/>
                <w:lang w:val="lt-LT"/>
              </w:rPr>
            </w:pPr>
            <w:r w:rsidRPr="002D71C5">
              <w:rPr>
                <w:rFonts w:asciiTheme="majorHAnsi" w:hAnsiTheme="majorHAnsi" w:cstheme="majorHAnsi"/>
                <w:b/>
                <w:bCs/>
                <w:sz w:val="22"/>
                <w:lang w:val="lt-LT"/>
              </w:rPr>
              <w:t>1</w:t>
            </w:r>
          </w:p>
        </w:tc>
        <w:tc>
          <w:tcPr>
            <w:tcW w:w="3221" w:type="dxa"/>
            <w:shd w:val="clear" w:color="auto" w:fill="D9EAF7"/>
            <w:tcMar>
              <w:top w:w="80" w:type="dxa"/>
              <w:left w:w="80" w:type="dxa"/>
              <w:bottom w:w="80" w:type="dxa"/>
              <w:right w:w="80" w:type="dxa"/>
            </w:tcMar>
            <w:vAlign w:val="center"/>
          </w:tcPr>
          <w:p w14:paraId="430836C8" w14:textId="59FD55E8" w:rsidR="002D71C5" w:rsidRPr="002D71C5" w:rsidRDefault="002D71C5" w:rsidP="00D15475">
            <w:pPr>
              <w:jc w:val="center"/>
              <w:rPr>
                <w:rFonts w:asciiTheme="majorHAnsi" w:hAnsiTheme="majorHAnsi" w:cstheme="majorHAnsi"/>
                <w:b/>
                <w:bCs/>
                <w:sz w:val="22"/>
                <w:lang w:val="lt-LT"/>
              </w:rPr>
            </w:pPr>
            <w:r w:rsidRPr="002D71C5">
              <w:rPr>
                <w:rFonts w:asciiTheme="majorHAnsi" w:hAnsiTheme="majorHAnsi" w:cstheme="majorHAnsi"/>
                <w:b/>
                <w:bCs/>
                <w:sz w:val="22"/>
                <w:lang w:val="lt-LT"/>
              </w:rPr>
              <w:t>2</w:t>
            </w:r>
          </w:p>
        </w:tc>
        <w:tc>
          <w:tcPr>
            <w:tcW w:w="1565" w:type="dxa"/>
            <w:shd w:val="clear" w:color="auto" w:fill="D9EAF7"/>
            <w:tcMar>
              <w:top w:w="80" w:type="dxa"/>
              <w:left w:w="80" w:type="dxa"/>
              <w:bottom w:w="80" w:type="dxa"/>
              <w:right w:w="80" w:type="dxa"/>
            </w:tcMar>
            <w:vAlign w:val="center"/>
          </w:tcPr>
          <w:p w14:paraId="2D2A663B" w14:textId="60C3FE3D" w:rsidR="002D71C5" w:rsidRPr="002D71C5" w:rsidRDefault="002D71C5" w:rsidP="00D15475">
            <w:pPr>
              <w:jc w:val="center"/>
              <w:rPr>
                <w:rFonts w:asciiTheme="majorHAnsi" w:hAnsiTheme="majorHAnsi" w:cstheme="majorHAnsi"/>
                <w:b/>
                <w:bCs/>
                <w:sz w:val="22"/>
                <w:lang w:val="lt-LT"/>
              </w:rPr>
            </w:pPr>
            <w:r w:rsidRPr="002D71C5">
              <w:rPr>
                <w:rFonts w:asciiTheme="majorHAnsi" w:hAnsiTheme="majorHAnsi" w:cstheme="majorHAnsi"/>
                <w:b/>
                <w:bCs/>
                <w:sz w:val="22"/>
                <w:lang w:val="lt-LT"/>
              </w:rPr>
              <w:t>3</w:t>
            </w:r>
          </w:p>
        </w:tc>
        <w:tc>
          <w:tcPr>
            <w:tcW w:w="2409" w:type="dxa"/>
            <w:gridSpan w:val="2"/>
            <w:shd w:val="clear" w:color="auto" w:fill="D9EAF7"/>
            <w:tcMar>
              <w:top w:w="80" w:type="dxa"/>
              <w:left w:w="80" w:type="dxa"/>
              <w:bottom w:w="80" w:type="dxa"/>
              <w:right w:w="80" w:type="dxa"/>
            </w:tcMar>
            <w:vAlign w:val="center"/>
          </w:tcPr>
          <w:p w14:paraId="4EA0BB87" w14:textId="2F5B687B" w:rsidR="002D71C5" w:rsidRPr="002D71C5" w:rsidRDefault="002D71C5" w:rsidP="00D15475">
            <w:pPr>
              <w:jc w:val="center"/>
              <w:rPr>
                <w:rFonts w:asciiTheme="majorHAnsi" w:hAnsiTheme="majorHAnsi" w:cstheme="majorHAnsi"/>
                <w:b/>
                <w:bCs/>
                <w:sz w:val="22"/>
                <w:lang w:val="lt-LT"/>
              </w:rPr>
            </w:pPr>
            <w:r w:rsidRPr="002D71C5">
              <w:rPr>
                <w:rFonts w:asciiTheme="majorHAnsi" w:hAnsiTheme="majorHAnsi" w:cstheme="majorHAnsi"/>
                <w:b/>
                <w:bCs/>
                <w:sz w:val="22"/>
                <w:lang w:val="lt-LT"/>
              </w:rPr>
              <w:t>4</w:t>
            </w:r>
          </w:p>
        </w:tc>
        <w:tc>
          <w:tcPr>
            <w:tcW w:w="2126" w:type="dxa"/>
            <w:shd w:val="clear" w:color="auto" w:fill="D9EAF7"/>
            <w:tcMar>
              <w:top w:w="80" w:type="dxa"/>
              <w:left w:w="80" w:type="dxa"/>
              <w:bottom w:w="80" w:type="dxa"/>
              <w:right w:w="80" w:type="dxa"/>
            </w:tcMar>
            <w:vAlign w:val="center"/>
          </w:tcPr>
          <w:p w14:paraId="0746F892" w14:textId="7904270F" w:rsidR="002D71C5" w:rsidRPr="002D71C5" w:rsidRDefault="002D71C5" w:rsidP="00D15475">
            <w:pPr>
              <w:jc w:val="center"/>
              <w:rPr>
                <w:rFonts w:asciiTheme="majorHAnsi" w:hAnsiTheme="majorHAnsi" w:cstheme="majorHAnsi"/>
                <w:b/>
                <w:bCs/>
                <w:sz w:val="22"/>
                <w:lang w:val="lt-LT"/>
              </w:rPr>
            </w:pPr>
            <w:r w:rsidRPr="002D71C5">
              <w:rPr>
                <w:rFonts w:asciiTheme="majorHAnsi" w:hAnsiTheme="majorHAnsi" w:cstheme="majorHAnsi"/>
                <w:b/>
                <w:bCs/>
                <w:sz w:val="22"/>
                <w:lang w:val="lt-LT"/>
              </w:rPr>
              <w:t>5</w:t>
            </w:r>
          </w:p>
        </w:tc>
      </w:tr>
      <w:tr w:rsidR="002D71C5" w:rsidRPr="002D71C5" w14:paraId="18379981" w14:textId="77777777" w:rsidTr="002D71C5">
        <w:trPr>
          <w:tblHeader/>
          <w:jc w:val="center"/>
        </w:trPr>
        <w:tc>
          <w:tcPr>
            <w:tcW w:w="880" w:type="dxa"/>
            <w:tcMar>
              <w:top w:w="80" w:type="dxa"/>
              <w:left w:w="80" w:type="dxa"/>
              <w:bottom w:w="80" w:type="dxa"/>
              <w:right w:w="80" w:type="dxa"/>
            </w:tcMar>
            <w:vAlign w:val="center"/>
          </w:tcPr>
          <w:p w14:paraId="1F67B744" w14:textId="77777777" w:rsidR="002D71C5" w:rsidRPr="002D71C5" w:rsidRDefault="002D71C5">
            <w:pPr>
              <w:rPr>
                <w:rFonts w:asciiTheme="majorHAnsi" w:hAnsiTheme="majorHAnsi" w:cstheme="majorHAnsi"/>
                <w:sz w:val="22"/>
                <w:lang w:val="lt-LT"/>
              </w:rPr>
            </w:pPr>
            <w:r w:rsidRPr="002D71C5">
              <w:rPr>
                <w:rFonts w:asciiTheme="majorHAnsi" w:hAnsiTheme="majorHAnsi" w:cstheme="majorHAnsi"/>
                <w:sz w:val="22"/>
                <w:lang w:val="lt-LT"/>
              </w:rPr>
              <w:t>1</w:t>
            </w:r>
          </w:p>
        </w:tc>
        <w:tc>
          <w:tcPr>
            <w:tcW w:w="3221" w:type="dxa"/>
            <w:tcMar>
              <w:top w:w="80" w:type="dxa"/>
              <w:left w:w="80" w:type="dxa"/>
              <w:bottom w:w="80" w:type="dxa"/>
              <w:right w:w="80" w:type="dxa"/>
            </w:tcMar>
            <w:vAlign w:val="center"/>
          </w:tcPr>
          <w:p w14:paraId="68EE7A60" w14:textId="77777777" w:rsidR="002D71C5" w:rsidRPr="002D71C5" w:rsidRDefault="002D71C5" w:rsidP="002D71C5">
            <w:pPr>
              <w:jc w:val="center"/>
              <w:rPr>
                <w:rFonts w:asciiTheme="majorHAnsi" w:hAnsiTheme="majorHAnsi" w:cstheme="majorHAnsi"/>
                <w:sz w:val="22"/>
                <w:lang w:val="lt-LT"/>
              </w:rPr>
            </w:pPr>
            <w:r w:rsidRPr="002D71C5">
              <w:rPr>
                <w:rFonts w:asciiTheme="majorHAnsi" w:hAnsiTheme="majorHAnsi" w:cstheme="majorHAnsi"/>
                <w:sz w:val="22"/>
                <w:lang w:val="lt-LT"/>
              </w:rPr>
              <w:t xml:space="preserve">ESET PROTECT </w:t>
            </w:r>
            <w:proofErr w:type="spellStart"/>
            <w:r w:rsidRPr="002D71C5">
              <w:rPr>
                <w:rFonts w:asciiTheme="majorHAnsi" w:hAnsiTheme="majorHAnsi" w:cstheme="majorHAnsi"/>
                <w:sz w:val="22"/>
                <w:lang w:val="lt-LT"/>
              </w:rPr>
              <w:t>Enterprise</w:t>
            </w:r>
            <w:proofErr w:type="spellEnd"/>
            <w:r w:rsidRPr="002D71C5">
              <w:rPr>
                <w:rFonts w:asciiTheme="majorHAnsi" w:hAnsiTheme="majorHAnsi" w:cstheme="majorHAnsi"/>
                <w:sz w:val="22"/>
                <w:lang w:val="lt-LT"/>
              </w:rPr>
              <w:t xml:space="preserve"> arba lygiavertės programinės įrangos licencijų nuoma su techninėje specifikacijoje nurodytu palaikymu ir susijusiomis paslaugomis</w:t>
            </w:r>
          </w:p>
        </w:tc>
        <w:tc>
          <w:tcPr>
            <w:tcW w:w="1565" w:type="dxa"/>
            <w:tcMar>
              <w:top w:w="80" w:type="dxa"/>
              <w:left w:w="80" w:type="dxa"/>
              <w:bottom w:w="80" w:type="dxa"/>
              <w:right w:w="80" w:type="dxa"/>
            </w:tcMar>
            <w:vAlign w:val="center"/>
          </w:tcPr>
          <w:p w14:paraId="7C6C644C" w14:textId="09B6A869" w:rsidR="002D71C5" w:rsidRPr="002D71C5" w:rsidRDefault="002D71C5" w:rsidP="002D71C5">
            <w:pPr>
              <w:jc w:val="center"/>
              <w:rPr>
                <w:rFonts w:asciiTheme="majorHAnsi" w:hAnsiTheme="majorHAnsi" w:cstheme="majorHAnsi"/>
                <w:sz w:val="22"/>
                <w:lang w:val="lt-LT"/>
              </w:rPr>
            </w:pPr>
            <w:r w:rsidRPr="002D71C5">
              <w:rPr>
                <w:rFonts w:asciiTheme="majorHAnsi" w:hAnsiTheme="majorHAnsi" w:cstheme="majorHAnsi"/>
                <w:sz w:val="22"/>
                <w:lang w:val="lt-LT"/>
              </w:rPr>
              <w:t>350 vnt.</w:t>
            </w:r>
          </w:p>
        </w:tc>
        <w:tc>
          <w:tcPr>
            <w:tcW w:w="2409" w:type="dxa"/>
            <w:gridSpan w:val="2"/>
            <w:tcMar>
              <w:top w:w="80" w:type="dxa"/>
              <w:left w:w="80" w:type="dxa"/>
              <w:bottom w:w="80" w:type="dxa"/>
              <w:right w:w="80" w:type="dxa"/>
            </w:tcMar>
            <w:vAlign w:val="center"/>
          </w:tcPr>
          <w:p w14:paraId="6550C11A" w14:textId="77777777" w:rsidR="002D71C5" w:rsidRPr="002D71C5" w:rsidRDefault="002D71C5" w:rsidP="002D71C5">
            <w:pPr>
              <w:jc w:val="center"/>
              <w:rPr>
                <w:rFonts w:asciiTheme="majorHAnsi" w:hAnsiTheme="majorHAnsi" w:cstheme="majorHAnsi"/>
                <w:sz w:val="22"/>
                <w:lang w:val="lt-LT"/>
              </w:rPr>
            </w:pPr>
          </w:p>
        </w:tc>
        <w:tc>
          <w:tcPr>
            <w:tcW w:w="2126" w:type="dxa"/>
            <w:tcMar>
              <w:top w:w="80" w:type="dxa"/>
              <w:left w:w="80" w:type="dxa"/>
              <w:bottom w:w="80" w:type="dxa"/>
              <w:right w:w="80" w:type="dxa"/>
            </w:tcMar>
            <w:vAlign w:val="center"/>
          </w:tcPr>
          <w:p w14:paraId="660CE845" w14:textId="77777777" w:rsidR="002D71C5" w:rsidRPr="002D71C5" w:rsidRDefault="002D71C5">
            <w:pPr>
              <w:rPr>
                <w:rFonts w:asciiTheme="majorHAnsi" w:hAnsiTheme="majorHAnsi" w:cstheme="majorHAnsi"/>
                <w:sz w:val="22"/>
                <w:lang w:val="lt-LT"/>
              </w:rPr>
            </w:pPr>
          </w:p>
        </w:tc>
      </w:tr>
      <w:tr w:rsidR="00D15475" w:rsidRPr="002D71C5" w14:paraId="1FBBD631" w14:textId="77777777" w:rsidTr="002D71C5">
        <w:trPr>
          <w:jc w:val="center"/>
        </w:trPr>
        <w:tc>
          <w:tcPr>
            <w:tcW w:w="880" w:type="dxa"/>
            <w:tcMar>
              <w:top w:w="80" w:type="dxa"/>
              <w:left w:w="80" w:type="dxa"/>
              <w:bottom w:w="80" w:type="dxa"/>
              <w:right w:w="80" w:type="dxa"/>
            </w:tcMar>
            <w:vAlign w:val="center"/>
          </w:tcPr>
          <w:p w14:paraId="280895B3" w14:textId="77777777" w:rsidR="00D15475" w:rsidRPr="002D71C5" w:rsidRDefault="00D15475">
            <w:pPr>
              <w:rPr>
                <w:rFonts w:asciiTheme="majorHAnsi" w:hAnsiTheme="majorHAnsi" w:cstheme="majorHAnsi"/>
                <w:sz w:val="22"/>
                <w:lang w:val="lt-LT"/>
              </w:rPr>
            </w:pPr>
          </w:p>
        </w:tc>
        <w:tc>
          <w:tcPr>
            <w:tcW w:w="7165" w:type="dxa"/>
            <w:gridSpan w:val="3"/>
            <w:tcMar>
              <w:top w:w="80" w:type="dxa"/>
              <w:left w:w="80" w:type="dxa"/>
              <w:bottom w:w="80" w:type="dxa"/>
              <w:right w:w="80" w:type="dxa"/>
            </w:tcMar>
            <w:vAlign w:val="center"/>
          </w:tcPr>
          <w:p w14:paraId="20F7D3F6" w14:textId="14499112" w:rsidR="00D15475" w:rsidRPr="002D71C5" w:rsidRDefault="002D71C5" w:rsidP="00D15475">
            <w:pPr>
              <w:jc w:val="right"/>
              <w:rPr>
                <w:rFonts w:asciiTheme="majorHAnsi" w:hAnsiTheme="majorHAnsi" w:cstheme="majorHAnsi"/>
                <w:b/>
                <w:bCs/>
                <w:sz w:val="22"/>
                <w:lang w:val="lt-LT"/>
              </w:rPr>
            </w:pPr>
            <w:r w:rsidRPr="002D71C5">
              <w:rPr>
                <w:rFonts w:asciiTheme="majorHAnsi" w:hAnsiTheme="majorHAnsi" w:cstheme="majorHAnsi"/>
                <w:b/>
                <w:bCs/>
                <w:sz w:val="22"/>
                <w:lang w:val="lt-LT"/>
              </w:rPr>
              <w:t>PVM</w:t>
            </w:r>
          </w:p>
        </w:tc>
        <w:tc>
          <w:tcPr>
            <w:tcW w:w="2156" w:type="dxa"/>
            <w:gridSpan w:val="2"/>
            <w:tcMar>
              <w:top w:w="80" w:type="dxa"/>
              <w:left w:w="80" w:type="dxa"/>
              <w:bottom w:w="80" w:type="dxa"/>
              <w:right w:w="80" w:type="dxa"/>
            </w:tcMar>
            <w:vAlign w:val="center"/>
          </w:tcPr>
          <w:p w14:paraId="5E8B43FB" w14:textId="77777777" w:rsidR="00D15475" w:rsidRPr="002D71C5" w:rsidRDefault="00D15475">
            <w:pPr>
              <w:rPr>
                <w:rFonts w:asciiTheme="majorHAnsi" w:hAnsiTheme="majorHAnsi" w:cstheme="majorHAnsi"/>
                <w:sz w:val="22"/>
                <w:lang w:val="lt-LT"/>
              </w:rPr>
            </w:pPr>
          </w:p>
        </w:tc>
      </w:tr>
      <w:tr w:rsidR="002D71C5" w:rsidRPr="002D71C5" w14:paraId="2EFCF135" w14:textId="77777777" w:rsidTr="002D71C5">
        <w:trPr>
          <w:jc w:val="center"/>
        </w:trPr>
        <w:tc>
          <w:tcPr>
            <w:tcW w:w="880" w:type="dxa"/>
            <w:tcMar>
              <w:top w:w="80" w:type="dxa"/>
              <w:left w:w="80" w:type="dxa"/>
              <w:bottom w:w="80" w:type="dxa"/>
              <w:right w:w="80" w:type="dxa"/>
            </w:tcMar>
            <w:vAlign w:val="center"/>
          </w:tcPr>
          <w:p w14:paraId="7729C5ED" w14:textId="77777777" w:rsidR="002D71C5" w:rsidRPr="002D71C5" w:rsidRDefault="002D71C5">
            <w:pPr>
              <w:rPr>
                <w:rFonts w:asciiTheme="majorHAnsi" w:hAnsiTheme="majorHAnsi" w:cstheme="majorHAnsi"/>
                <w:sz w:val="22"/>
                <w:lang w:val="lt-LT"/>
              </w:rPr>
            </w:pPr>
          </w:p>
        </w:tc>
        <w:tc>
          <w:tcPr>
            <w:tcW w:w="7165" w:type="dxa"/>
            <w:gridSpan w:val="3"/>
            <w:tcMar>
              <w:top w:w="80" w:type="dxa"/>
              <w:left w:w="80" w:type="dxa"/>
              <w:bottom w:w="80" w:type="dxa"/>
              <w:right w:w="80" w:type="dxa"/>
            </w:tcMar>
            <w:vAlign w:val="center"/>
          </w:tcPr>
          <w:p w14:paraId="189B1EE5" w14:textId="655F4E3E" w:rsidR="002D71C5" w:rsidRPr="002D71C5" w:rsidRDefault="002D71C5" w:rsidP="00D15475">
            <w:pPr>
              <w:jc w:val="right"/>
              <w:rPr>
                <w:rFonts w:asciiTheme="majorHAnsi" w:hAnsiTheme="majorHAnsi" w:cstheme="majorHAnsi"/>
                <w:b/>
                <w:bCs/>
                <w:sz w:val="22"/>
                <w:lang w:val="lt-LT"/>
              </w:rPr>
            </w:pPr>
            <w:r w:rsidRPr="002D71C5">
              <w:rPr>
                <w:rFonts w:asciiTheme="majorHAnsi" w:hAnsiTheme="majorHAnsi" w:cstheme="majorHAnsi"/>
                <w:b/>
                <w:bCs/>
                <w:sz w:val="22"/>
                <w:lang w:val="lt-LT"/>
              </w:rPr>
              <w:t>I</w:t>
            </w:r>
            <w:r>
              <w:rPr>
                <w:rFonts w:asciiTheme="majorHAnsi" w:hAnsiTheme="majorHAnsi" w:cstheme="majorHAnsi"/>
                <w:b/>
                <w:bCs/>
                <w:sz w:val="22"/>
                <w:lang w:val="lt-LT"/>
              </w:rPr>
              <w:t>š</w:t>
            </w:r>
            <w:r w:rsidRPr="002D71C5">
              <w:rPr>
                <w:rFonts w:asciiTheme="majorHAnsi" w:hAnsiTheme="majorHAnsi" w:cstheme="majorHAnsi"/>
                <w:b/>
                <w:bCs/>
                <w:sz w:val="22"/>
                <w:lang w:val="lt-LT"/>
              </w:rPr>
              <w:t xml:space="preserve"> </w:t>
            </w:r>
            <w:r>
              <w:rPr>
                <w:rFonts w:asciiTheme="majorHAnsi" w:hAnsiTheme="majorHAnsi" w:cstheme="majorHAnsi"/>
                <w:b/>
                <w:bCs/>
                <w:sz w:val="22"/>
                <w:lang w:val="lt-LT"/>
              </w:rPr>
              <w:t>v</w:t>
            </w:r>
            <w:r w:rsidRPr="002D71C5">
              <w:rPr>
                <w:rFonts w:asciiTheme="majorHAnsi" w:hAnsiTheme="majorHAnsi" w:cstheme="majorHAnsi"/>
                <w:b/>
                <w:bCs/>
                <w:sz w:val="22"/>
                <w:lang w:val="lt-LT"/>
              </w:rPr>
              <w:t>iso su PVM</w:t>
            </w:r>
          </w:p>
        </w:tc>
        <w:tc>
          <w:tcPr>
            <w:tcW w:w="2156" w:type="dxa"/>
            <w:gridSpan w:val="2"/>
            <w:tcMar>
              <w:top w:w="80" w:type="dxa"/>
              <w:left w:w="80" w:type="dxa"/>
              <w:bottom w:w="80" w:type="dxa"/>
              <w:right w:w="80" w:type="dxa"/>
            </w:tcMar>
            <w:vAlign w:val="center"/>
          </w:tcPr>
          <w:p w14:paraId="11FCEC2B" w14:textId="77777777" w:rsidR="002D71C5" w:rsidRPr="002D71C5" w:rsidRDefault="002D71C5">
            <w:pPr>
              <w:rPr>
                <w:rFonts w:asciiTheme="majorHAnsi" w:hAnsiTheme="majorHAnsi" w:cstheme="majorHAnsi"/>
                <w:sz w:val="22"/>
                <w:lang w:val="lt-LT"/>
              </w:rPr>
            </w:pPr>
          </w:p>
        </w:tc>
      </w:tr>
    </w:tbl>
    <w:p w14:paraId="73A762F7" w14:textId="77777777" w:rsidR="00684D05" w:rsidRPr="007354D6" w:rsidRDefault="006E2F2E">
      <w:pPr>
        <w:spacing w:before="60" w:after="40"/>
        <w:rPr>
          <w:rFonts w:asciiTheme="majorHAnsi" w:hAnsiTheme="majorHAnsi" w:cstheme="majorHAnsi"/>
          <w:szCs w:val="20"/>
          <w:lang w:val="lt-LT"/>
        </w:rPr>
      </w:pPr>
      <w:r>
        <w:t xml:space="preserve">* 350 </w:t>
      </w:r>
      <w:proofErr w:type="spellStart"/>
      <w:r>
        <w:t>licencijų</w:t>
      </w:r>
      <w:proofErr w:type="spellEnd"/>
      <w:r>
        <w:t xml:space="preserve"> </w:t>
      </w:r>
      <w:proofErr w:type="spellStart"/>
      <w:r>
        <w:t>kiekis</w:t>
      </w:r>
      <w:proofErr w:type="spellEnd"/>
      <w:r>
        <w:t xml:space="preserve"> </w:t>
      </w:r>
      <w:proofErr w:type="spellStart"/>
      <w:r>
        <w:t>ir</w:t>
      </w:r>
      <w:proofErr w:type="spellEnd"/>
      <w:r>
        <w:t xml:space="preserve"> 36 </w:t>
      </w:r>
      <w:proofErr w:type="spellStart"/>
      <w:r>
        <w:t>mėnesių</w:t>
      </w:r>
      <w:proofErr w:type="spellEnd"/>
      <w:r>
        <w:t xml:space="preserve"> </w:t>
      </w:r>
      <w:proofErr w:type="spellStart"/>
      <w:r>
        <w:t>laikotarpis</w:t>
      </w:r>
      <w:proofErr w:type="spellEnd"/>
      <w:r>
        <w:t xml:space="preserve"> </w:t>
      </w:r>
      <w:proofErr w:type="spellStart"/>
      <w:r>
        <w:t>yra</w:t>
      </w:r>
      <w:proofErr w:type="spellEnd"/>
      <w:r>
        <w:t xml:space="preserve"> </w:t>
      </w:r>
      <w:proofErr w:type="spellStart"/>
      <w:r>
        <w:t>pirkimo</w:t>
      </w:r>
      <w:proofErr w:type="spellEnd"/>
      <w:r>
        <w:t xml:space="preserve"> </w:t>
      </w:r>
      <w:proofErr w:type="spellStart"/>
      <w:r>
        <w:t>apimtis</w:t>
      </w:r>
      <w:proofErr w:type="spellEnd"/>
      <w:r>
        <w:t xml:space="preserve">, o ne </w:t>
      </w:r>
      <w:proofErr w:type="spellStart"/>
      <w:r>
        <w:t>preliminarus</w:t>
      </w:r>
      <w:proofErr w:type="spellEnd"/>
      <w:r>
        <w:t xml:space="preserve"> </w:t>
      </w:r>
      <w:proofErr w:type="spellStart"/>
      <w:r>
        <w:t>pagal</w:t>
      </w:r>
      <w:proofErr w:type="spellEnd"/>
      <w:r>
        <w:t xml:space="preserve"> </w:t>
      </w:r>
      <w:proofErr w:type="spellStart"/>
      <w:r>
        <w:t>poreikį</w:t>
      </w:r>
      <w:proofErr w:type="spellEnd"/>
      <w:r>
        <w:t xml:space="preserve"> </w:t>
      </w:r>
      <w:proofErr w:type="spellStart"/>
      <w:r>
        <w:t>užsakomas</w:t>
      </w:r>
      <w:proofErr w:type="spellEnd"/>
      <w:r>
        <w:t xml:space="preserve"> </w:t>
      </w:r>
      <w:proofErr w:type="spellStart"/>
      <w:r>
        <w:t>kiekis</w:t>
      </w:r>
      <w:proofErr w:type="spellEnd"/>
      <w:r>
        <w:t>.</w:t>
      </w:r>
    </w:p>
    <w:p w14:paraId="778C8BCC" w14:textId="77777777" w:rsidR="00684D05" w:rsidRPr="007354D6" w:rsidRDefault="006E2F2E">
      <w:pPr>
        <w:spacing w:before="60" w:after="40"/>
        <w:rPr>
          <w:rFonts w:asciiTheme="majorHAnsi" w:hAnsiTheme="majorHAnsi" w:cstheme="majorHAnsi"/>
          <w:szCs w:val="20"/>
          <w:lang w:val="lt-LT"/>
        </w:rPr>
      </w:pPr>
      <w:r w:rsidRPr="00D15475">
        <w:rPr>
          <w:lang w:val="lt-LT"/>
        </w:rPr>
        <w:t>** Pasiūlymo kaina apima visą techninėje specifikacijoje nurodytą licencijų nuomą, palaikymą ir susijusias paslaugas. Sutarties projektas nekeičiamas.</w:t>
      </w:r>
    </w:p>
    <w:p w14:paraId="65DC0ADE" w14:textId="77777777" w:rsidR="00C243EE" w:rsidRPr="007354D6" w:rsidRDefault="00C243EE">
      <w:pPr>
        <w:spacing w:before="60" w:after="40"/>
        <w:rPr>
          <w:rFonts w:asciiTheme="majorHAnsi" w:hAnsiTheme="majorHAnsi" w:cstheme="majorHAnsi"/>
          <w:szCs w:val="20"/>
          <w:lang w:val="lt-LT"/>
        </w:rPr>
      </w:pPr>
      <w:r w:rsidRPr="00D15475">
        <w:rPr>
          <w:lang w:val="lt-LT"/>
        </w:rPr>
        <w:t>Bendra pasiūlymo kaina su PVM žodžiais: __________________________________</w:t>
      </w:r>
    </w:p>
    <w:p w14:paraId="4599C6EE" w14:textId="77777777" w:rsidR="00C243EE" w:rsidRPr="007354D6" w:rsidRDefault="00C243EE">
      <w:pPr>
        <w:spacing w:before="60" w:after="40"/>
        <w:rPr>
          <w:rFonts w:asciiTheme="majorHAnsi" w:hAnsiTheme="majorHAnsi" w:cstheme="majorHAnsi"/>
          <w:szCs w:val="20"/>
          <w:lang w:val="lt-LT"/>
        </w:rPr>
      </w:pPr>
    </w:p>
    <w:p w14:paraId="377181F6" w14:textId="77777777" w:rsidR="00C243EE" w:rsidRPr="007354D6" w:rsidRDefault="006E2F2E">
      <w:pPr>
        <w:spacing w:before="60" w:after="40"/>
        <w:rPr>
          <w:rFonts w:asciiTheme="majorHAnsi" w:hAnsiTheme="majorHAnsi" w:cstheme="majorHAnsi"/>
          <w:sz w:val="24"/>
          <w:szCs w:val="24"/>
          <w:lang w:val="lt-LT"/>
        </w:rPr>
      </w:pPr>
      <w:r w:rsidRPr="007354D6">
        <w:rPr>
          <w:rFonts w:asciiTheme="majorHAnsi" w:hAnsiTheme="majorHAnsi" w:cstheme="majorHAnsi"/>
          <w:sz w:val="24"/>
          <w:szCs w:val="24"/>
          <w:lang w:val="lt-LT"/>
        </w:rPr>
        <w:t xml:space="preserve">Jeigu tiekėjui pagal galiojančius teisės aktus PVM netaikomas, nurodoma priežastis: </w:t>
      </w:r>
    </w:p>
    <w:p w14:paraId="18938A9E" w14:textId="77777777" w:rsidR="00684D05" w:rsidRPr="007354D6" w:rsidRDefault="006E2F2E">
      <w:pPr>
        <w:spacing w:before="60" w:after="40"/>
        <w:rPr>
          <w:rFonts w:asciiTheme="majorHAnsi" w:hAnsiTheme="majorHAnsi" w:cstheme="majorHAnsi"/>
          <w:sz w:val="24"/>
          <w:szCs w:val="24"/>
          <w:lang w:val="lt-LT"/>
        </w:rPr>
      </w:pPr>
      <w:r w:rsidRPr="007354D6">
        <w:rPr>
          <w:rFonts w:asciiTheme="majorHAnsi" w:hAnsiTheme="majorHAnsi" w:cstheme="majorHAnsi"/>
          <w:sz w:val="24"/>
          <w:szCs w:val="24"/>
          <w:lang w:val="lt-LT"/>
        </w:rPr>
        <w:t>______________________________________________________________________________.</w:t>
      </w:r>
    </w:p>
    <w:p w14:paraId="6F39977A" w14:textId="77777777" w:rsidR="00684D05" w:rsidRPr="007354D6" w:rsidRDefault="006E2F2E" w:rsidP="00C243EE">
      <w:pPr>
        <w:pStyle w:val="Antrat1"/>
        <w:spacing w:before="160" w:after="60"/>
        <w:jc w:val="center"/>
        <w:rPr>
          <w:rFonts w:cstheme="majorHAnsi"/>
          <w:sz w:val="24"/>
          <w:szCs w:val="24"/>
          <w:lang w:val="lt-LT"/>
        </w:rPr>
      </w:pPr>
      <w:r w:rsidRPr="007354D6">
        <w:rPr>
          <w:rFonts w:cstheme="majorHAnsi"/>
          <w:sz w:val="24"/>
          <w:szCs w:val="24"/>
          <w:lang w:val="lt-LT"/>
        </w:rPr>
        <w:t>5. TIEKĖJO PATVIRTINIMAI</w:t>
      </w:r>
    </w:p>
    <w:p w14:paraId="0F75197C" w14:textId="77777777" w:rsidR="00684D05" w:rsidRPr="007354D6" w:rsidRDefault="006E2F2E" w:rsidP="00C243EE">
      <w:pPr>
        <w:spacing w:after="40"/>
        <w:ind w:left="142" w:hanging="142"/>
        <w:rPr>
          <w:rFonts w:asciiTheme="majorHAnsi" w:hAnsiTheme="majorHAnsi" w:cstheme="majorHAnsi"/>
          <w:sz w:val="24"/>
          <w:szCs w:val="24"/>
          <w:lang w:val="lt-LT"/>
        </w:rPr>
      </w:pPr>
      <w:r w:rsidRPr="007354D6">
        <w:rPr>
          <w:rFonts w:asciiTheme="majorHAnsi" w:hAnsiTheme="majorHAnsi" w:cstheme="majorHAnsi"/>
          <w:sz w:val="24"/>
          <w:szCs w:val="24"/>
          <w:lang w:val="lt-LT"/>
        </w:rPr>
        <w:t>Pateikdamas šį pasiūlymą CVP IS priemonėmis, tiekėjas patvirtina, kad:</w:t>
      </w:r>
    </w:p>
    <w:p w14:paraId="1A5F6EC2" w14:textId="77777777" w:rsidR="00684D05" w:rsidRPr="007354D6" w:rsidRDefault="006E2F2E">
      <w:pPr>
        <w:spacing w:after="40"/>
        <w:ind w:left="340" w:hanging="198"/>
        <w:rPr>
          <w:rFonts w:asciiTheme="majorHAnsi" w:hAnsiTheme="majorHAnsi" w:cstheme="majorHAnsi"/>
          <w:sz w:val="24"/>
          <w:szCs w:val="24"/>
          <w:lang w:val="lt-LT"/>
        </w:rPr>
      </w:pPr>
      <w:r w:rsidRPr="007354D6">
        <w:rPr>
          <w:rFonts w:asciiTheme="majorHAnsi" w:hAnsiTheme="majorHAnsi" w:cstheme="majorHAnsi"/>
          <w:sz w:val="24"/>
          <w:szCs w:val="24"/>
          <w:lang w:val="lt-LT"/>
        </w:rPr>
        <w:t>• yra susipažinęs su visais pirkimo dokumentais, jų paaiškinimais ir patikslinimais (jeigu tokių buvo), juos suprato ir sutinka su juose nustatytomis sąlygomis;</w:t>
      </w:r>
    </w:p>
    <w:p w14:paraId="5A28D19B" w14:textId="77777777" w:rsidR="00684D05" w:rsidRPr="007354D6" w:rsidRDefault="006E2F2E">
      <w:pPr>
        <w:spacing w:after="40"/>
        <w:ind w:left="340" w:hanging="198"/>
        <w:rPr>
          <w:rFonts w:asciiTheme="majorHAnsi" w:hAnsiTheme="majorHAnsi" w:cstheme="majorHAnsi"/>
          <w:sz w:val="24"/>
          <w:szCs w:val="24"/>
          <w:lang w:val="lt-LT"/>
        </w:rPr>
      </w:pPr>
      <w:r w:rsidRPr="007354D6">
        <w:rPr>
          <w:rFonts w:asciiTheme="majorHAnsi" w:hAnsiTheme="majorHAnsi" w:cstheme="majorHAnsi"/>
          <w:sz w:val="24"/>
          <w:szCs w:val="24"/>
          <w:lang w:val="lt-LT"/>
        </w:rPr>
        <w:lastRenderedPageBreak/>
        <w:t>• pasiūlyme ir kartu su juo pateiktuose dokumentuose nurodyti duomenys yra teisingi;</w:t>
      </w:r>
    </w:p>
    <w:p w14:paraId="6AFE0BEF" w14:textId="77777777" w:rsidR="00684D05" w:rsidRPr="007354D6" w:rsidRDefault="006E2F2E">
      <w:pPr>
        <w:spacing w:after="40"/>
        <w:ind w:left="340" w:hanging="198"/>
        <w:rPr>
          <w:rFonts w:asciiTheme="majorHAnsi" w:hAnsiTheme="majorHAnsi" w:cstheme="majorHAnsi"/>
          <w:sz w:val="24"/>
          <w:szCs w:val="24"/>
          <w:lang w:val="lt-LT"/>
        </w:rPr>
      </w:pPr>
      <w:r w:rsidRPr="007354D6">
        <w:rPr>
          <w:rFonts w:asciiTheme="majorHAnsi" w:hAnsiTheme="majorHAnsi" w:cstheme="majorHAnsi"/>
          <w:sz w:val="24"/>
          <w:szCs w:val="24"/>
          <w:lang w:val="lt-LT"/>
        </w:rPr>
        <w:t>• siūlomos prekės atitinka visus techninės specifikacijos reikalavimus;</w:t>
      </w:r>
    </w:p>
    <w:p w14:paraId="2F1CCDDB" w14:textId="77777777" w:rsidR="00684D05" w:rsidRPr="007354D6" w:rsidRDefault="006E2F2E">
      <w:pPr>
        <w:spacing w:after="40"/>
        <w:ind w:left="340" w:hanging="198"/>
        <w:rPr>
          <w:rFonts w:asciiTheme="majorHAnsi" w:hAnsiTheme="majorHAnsi" w:cstheme="majorHAnsi"/>
          <w:sz w:val="24"/>
          <w:szCs w:val="24"/>
          <w:lang w:val="lt-LT"/>
        </w:rPr>
      </w:pPr>
      <w:r w:rsidRPr="007354D6">
        <w:rPr>
          <w:rFonts w:asciiTheme="majorHAnsi" w:hAnsiTheme="majorHAnsi" w:cstheme="majorHAnsi"/>
          <w:sz w:val="24"/>
          <w:szCs w:val="24"/>
          <w:lang w:val="lt-LT"/>
        </w:rPr>
        <w:t>• į pasiūlytą vieneto įkainį įskaičiuotos visos išlaidos ir mokesčiai, reikalingi tinkamam sutarties įvykdymui;</w:t>
      </w:r>
    </w:p>
    <w:p w14:paraId="7F12121D" w14:textId="77777777" w:rsidR="00684D05" w:rsidRPr="007354D6" w:rsidRDefault="006E2F2E">
      <w:pPr>
        <w:spacing w:after="40"/>
        <w:ind w:left="340" w:hanging="198"/>
        <w:rPr>
          <w:rFonts w:asciiTheme="majorHAnsi" w:hAnsiTheme="majorHAnsi" w:cstheme="majorHAnsi"/>
          <w:sz w:val="24"/>
          <w:szCs w:val="24"/>
          <w:lang w:val="lt-LT"/>
        </w:rPr>
      </w:pPr>
      <w:r w:rsidRPr="007354D6">
        <w:rPr>
          <w:rFonts w:asciiTheme="majorHAnsi" w:hAnsiTheme="majorHAnsi" w:cstheme="majorHAnsi"/>
          <w:sz w:val="24"/>
          <w:szCs w:val="24"/>
          <w:lang w:val="lt-LT"/>
        </w:rPr>
        <w:t>• pasiūlymas galioja Specialiųjų pirkimo sąlygų 1 priede „Terminai“ nustatytą laikotarpį.</w:t>
      </w:r>
    </w:p>
    <w:p w14:paraId="734DCE47" w14:textId="77777777" w:rsidR="00684D05" w:rsidRPr="007354D6" w:rsidRDefault="006E2F2E" w:rsidP="00C243EE">
      <w:pPr>
        <w:pStyle w:val="Antrat1"/>
        <w:spacing w:before="160" w:after="60"/>
        <w:jc w:val="center"/>
        <w:rPr>
          <w:rFonts w:cstheme="majorHAnsi"/>
          <w:sz w:val="24"/>
          <w:szCs w:val="24"/>
          <w:lang w:val="lt-LT"/>
        </w:rPr>
      </w:pPr>
      <w:r w:rsidRPr="007354D6">
        <w:rPr>
          <w:rFonts w:cstheme="majorHAnsi"/>
          <w:sz w:val="24"/>
          <w:szCs w:val="24"/>
          <w:lang w:val="lt-LT"/>
        </w:rPr>
        <w:t>6. PRIDEDAMI DOKUMENTAI IR INFORMACIJA APIE KONFIDENCIALUMĄ</w:t>
      </w:r>
    </w:p>
    <w:p w14:paraId="0AEF81CB" w14:textId="77777777" w:rsidR="00684D05" w:rsidRPr="007354D6" w:rsidRDefault="006E2F2E">
      <w:pPr>
        <w:spacing w:after="60"/>
        <w:rPr>
          <w:rFonts w:asciiTheme="majorHAnsi" w:hAnsiTheme="majorHAnsi" w:cstheme="majorHAnsi"/>
          <w:sz w:val="24"/>
          <w:szCs w:val="24"/>
          <w:lang w:val="lt-LT"/>
        </w:rPr>
      </w:pPr>
      <w:r w:rsidRPr="007354D6">
        <w:rPr>
          <w:rFonts w:asciiTheme="majorHAnsi" w:hAnsiTheme="majorHAnsi" w:cstheme="majorHAnsi"/>
          <w:sz w:val="24"/>
          <w:szCs w:val="24"/>
          <w:lang w:val="lt-LT"/>
        </w:rPr>
        <w:t>Jeigu taikoma, nurodomi kartu su pasiūlymu pateikiami dokumentai ir konkreti konfidencialia laikoma informacija. Vien dokumento įrašymas į šią lentelę savaime nesuteikia jam konfidencialumo statuso.</w:t>
      </w:r>
    </w:p>
    <w:tbl>
      <w:tblPr>
        <w:tblStyle w:val="Lentelstinklelis"/>
        <w:tblW w:w="10155" w:type="dxa"/>
        <w:jc w:val="center"/>
        <w:tblLook w:val="04A0" w:firstRow="1" w:lastRow="0" w:firstColumn="1" w:lastColumn="0" w:noHBand="0" w:noVBand="1"/>
      </w:tblPr>
      <w:tblGrid>
        <w:gridCol w:w="681"/>
        <w:gridCol w:w="3336"/>
        <w:gridCol w:w="1302"/>
        <w:gridCol w:w="2096"/>
        <w:gridCol w:w="2740"/>
      </w:tblGrid>
      <w:tr w:rsidR="007354D6" w:rsidRPr="00B91A4A" w14:paraId="2EA4751F" w14:textId="77777777" w:rsidTr="004368E8">
        <w:trPr>
          <w:tblHeader/>
          <w:jc w:val="center"/>
        </w:trPr>
        <w:tc>
          <w:tcPr>
            <w:tcW w:w="681" w:type="dxa"/>
            <w:shd w:val="clear" w:color="auto" w:fill="D9EAF7"/>
            <w:tcMar>
              <w:top w:w="80" w:type="dxa"/>
              <w:left w:w="80" w:type="dxa"/>
              <w:bottom w:w="80" w:type="dxa"/>
              <w:right w:w="80" w:type="dxa"/>
            </w:tcMar>
            <w:vAlign w:val="center"/>
          </w:tcPr>
          <w:p w14:paraId="2152EFF0" w14:textId="77777777" w:rsidR="007354D6" w:rsidRPr="007354D6" w:rsidRDefault="007354D6">
            <w:pPr>
              <w:jc w:val="center"/>
              <w:rPr>
                <w:rFonts w:asciiTheme="majorHAnsi" w:hAnsiTheme="majorHAnsi" w:cstheme="majorHAnsi"/>
                <w:sz w:val="24"/>
                <w:szCs w:val="24"/>
                <w:lang w:val="lt-LT"/>
              </w:rPr>
            </w:pPr>
            <w:r w:rsidRPr="007354D6">
              <w:rPr>
                <w:rFonts w:asciiTheme="majorHAnsi" w:hAnsiTheme="majorHAnsi" w:cstheme="majorHAnsi"/>
                <w:b/>
                <w:sz w:val="24"/>
                <w:szCs w:val="24"/>
                <w:lang w:val="lt-LT"/>
              </w:rPr>
              <w:t>Eil. Nr.</w:t>
            </w:r>
          </w:p>
        </w:tc>
        <w:tc>
          <w:tcPr>
            <w:tcW w:w="3336" w:type="dxa"/>
            <w:shd w:val="clear" w:color="auto" w:fill="D9EAF7"/>
            <w:tcMar>
              <w:top w:w="80" w:type="dxa"/>
              <w:left w:w="80" w:type="dxa"/>
              <w:bottom w:w="80" w:type="dxa"/>
              <w:right w:w="80" w:type="dxa"/>
            </w:tcMar>
            <w:vAlign w:val="center"/>
          </w:tcPr>
          <w:p w14:paraId="05CB7D98" w14:textId="069449DF" w:rsidR="007354D6" w:rsidRPr="007354D6" w:rsidRDefault="007354D6">
            <w:pPr>
              <w:jc w:val="center"/>
              <w:rPr>
                <w:rFonts w:asciiTheme="majorHAnsi" w:hAnsiTheme="majorHAnsi" w:cstheme="majorHAnsi"/>
                <w:sz w:val="24"/>
                <w:szCs w:val="24"/>
                <w:lang w:val="lt-LT"/>
              </w:rPr>
            </w:pPr>
            <w:r w:rsidRPr="007354D6">
              <w:rPr>
                <w:rFonts w:asciiTheme="majorHAnsi" w:hAnsiTheme="majorHAnsi" w:cstheme="majorHAnsi"/>
                <w:b/>
                <w:sz w:val="24"/>
                <w:szCs w:val="24"/>
                <w:lang w:val="lt-LT"/>
              </w:rPr>
              <w:t>Dokument</w:t>
            </w:r>
            <w:r w:rsidR="00D15475">
              <w:rPr>
                <w:rFonts w:asciiTheme="majorHAnsi" w:hAnsiTheme="majorHAnsi" w:cstheme="majorHAnsi"/>
                <w:b/>
                <w:sz w:val="24"/>
                <w:szCs w:val="24"/>
                <w:lang w:val="lt-LT"/>
              </w:rPr>
              <w:t>o pavadinimas</w:t>
            </w:r>
          </w:p>
        </w:tc>
        <w:tc>
          <w:tcPr>
            <w:tcW w:w="1302" w:type="dxa"/>
            <w:shd w:val="clear" w:color="auto" w:fill="D9EAF7"/>
          </w:tcPr>
          <w:p w14:paraId="6A9DD48F" w14:textId="77777777" w:rsidR="007354D6" w:rsidRPr="007354D6" w:rsidRDefault="007354D6">
            <w:pPr>
              <w:jc w:val="center"/>
              <w:rPr>
                <w:rFonts w:asciiTheme="majorHAnsi" w:hAnsiTheme="majorHAnsi" w:cstheme="majorHAnsi"/>
                <w:b/>
                <w:sz w:val="24"/>
                <w:szCs w:val="24"/>
                <w:lang w:val="lt-LT"/>
              </w:rPr>
            </w:pPr>
            <w:r w:rsidRPr="007354D6">
              <w:rPr>
                <w:rFonts w:asciiTheme="majorHAnsi" w:hAnsiTheme="majorHAnsi" w:cstheme="majorHAnsi"/>
                <w:b/>
                <w:sz w:val="24"/>
                <w:szCs w:val="24"/>
                <w:lang w:val="lt-LT"/>
              </w:rPr>
              <w:t>Lapų skaičius</w:t>
            </w:r>
          </w:p>
        </w:tc>
        <w:tc>
          <w:tcPr>
            <w:tcW w:w="2096" w:type="dxa"/>
            <w:shd w:val="clear" w:color="auto" w:fill="D9EAF7"/>
            <w:tcMar>
              <w:top w:w="80" w:type="dxa"/>
              <w:left w:w="80" w:type="dxa"/>
              <w:bottom w:w="80" w:type="dxa"/>
              <w:right w:w="80" w:type="dxa"/>
            </w:tcMar>
            <w:vAlign w:val="center"/>
          </w:tcPr>
          <w:p w14:paraId="43F04F76" w14:textId="77777777" w:rsidR="007354D6" w:rsidRPr="007354D6" w:rsidRDefault="007354D6">
            <w:pPr>
              <w:jc w:val="center"/>
              <w:rPr>
                <w:rFonts w:asciiTheme="majorHAnsi" w:hAnsiTheme="majorHAnsi" w:cstheme="majorHAnsi"/>
                <w:sz w:val="24"/>
                <w:szCs w:val="24"/>
                <w:lang w:val="lt-LT"/>
              </w:rPr>
            </w:pPr>
            <w:r w:rsidRPr="007354D6">
              <w:rPr>
                <w:rFonts w:asciiTheme="majorHAnsi" w:hAnsiTheme="majorHAnsi" w:cstheme="majorHAnsi"/>
                <w:b/>
                <w:sz w:val="24"/>
                <w:szCs w:val="24"/>
                <w:lang w:val="lt-LT"/>
              </w:rPr>
              <w:t>Ar yra konfidencialios informacijos? (Taip / Ne)</w:t>
            </w:r>
          </w:p>
        </w:tc>
        <w:tc>
          <w:tcPr>
            <w:tcW w:w="2740" w:type="dxa"/>
            <w:shd w:val="clear" w:color="auto" w:fill="D9EAF7"/>
            <w:tcMar>
              <w:top w:w="80" w:type="dxa"/>
              <w:left w:w="80" w:type="dxa"/>
              <w:bottom w:w="80" w:type="dxa"/>
              <w:right w:w="80" w:type="dxa"/>
            </w:tcMar>
            <w:vAlign w:val="center"/>
          </w:tcPr>
          <w:p w14:paraId="75252FB7" w14:textId="77777777" w:rsidR="007354D6" w:rsidRPr="007354D6" w:rsidRDefault="007354D6">
            <w:pPr>
              <w:jc w:val="center"/>
              <w:rPr>
                <w:rFonts w:asciiTheme="majorHAnsi" w:hAnsiTheme="majorHAnsi" w:cstheme="majorHAnsi"/>
                <w:sz w:val="24"/>
                <w:szCs w:val="24"/>
                <w:lang w:val="lt-LT"/>
              </w:rPr>
            </w:pPr>
            <w:r w:rsidRPr="007354D6">
              <w:rPr>
                <w:rFonts w:asciiTheme="majorHAnsi" w:hAnsiTheme="majorHAnsi" w:cstheme="majorHAnsi"/>
                <w:b/>
                <w:sz w:val="24"/>
                <w:szCs w:val="24"/>
                <w:lang w:val="lt-LT"/>
              </w:rPr>
              <w:t>Kokia konkreti informacija konfidenciali ir konfidencialumo pagrindimas</w:t>
            </w:r>
          </w:p>
        </w:tc>
      </w:tr>
      <w:tr w:rsidR="007354D6" w:rsidRPr="00D15475" w14:paraId="788400D9" w14:textId="77777777" w:rsidTr="004368E8">
        <w:trPr>
          <w:jc w:val="center"/>
        </w:trPr>
        <w:tc>
          <w:tcPr>
            <w:tcW w:w="681" w:type="dxa"/>
            <w:tcMar>
              <w:top w:w="80" w:type="dxa"/>
              <w:left w:w="80" w:type="dxa"/>
              <w:bottom w:w="80" w:type="dxa"/>
              <w:right w:w="80" w:type="dxa"/>
            </w:tcMar>
            <w:vAlign w:val="center"/>
          </w:tcPr>
          <w:p w14:paraId="762DE0A1" w14:textId="77777777" w:rsidR="007354D6" w:rsidRPr="007354D6" w:rsidRDefault="007354D6" w:rsidP="00C243EE">
            <w:pPr>
              <w:jc w:val="center"/>
              <w:rPr>
                <w:rFonts w:asciiTheme="majorHAnsi" w:hAnsiTheme="majorHAnsi" w:cstheme="majorHAnsi"/>
                <w:sz w:val="24"/>
                <w:szCs w:val="24"/>
                <w:lang w:val="lt-LT"/>
              </w:rPr>
            </w:pPr>
            <w:r w:rsidRPr="007354D6">
              <w:rPr>
                <w:rFonts w:asciiTheme="majorHAnsi" w:hAnsiTheme="majorHAnsi" w:cstheme="majorHAnsi"/>
                <w:sz w:val="24"/>
                <w:szCs w:val="24"/>
                <w:lang w:val="lt-LT"/>
              </w:rPr>
              <w:t>1.</w:t>
            </w:r>
          </w:p>
        </w:tc>
        <w:tc>
          <w:tcPr>
            <w:tcW w:w="3336" w:type="dxa"/>
            <w:tcMar>
              <w:top w:w="80" w:type="dxa"/>
              <w:left w:w="80" w:type="dxa"/>
              <w:bottom w:w="80" w:type="dxa"/>
              <w:right w:w="80" w:type="dxa"/>
            </w:tcMar>
            <w:vAlign w:val="center"/>
          </w:tcPr>
          <w:p w14:paraId="590F6D6F" w14:textId="26FD046D" w:rsidR="007354D6" w:rsidRPr="007354D6" w:rsidRDefault="007354D6">
            <w:pPr>
              <w:rPr>
                <w:rFonts w:asciiTheme="majorHAnsi" w:hAnsiTheme="majorHAnsi" w:cstheme="majorHAnsi"/>
                <w:sz w:val="24"/>
                <w:szCs w:val="24"/>
                <w:lang w:val="lt-LT"/>
              </w:rPr>
            </w:pPr>
          </w:p>
        </w:tc>
        <w:tc>
          <w:tcPr>
            <w:tcW w:w="1302" w:type="dxa"/>
          </w:tcPr>
          <w:p w14:paraId="3FE6195C" w14:textId="77777777" w:rsidR="007354D6" w:rsidRPr="007354D6" w:rsidRDefault="007354D6">
            <w:pPr>
              <w:jc w:val="center"/>
              <w:rPr>
                <w:rFonts w:asciiTheme="majorHAnsi" w:hAnsiTheme="majorHAnsi" w:cstheme="majorHAnsi"/>
                <w:sz w:val="24"/>
                <w:szCs w:val="24"/>
                <w:lang w:val="lt-LT"/>
              </w:rPr>
            </w:pPr>
          </w:p>
        </w:tc>
        <w:tc>
          <w:tcPr>
            <w:tcW w:w="2096" w:type="dxa"/>
            <w:tcMar>
              <w:top w:w="80" w:type="dxa"/>
              <w:left w:w="80" w:type="dxa"/>
              <w:bottom w:w="80" w:type="dxa"/>
              <w:right w:w="80" w:type="dxa"/>
            </w:tcMar>
            <w:vAlign w:val="center"/>
          </w:tcPr>
          <w:p w14:paraId="7967B6AF" w14:textId="77777777" w:rsidR="007354D6" w:rsidRPr="007354D6" w:rsidRDefault="007354D6">
            <w:pPr>
              <w:jc w:val="center"/>
              <w:rPr>
                <w:rFonts w:asciiTheme="majorHAnsi" w:hAnsiTheme="majorHAnsi" w:cstheme="majorHAnsi"/>
                <w:sz w:val="24"/>
                <w:szCs w:val="24"/>
                <w:lang w:val="lt-LT"/>
              </w:rPr>
            </w:pPr>
          </w:p>
        </w:tc>
        <w:tc>
          <w:tcPr>
            <w:tcW w:w="2740" w:type="dxa"/>
            <w:tcMar>
              <w:top w:w="80" w:type="dxa"/>
              <w:left w:w="80" w:type="dxa"/>
              <w:bottom w:w="80" w:type="dxa"/>
              <w:right w:w="80" w:type="dxa"/>
            </w:tcMar>
            <w:vAlign w:val="center"/>
          </w:tcPr>
          <w:p w14:paraId="1AD856BB" w14:textId="77777777" w:rsidR="007354D6" w:rsidRPr="007354D6" w:rsidRDefault="007354D6">
            <w:pPr>
              <w:rPr>
                <w:rFonts w:asciiTheme="majorHAnsi" w:hAnsiTheme="majorHAnsi" w:cstheme="majorHAnsi"/>
                <w:sz w:val="24"/>
                <w:szCs w:val="24"/>
                <w:lang w:val="lt-LT"/>
              </w:rPr>
            </w:pPr>
          </w:p>
        </w:tc>
      </w:tr>
      <w:tr w:rsidR="007354D6" w:rsidRPr="00D15475" w14:paraId="76CB6529" w14:textId="77777777" w:rsidTr="004368E8">
        <w:trPr>
          <w:jc w:val="center"/>
        </w:trPr>
        <w:tc>
          <w:tcPr>
            <w:tcW w:w="681" w:type="dxa"/>
            <w:tcMar>
              <w:top w:w="80" w:type="dxa"/>
              <w:left w:w="80" w:type="dxa"/>
              <w:bottom w:w="80" w:type="dxa"/>
              <w:right w:w="80" w:type="dxa"/>
            </w:tcMar>
            <w:vAlign w:val="center"/>
          </w:tcPr>
          <w:p w14:paraId="7B217885" w14:textId="77777777" w:rsidR="007354D6" w:rsidRPr="007354D6" w:rsidRDefault="007354D6" w:rsidP="00C243EE">
            <w:pPr>
              <w:jc w:val="center"/>
              <w:rPr>
                <w:rFonts w:asciiTheme="majorHAnsi" w:hAnsiTheme="majorHAnsi" w:cstheme="majorHAnsi"/>
                <w:sz w:val="24"/>
                <w:szCs w:val="24"/>
                <w:lang w:val="lt-LT"/>
              </w:rPr>
            </w:pPr>
            <w:r w:rsidRPr="007354D6">
              <w:rPr>
                <w:rFonts w:asciiTheme="majorHAnsi" w:hAnsiTheme="majorHAnsi" w:cstheme="majorHAnsi"/>
                <w:sz w:val="24"/>
                <w:szCs w:val="24"/>
                <w:lang w:val="lt-LT"/>
              </w:rPr>
              <w:t>2.</w:t>
            </w:r>
          </w:p>
        </w:tc>
        <w:tc>
          <w:tcPr>
            <w:tcW w:w="3336" w:type="dxa"/>
            <w:tcMar>
              <w:top w:w="80" w:type="dxa"/>
              <w:left w:w="80" w:type="dxa"/>
              <w:bottom w:w="80" w:type="dxa"/>
              <w:right w:w="80" w:type="dxa"/>
            </w:tcMar>
            <w:vAlign w:val="center"/>
          </w:tcPr>
          <w:p w14:paraId="4E19718A" w14:textId="4E8D8A3C" w:rsidR="007354D6" w:rsidRPr="007354D6" w:rsidRDefault="007354D6">
            <w:pPr>
              <w:rPr>
                <w:rFonts w:asciiTheme="majorHAnsi" w:hAnsiTheme="majorHAnsi" w:cstheme="majorHAnsi"/>
                <w:sz w:val="24"/>
                <w:szCs w:val="24"/>
                <w:lang w:val="lt-LT"/>
              </w:rPr>
            </w:pPr>
          </w:p>
        </w:tc>
        <w:tc>
          <w:tcPr>
            <w:tcW w:w="1302" w:type="dxa"/>
          </w:tcPr>
          <w:p w14:paraId="41259246" w14:textId="77777777" w:rsidR="007354D6" w:rsidRPr="007354D6" w:rsidRDefault="007354D6">
            <w:pPr>
              <w:jc w:val="center"/>
              <w:rPr>
                <w:rFonts w:asciiTheme="majorHAnsi" w:hAnsiTheme="majorHAnsi" w:cstheme="majorHAnsi"/>
                <w:sz w:val="24"/>
                <w:szCs w:val="24"/>
                <w:lang w:val="lt-LT"/>
              </w:rPr>
            </w:pPr>
          </w:p>
        </w:tc>
        <w:tc>
          <w:tcPr>
            <w:tcW w:w="2096" w:type="dxa"/>
            <w:tcMar>
              <w:top w:w="80" w:type="dxa"/>
              <w:left w:w="80" w:type="dxa"/>
              <w:bottom w:w="80" w:type="dxa"/>
              <w:right w:w="80" w:type="dxa"/>
            </w:tcMar>
            <w:vAlign w:val="center"/>
          </w:tcPr>
          <w:p w14:paraId="59696AC9" w14:textId="77777777" w:rsidR="007354D6" w:rsidRPr="007354D6" w:rsidRDefault="007354D6">
            <w:pPr>
              <w:jc w:val="center"/>
              <w:rPr>
                <w:rFonts w:asciiTheme="majorHAnsi" w:hAnsiTheme="majorHAnsi" w:cstheme="majorHAnsi"/>
                <w:sz w:val="24"/>
                <w:szCs w:val="24"/>
                <w:lang w:val="lt-LT"/>
              </w:rPr>
            </w:pPr>
          </w:p>
        </w:tc>
        <w:tc>
          <w:tcPr>
            <w:tcW w:w="2740" w:type="dxa"/>
            <w:tcMar>
              <w:top w:w="80" w:type="dxa"/>
              <w:left w:w="80" w:type="dxa"/>
              <w:bottom w:w="80" w:type="dxa"/>
              <w:right w:w="80" w:type="dxa"/>
            </w:tcMar>
            <w:vAlign w:val="center"/>
          </w:tcPr>
          <w:p w14:paraId="3C327550" w14:textId="77777777" w:rsidR="007354D6" w:rsidRPr="007354D6" w:rsidRDefault="007354D6">
            <w:pPr>
              <w:rPr>
                <w:rFonts w:asciiTheme="majorHAnsi" w:hAnsiTheme="majorHAnsi" w:cstheme="majorHAnsi"/>
                <w:sz w:val="24"/>
                <w:szCs w:val="24"/>
                <w:lang w:val="lt-LT"/>
              </w:rPr>
            </w:pPr>
          </w:p>
        </w:tc>
      </w:tr>
      <w:tr w:rsidR="007354D6" w:rsidRPr="00D15475" w14:paraId="5F6350B7" w14:textId="77777777" w:rsidTr="004368E8">
        <w:trPr>
          <w:jc w:val="center"/>
        </w:trPr>
        <w:tc>
          <w:tcPr>
            <w:tcW w:w="681" w:type="dxa"/>
            <w:tcMar>
              <w:top w:w="80" w:type="dxa"/>
              <w:left w:w="80" w:type="dxa"/>
              <w:bottom w:w="80" w:type="dxa"/>
              <w:right w:w="80" w:type="dxa"/>
            </w:tcMar>
            <w:vAlign w:val="center"/>
          </w:tcPr>
          <w:p w14:paraId="73F4D3B2" w14:textId="77777777" w:rsidR="007354D6" w:rsidRPr="007354D6" w:rsidRDefault="007354D6" w:rsidP="00C243EE">
            <w:pPr>
              <w:jc w:val="center"/>
              <w:rPr>
                <w:rFonts w:asciiTheme="majorHAnsi" w:hAnsiTheme="majorHAnsi" w:cstheme="majorHAnsi"/>
                <w:sz w:val="24"/>
                <w:szCs w:val="24"/>
                <w:lang w:val="lt-LT"/>
              </w:rPr>
            </w:pPr>
            <w:r w:rsidRPr="007354D6">
              <w:rPr>
                <w:rFonts w:asciiTheme="majorHAnsi" w:hAnsiTheme="majorHAnsi" w:cstheme="majorHAnsi"/>
                <w:sz w:val="24"/>
                <w:szCs w:val="24"/>
                <w:lang w:val="lt-LT"/>
              </w:rPr>
              <w:t>3.</w:t>
            </w:r>
          </w:p>
        </w:tc>
        <w:tc>
          <w:tcPr>
            <w:tcW w:w="3336" w:type="dxa"/>
            <w:tcMar>
              <w:top w:w="80" w:type="dxa"/>
              <w:left w:w="80" w:type="dxa"/>
              <w:bottom w:w="80" w:type="dxa"/>
              <w:right w:w="80" w:type="dxa"/>
            </w:tcMar>
            <w:vAlign w:val="center"/>
          </w:tcPr>
          <w:p w14:paraId="126A52F8" w14:textId="6AA81DD6" w:rsidR="007354D6" w:rsidRPr="007354D6" w:rsidRDefault="007354D6">
            <w:pPr>
              <w:rPr>
                <w:rFonts w:asciiTheme="majorHAnsi" w:hAnsiTheme="majorHAnsi" w:cstheme="majorHAnsi"/>
                <w:sz w:val="24"/>
                <w:szCs w:val="24"/>
                <w:lang w:val="lt-LT"/>
              </w:rPr>
            </w:pPr>
          </w:p>
        </w:tc>
        <w:tc>
          <w:tcPr>
            <w:tcW w:w="1302" w:type="dxa"/>
          </w:tcPr>
          <w:p w14:paraId="13FDBEF3" w14:textId="77777777" w:rsidR="007354D6" w:rsidRPr="007354D6" w:rsidRDefault="007354D6">
            <w:pPr>
              <w:jc w:val="center"/>
              <w:rPr>
                <w:rFonts w:asciiTheme="majorHAnsi" w:hAnsiTheme="majorHAnsi" w:cstheme="majorHAnsi"/>
                <w:sz w:val="24"/>
                <w:szCs w:val="24"/>
                <w:lang w:val="lt-LT"/>
              </w:rPr>
            </w:pPr>
          </w:p>
        </w:tc>
        <w:tc>
          <w:tcPr>
            <w:tcW w:w="2096" w:type="dxa"/>
            <w:tcMar>
              <w:top w:w="80" w:type="dxa"/>
              <w:left w:w="80" w:type="dxa"/>
              <w:bottom w:w="80" w:type="dxa"/>
              <w:right w:w="80" w:type="dxa"/>
            </w:tcMar>
            <w:vAlign w:val="center"/>
          </w:tcPr>
          <w:p w14:paraId="0893355D" w14:textId="77777777" w:rsidR="007354D6" w:rsidRPr="007354D6" w:rsidRDefault="007354D6">
            <w:pPr>
              <w:jc w:val="center"/>
              <w:rPr>
                <w:rFonts w:asciiTheme="majorHAnsi" w:hAnsiTheme="majorHAnsi" w:cstheme="majorHAnsi"/>
                <w:sz w:val="24"/>
                <w:szCs w:val="24"/>
                <w:lang w:val="lt-LT"/>
              </w:rPr>
            </w:pPr>
          </w:p>
        </w:tc>
        <w:tc>
          <w:tcPr>
            <w:tcW w:w="2740" w:type="dxa"/>
            <w:tcMar>
              <w:top w:w="80" w:type="dxa"/>
              <w:left w:w="80" w:type="dxa"/>
              <w:bottom w:w="80" w:type="dxa"/>
              <w:right w:w="80" w:type="dxa"/>
            </w:tcMar>
            <w:vAlign w:val="center"/>
          </w:tcPr>
          <w:p w14:paraId="1272F666" w14:textId="77777777" w:rsidR="007354D6" w:rsidRPr="007354D6" w:rsidRDefault="007354D6">
            <w:pPr>
              <w:rPr>
                <w:rFonts w:asciiTheme="majorHAnsi" w:hAnsiTheme="majorHAnsi" w:cstheme="majorHAnsi"/>
                <w:sz w:val="24"/>
                <w:szCs w:val="24"/>
                <w:lang w:val="lt-LT"/>
              </w:rPr>
            </w:pPr>
          </w:p>
        </w:tc>
      </w:tr>
      <w:tr w:rsidR="007354D6" w:rsidRPr="00D15475" w14:paraId="57EE764D" w14:textId="77777777" w:rsidTr="004368E8">
        <w:trPr>
          <w:jc w:val="center"/>
        </w:trPr>
        <w:tc>
          <w:tcPr>
            <w:tcW w:w="681" w:type="dxa"/>
            <w:tcMar>
              <w:top w:w="80" w:type="dxa"/>
              <w:left w:w="80" w:type="dxa"/>
              <w:bottom w:w="80" w:type="dxa"/>
              <w:right w:w="80" w:type="dxa"/>
            </w:tcMar>
            <w:vAlign w:val="center"/>
          </w:tcPr>
          <w:p w14:paraId="001C5606" w14:textId="77777777" w:rsidR="007354D6" w:rsidRPr="007354D6" w:rsidRDefault="007354D6" w:rsidP="00C243EE">
            <w:pPr>
              <w:jc w:val="center"/>
              <w:rPr>
                <w:rFonts w:asciiTheme="majorHAnsi" w:hAnsiTheme="majorHAnsi" w:cstheme="majorHAnsi"/>
                <w:sz w:val="24"/>
                <w:szCs w:val="24"/>
                <w:lang w:val="lt-LT"/>
              </w:rPr>
            </w:pPr>
            <w:r w:rsidRPr="007354D6">
              <w:rPr>
                <w:rFonts w:asciiTheme="majorHAnsi" w:hAnsiTheme="majorHAnsi" w:cstheme="majorHAnsi"/>
                <w:sz w:val="24"/>
                <w:szCs w:val="24"/>
                <w:lang w:val="lt-LT"/>
              </w:rPr>
              <w:t>4.</w:t>
            </w:r>
          </w:p>
        </w:tc>
        <w:tc>
          <w:tcPr>
            <w:tcW w:w="3336" w:type="dxa"/>
            <w:tcMar>
              <w:top w:w="80" w:type="dxa"/>
              <w:left w:w="80" w:type="dxa"/>
              <w:bottom w:w="80" w:type="dxa"/>
              <w:right w:w="80" w:type="dxa"/>
            </w:tcMar>
            <w:vAlign w:val="center"/>
          </w:tcPr>
          <w:p w14:paraId="5A1CD9FA" w14:textId="549EC994" w:rsidR="007354D6" w:rsidRPr="007354D6" w:rsidRDefault="007354D6">
            <w:pPr>
              <w:rPr>
                <w:rFonts w:asciiTheme="majorHAnsi" w:hAnsiTheme="majorHAnsi" w:cstheme="majorHAnsi"/>
                <w:sz w:val="24"/>
                <w:szCs w:val="24"/>
                <w:lang w:val="lt-LT"/>
              </w:rPr>
            </w:pPr>
          </w:p>
        </w:tc>
        <w:tc>
          <w:tcPr>
            <w:tcW w:w="1302" w:type="dxa"/>
          </w:tcPr>
          <w:p w14:paraId="1FE335B3" w14:textId="77777777" w:rsidR="007354D6" w:rsidRPr="007354D6" w:rsidRDefault="007354D6">
            <w:pPr>
              <w:rPr>
                <w:rFonts w:asciiTheme="majorHAnsi" w:hAnsiTheme="majorHAnsi" w:cstheme="majorHAnsi"/>
                <w:sz w:val="24"/>
                <w:szCs w:val="24"/>
                <w:lang w:val="lt-LT"/>
              </w:rPr>
            </w:pPr>
          </w:p>
        </w:tc>
        <w:tc>
          <w:tcPr>
            <w:tcW w:w="2096" w:type="dxa"/>
            <w:tcMar>
              <w:top w:w="80" w:type="dxa"/>
              <w:left w:w="80" w:type="dxa"/>
              <w:bottom w:w="80" w:type="dxa"/>
              <w:right w:w="80" w:type="dxa"/>
            </w:tcMar>
            <w:vAlign w:val="center"/>
          </w:tcPr>
          <w:p w14:paraId="6A8FC8C6" w14:textId="77777777" w:rsidR="007354D6" w:rsidRPr="007354D6" w:rsidRDefault="007354D6">
            <w:pPr>
              <w:rPr>
                <w:rFonts w:asciiTheme="majorHAnsi" w:hAnsiTheme="majorHAnsi" w:cstheme="majorHAnsi"/>
                <w:sz w:val="24"/>
                <w:szCs w:val="24"/>
                <w:lang w:val="lt-LT"/>
              </w:rPr>
            </w:pPr>
          </w:p>
        </w:tc>
        <w:tc>
          <w:tcPr>
            <w:tcW w:w="2740" w:type="dxa"/>
            <w:tcMar>
              <w:top w:w="80" w:type="dxa"/>
              <w:left w:w="80" w:type="dxa"/>
              <w:bottom w:w="80" w:type="dxa"/>
              <w:right w:w="80" w:type="dxa"/>
            </w:tcMar>
            <w:vAlign w:val="center"/>
          </w:tcPr>
          <w:p w14:paraId="29164F57" w14:textId="77777777" w:rsidR="007354D6" w:rsidRPr="007354D6" w:rsidRDefault="007354D6">
            <w:pPr>
              <w:rPr>
                <w:rFonts w:asciiTheme="majorHAnsi" w:hAnsiTheme="majorHAnsi" w:cstheme="majorHAnsi"/>
                <w:sz w:val="24"/>
                <w:szCs w:val="24"/>
                <w:lang w:val="lt-LT"/>
              </w:rPr>
            </w:pPr>
          </w:p>
        </w:tc>
      </w:tr>
      <w:tr w:rsidR="007354D6" w:rsidRPr="00D15475" w14:paraId="5E01D263" w14:textId="77777777" w:rsidTr="004368E8">
        <w:trPr>
          <w:jc w:val="center"/>
        </w:trPr>
        <w:tc>
          <w:tcPr>
            <w:tcW w:w="681" w:type="dxa"/>
          </w:tcPr>
          <w:p w14:paraId="723D3C90" w14:textId="77777777" w:rsidR="007354D6" w:rsidRPr="007354D6" w:rsidRDefault="007354D6" w:rsidP="00C243EE">
            <w:pPr>
              <w:jc w:val="center"/>
              <w:rPr>
                <w:rFonts w:asciiTheme="majorHAnsi" w:hAnsiTheme="majorHAnsi" w:cstheme="majorHAnsi"/>
                <w:sz w:val="24"/>
                <w:szCs w:val="24"/>
                <w:lang w:val="lt-LT"/>
              </w:rPr>
            </w:pPr>
            <w:r w:rsidRPr="007354D6">
              <w:rPr>
                <w:rFonts w:asciiTheme="majorHAnsi" w:hAnsiTheme="majorHAnsi" w:cstheme="majorHAnsi"/>
                <w:sz w:val="24"/>
                <w:szCs w:val="24"/>
                <w:lang w:val="lt-LT"/>
              </w:rPr>
              <w:t>5.</w:t>
            </w:r>
          </w:p>
        </w:tc>
        <w:tc>
          <w:tcPr>
            <w:tcW w:w="3336" w:type="dxa"/>
          </w:tcPr>
          <w:p w14:paraId="3249634A" w14:textId="2147A557" w:rsidR="007354D6" w:rsidRPr="007354D6" w:rsidRDefault="007354D6">
            <w:pPr>
              <w:rPr>
                <w:rFonts w:asciiTheme="majorHAnsi" w:hAnsiTheme="majorHAnsi" w:cstheme="majorHAnsi"/>
                <w:sz w:val="24"/>
                <w:szCs w:val="24"/>
                <w:lang w:val="lt-LT"/>
              </w:rPr>
            </w:pPr>
          </w:p>
        </w:tc>
        <w:tc>
          <w:tcPr>
            <w:tcW w:w="1302" w:type="dxa"/>
          </w:tcPr>
          <w:p w14:paraId="5BD0571D" w14:textId="77777777" w:rsidR="006D7D13" w:rsidRPr="007354D6" w:rsidRDefault="006D7D13">
            <w:pPr>
              <w:rPr>
                <w:rFonts w:asciiTheme="majorHAnsi" w:hAnsiTheme="majorHAnsi" w:cstheme="majorHAnsi"/>
                <w:sz w:val="24"/>
                <w:szCs w:val="24"/>
                <w:lang w:val="lt-LT"/>
              </w:rPr>
            </w:pPr>
          </w:p>
        </w:tc>
        <w:tc>
          <w:tcPr>
            <w:tcW w:w="2096" w:type="dxa"/>
          </w:tcPr>
          <w:p w14:paraId="62AAEABF" w14:textId="77777777" w:rsidR="007354D6" w:rsidRPr="007354D6" w:rsidRDefault="007354D6">
            <w:pPr>
              <w:rPr>
                <w:rFonts w:asciiTheme="majorHAnsi" w:hAnsiTheme="majorHAnsi" w:cstheme="majorHAnsi"/>
                <w:sz w:val="24"/>
                <w:szCs w:val="24"/>
                <w:lang w:val="lt-LT"/>
              </w:rPr>
            </w:pPr>
          </w:p>
        </w:tc>
        <w:tc>
          <w:tcPr>
            <w:tcW w:w="2740" w:type="dxa"/>
          </w:tcPr>
          <w:p w14:paraId="51FC7ADA" w14:textId="77777777" w:rsidR="007354D6" w:rsidRPr="007354D6" w:rsidRDefault="007354D6">
            <w:pPr>
              <w:rPr>
                <w:rFonts w:asciiTheme="majorHAnsi" w:hAnsiTheme="majorHAnsi" w:cstheme="majorHAnsi"/>
                <w:sz w:val="24"/>
                <w:szCs w:val="24"/>
                <w:lang w:val="lt-LT"/>
              </w:rPr>
            </w:pPr>
          </w:p>
        </w:tc>
      </w:tr>
    </w:tbl>
    <w:p w14:paraId="06F10DF7" w14:textId="77777777" w:rsidR="007354D6" w:rsidRDefault="007354D6" w:rsidP="007354D6">
      <w:pPr>
        <w:spacing w:after="0" w:line="240" w:lineRule="auto"/>
        <w:rPr>
          <w:rFonts w:asciiTheme="majorHAnsi" w:hAnsiTheme="majorHAnsi" w:cstheme="majorHAnsi"/>
          <w:sz w:val="24"/>
          <w:szCs w:val="24"/>
          <w:lang w:val="lt-LT"/>
        </w:rPr>
      </w:pPr>
    </w:p>
    <w:p w14:paraId="68B162B8" w14:textId="77777777" w:rsidR="006D7D13" w:rsidRDefault="006D7D13" w:rsidP="007354D6">
      <w:pPr>
        <w:spacing w:after="0" w:line="240" w:lineRule="auto"/>
        <w:rPr>
          <w:rFonts w:asciiTheme="majorHAnsi" w:hAnsiTheme="majorHAnsi" w:cstheme="majorHAnsi"/>
          <w:sz w:val="24"/>
          <w:szCs w:val="24"/>
          <w:lang w:val="lt-LT"/>
        </w:rPr>
      </w:pPr>
    </w:p>
    <w:p w14:paraId="2DFA751C" w14:textId="77777777" w:rsidR="00D15475" w:rsidRDefault="00D15475" w:rsidP="007354D6">
      <w:pPr>
        <w:spacing w:after="0" w:line="240" w:lineRule="auto"/>
        <w:rPr>
          <w:rFonts w:asciiTheme="majorHAnsi" w:hAnsiTheme="majorHAnsi" w:cstheme="majorHAnsi"/>
          <w:sz w:val="24"/>
          <w:szCs w:val="24"/>
          <w:lang w:val="lt-LT"/>
        </w:rPr>
      </w:pPr>
    </w:p>
    <w:p w14:paraId="45A5D6E8" w14:textId="77777777" w:rsidR="00D15475" w:rsidRDefault="00D15475" w:rsidP="007354D6">
      <w:pPr>
        <w:spacing w:after="0" w:line="240" w:lineRule="auto"/>
        <w:rPr>
          <w:rFonts w:asciiTheme="majorHAnsi" w:hAnsiTheme="majorHAnsi" w:cstheme="majorHAnsi"/>
          <w:sz w:val="24"/>
          <w:szCs w:val="24"/>
          <w:lang w:val="lt-LT"/>
        </w:rPr>
      </w:pPr>
    </w:p>
    <w:p w14:paraId="56B9CF46" w14:textId="77777777" w:rsidR="00D15475" w:rsidRPr="007354D6" w:rsidRDefault="00D15475" w:rsidP="007354D6">
      <w:pPr>
        <w:spacing w:after="0" w:line="240" w:lineRule="auto"/>
        <w:rPr>
          <w:rFonts w:asciiTheme="majorHAnsi" w:hAnsiTheme="majorHAnsi" w:cstheme="majorHAnsi"/>
          <w:sz w:val="24"/>
          <w:szCs w:val="24"/>
          <w:lang w:val="lt-LT"/>
        </w:rPr>
      </w:pPr>
    </w:p>
    <w:tbl>
      <w:tblPr>
        <w:tblW w:w="10005" w:type="dxa"/>
        <w:tblBorders>
          <w:top w:val="single" w:sz="4" w:space="0" w:color="auto"/>
        </w:tblBorders>
        <w:tblLayout w:type="fixed"/>
        <w:tblLook w:val="04A0" w:firstRow="1" w:lastRow="0" w:firstColumn="1" w:lastColumn="0" w:noHBand="0" w:noVBand="1"/>
      </w:tblPr>
      <w:tblGrid>
        <w:gridCol w:w="3579"/>
        <w:gridCol w:w="658"/>
        <w:gridCol w:w="2158"/>
        <w:gridCol w:w="764"/>
        <w:gridCol w:w="2846"/>
      </w:tblGrid>
      <w:tr w:rsidR="007354D6" w:rsidRPr="006D7D13" w14:paraId="109041E6" w14:textId="77777777" w:rsidTr="006D7D13">
        <w:trPr>
          <w:trHeight w:val="186"/>
        </w:trPr>
        <w:tc>
          <w:tcPr>
            <w:tcW w:w="3579" w:type="dxa"/>
            <w:hideMark/>
          </w:tcPr>
          <w:p w14:paraId="78250A34" w14:textId="77777777" w:rsidR="007354D6" w:rsidRPr="006D7D13" w:rsidRDefault="007354D6" w:rsidP="007354D6">
            <w:pPr>
              <w:rPr>
                <w:rFonts w:asciiTheme="majorHAnsi" w:hAnsiTheme="majorHAnsi" w:cstheme="majorHAnsi"/>
                <w:i/>
                <w:iCs/>
                <w:szCs w:val="20"/>
                <w:lang w:val="lt-LT"/>
              </w:rPr>
            </w:pPr>
            <w:r w:rsidRPr="006D7D13">
              <w:rPr>
                <w:rFonts w:asciiTheme="majorHAnsi" w:hAnsiTheme="majorHAnsi" w:cstheme="majorHAnsi"/>
                <w:i/>
                <w:iCs/>
                <w:szCs w:val="20"/>
                <w:lang w:val="lt-LT"/>
              </w:rPr>
              <w:t>(Tiekėjo arba jo įgalioto asmens pareigų pavadinimas)</w:t>
            </w:r>
          </w:p>
        </w:tc>
        <w:tc>
          <w:tcPr>
            <w:tcW w:w="658" w:type="dxa"/>
          </w:tcPr>
          <w:p w14:paraId="4005532B" w14:textId="77777777" w:rsidR="007354D6" w:rsidRPr="006D7D13" w:rsidRDefault="007354D6" w:rsidP="007354D6">
            <w:pPr>
              <w:rPr>
                <w:rFonts w:asciiTheme="majorHAnsi" w:hAnsiTheme="majorHAnsi" w:cstheme="majorHAnsi"/>
                <w:i/>
                <w:iCs/>
                <w:szCs w:val="20"/>
                <w:lang w:val="lt-LT"/>
              </w:rPr>
            </w:pPr>
          </w:p>
        </w:tc>
        <w:tc>
          <w:tcPr>
            <w:tcW w:w="2158" w:type="dxa"/>
            <w:hideMark/>
          </w:tcPr>
          <w:p w14:paraId="27547037" w14:textId="77777777" w:rsidR="007354D6" w:rsidRPr="006D7D13" w:rsidRDefault="007354D6" w:rsidP="007354D6">
            <w:pPr>
              <w:rPr>
                <w:rFonts w:asciiTheme="majorHAnsi" w:hAnsiTheme="majorHAnsi" w:cstheme="majorHAnsi"/>
                <w:i/>
                <w:iCs/>
                <w:szCs w:val="20"/>
                <w:lang w:val="lt-LT"/>
              </w:rPr>
            </w:pPr>
            <w:r w:rsidRPr="006D7D13">
              <w:rPr>
                <w:rFonts w:asciiTheme="majorHAnsi" w:hAnsiTheme="majorHAnsi" w:cstheme="majorHAnsi"/>
                <w:i/>
                <w:iCs/>
                <w:szCs w:val="20"/>
                <w:lang w:val="lt-LT"/>
              </w:rPr>
              <w:t xml:space="preserve">(Parašas) </w:t>
            </w:r>
          </w:p>
        </w:tc>
        <w:tc>
          <w:tcPr>
            <w:tcW w:w="764" w:type="dxa"/>
          </w:tcPr>
          <w:p w14:paraId="6D61AE6B" w14:textId="77777777" w:rsidR="007354D6" w:rsidRPr="006D7D13" w:rsidRDefault="007354D6" w:rsidP="007354D6">
            <w:pPr>
              <w:rPr>
                <w:rFonts w:asciiTheme="majorHAnsi" w:hAnsiTheme="majorHAnsi" w:cstheme="majorHAnsi"/>
                <w:i/>
                <w:iCs/>
                <w:szCs w:val="20"/>
                <w:lang w:val="lt-LT"/>
              </w:rPr>
            </w:pPr>
          </w:p>
        </w:tc>
        <w:tc>
          <w:tcPr>
            <w:tcW w:w="2846" w:type="dxa"/>
            <w:hideMark/>
          </w:tcPr>
          <w:p w14:paraId="576D20CD" w14:textId="77777777" w:rsidR="007354D6" w:rsidRPr="006D7D13" w:rsidRDefault="007354D6" w:rsidP="007354D6">
            <w:pPr>
              <w:rPr>
                <w:rFonts w:asciiTheme="majorHAnsi" w:hAnsiTheme="majorHAnsi" w:cstheme="majorHAnsi"/>
                <w:i/>
                <w:iCs/>
                <w:szCs w:val="20"/>
                <w:lang w:val="lt-LT"/>
              </w:rPr>
            </w:pPr>
            <w:r w:rsidRPr="006D7D13">
              <w:rPr>
                <w:rFonts w:asciiTheme="majorHAnsi" w:hAnsiTheme="majorHAnsi" w:cstheme="majorHAnsi"/>
                <w:i/>
                <w:iCs/>
                <w:szCs w:val="20"/>
                <w:lang w:val="lt-LT"/>
              </w:rPr>
              <w:t xml:space="preserve">(Vardas ir pavardė) </w:t>
            </w:r>
          </w:p>
        </w:tc>
      </w:tr>
    </w:tbl>
    <w:p w14:paraId="7F1726F1" w14:textId="3151A398" w:rsidR="00931EE8" w:rsidRPr="00D15475" w:rsidRDefault="00931EE8">
      <w:pPr>
        <w:rPr>
          <w:lang w:val="pt-BR"/>
        </w:rPr>
      </w:pPr>
    </w:p>
    <w:sectPr w:rsidR="00931EE8" w:rsidRPr="00D15475" w:rsidSect="004D4ED8">
      <w:headerReference w:type="default" r:id="rId8"/>
      <w:pgSz w:w="12240" w:h="15840"/>
      <w:pgMar w:top="1134" w:right="567" w:bottom="851"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B80AAC" w14:textId="77777777" w:rsidR="001F5961" w:rsidRDefault="001F5961">
      <w:pPr>
        <w:spacing w:after="0" w:line="240" w:lineRule="auto"/>
      </w:pPr>
      <w:r>
        <w:separator/>
      </w:r>
    </w:p>
  </w:endnote>
  <w:endnote w:type="continuationSeparator" w:id="0">
    <w:p w14:paraId="5A4775E0" w14:textId="77777777" w:rsidR="001F5961" w:rsidRDefault="001F59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notTrueType/>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A9A7DE" w14:textId="77777777" w:rsidR="001F5961" w:rsidRDefault="001F5961">
      <w:pPr>
        <w:spacing w:after="0" w:line="240" w:lineRule="auto"/>
      </w:pPr>
      <w:r>
        <w:separator/>
      </w:r>
    </w:p>
  </w:footnote>
  <w:footnote w:type="continuationSeparator" w:id="0">
    <w:p w14:paraId="3E609741" w14:textId="77777777" w:rsidR="001F5961" w:rsidRDefault="001F59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84781" w14:textId="42B9B4A9" w:rsidR="00B91A4A" w:rsidRPr="00B91A4A" w:rsidRDefault="00B91A4A" w:rsidP="00B91A4A">
    <w:pPr>
      <w:pStyle w:val="Antrats"/>
      <w:jc w:val="right"/>
      <w:rPr>
        <w:rFonts w:asciiTheme="majorHAnsi" w:hAnsiTheme="majorHAnsi" w:cstheme="majorHAnsi"/>
        <w:lang w:val="lt-LT"/>
      </w:rPr>
    </w:pPr>
    <w:r w:rsidRPr="00B91A4A">
      <w:rPr>
        <w:rFonts w:asciiTheme="majorHAnsi" w:hAnsiTheme="majorHAnsi" w:cstheme="majorHAnsi"/>
        <w:lang w:val="lt-LT"/>
      </w:rPr>
      <w:t>6 priedas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Sraassunumeriai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Sraassunumeriai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Sraassuenkleliai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Sraassuenkleliai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Sraassunumeriai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Sraassuenkleliais"/>
      <w:lvlText w:val=""/>
      <w:lvlJc w:val="left"/>
      <w:pPr>
        <w:tabs>
          <w:tab w:val="num" w:pos="360"/>
        </w:tabs>
        <w:ind w:left="360" w:hanging="360"/>
      </w:pPr>
      <w:rPr>
        <w:rFonts w:ascii="Symbol" w:hAnsi="Symbol" w:hint="default"/>
      </w:rPr>
    </w:lvl>
  </w:abstractNum>
  <w:num w:numId="1" w16cid:durableId="753937917">
    <w:abstractNumId w:val="8"/>
  </w:num>
  <w:num w:numId="2" w16cid:durableId="229392384">
    <w:abstractNumId w:val="6"/>
  </w:num>
  <w:num w:numId="3" w16cid:durableId="1876041657">
    <w:abstractNumId w:val="5"/>
  </w:num>
  <w:num w:numId="4" w16cid:durableId="539510579">
    <w:abstractNumId w:val="4"/>
  </w:num>
  <w:num w:numId="5" w16cid:durableId="1052120525">
    <w:abstractNumId w:val="7"/>
  </w:num>
  <w:num w:numId="6" w16cid:durableId="1857116525">
    <w:abstractNumId w:val="3"/>
  </w:num>
  <w:num w:numId="7" w16cid:durableId="381947673">
    <w:abstractNumId w:val="2"/>
  </w:num>
  <w:num w:numId="8" w16cid:durableId="2028407940">
    <w:abstractNumId w:val="1"/>
  </w:num>
  <w:num w:numId="9" w16cid:durableId="14347827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9451C"/>
    <w:rsid w:val="0015074B"/>
    <w:rsid w:val="00183E58"/>
    <w:rsid w:val="001E256D"/>
    <w:rsid w:val="001F5961"/>
    <w:rsid w:val="0024589B"/>
    <w:rsid w:val="0029639D"/>
    <w:rsid w:val="002D71C5"/>
    <w:rsid w:val="002E0993"/>
    <w:rsid w:val="00326F90"/>
    <w:rsid w:val="00371508"/>
    <w:rsid w:val="004368E8"/>
    <w:rsid w:val="004D4ED8"/>
    <w:rsid w:val="00610F74"/>
    <w:rsid w:val="00641EAB"/>
    <w:rsid w:val="00684D05"/>
    <w:rsid w:val="006D7D13"/>
    <w:rsid w:val="006E2F2E"/>
    <w:rsid w:val="007354D6"/>
    <w:rsid w:val="008676E0"/>
    <w:rsid w:val="00931EE8"/>
    <w:rsid w:val="00A67B76"/>
    <w:rsid w:val="00AA1D8D"/>
    <w:rsid w:val="00B47730"/>
    <w:rsid w:val="00B91A4A"/>
    <w:rsid w:val="00C243EE"/>
    <w:rsid w:val="00CB0664"/>
    <w:rsid w:val="00CB26F0"/>
    <w:rsid w:val="00CC76E7"/>
    <w:rsid w:val="00D15475"/>
    <w:rsid w:val="00D335B6"/>
    <w:rsid w:val="00E86F98"/>
    <w:rsid w:val="00ED0BA7"/>
    <w:rsid w:val="00F31511"/>
    <w:rsid w:val="00F92181"/>
    <w:rsid w:val="00FC693F"/>
    <w:rsid w:val="00FF77B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0E6B648"/>
  <w14:defaultImageDpi w14:val="300"/>
  <w15:docId w15:val="{C1B2BE0E-24D8-4997-BB3E-18134DED1E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C693F"/>
    <w:rPr>
      <w:rFonts w:ascii="Arial" w:eastAsia="Arial" w:hAnsi="Arial"/>
      <w:sz w:val="20"/>
    </w:rPr>
  </w:style>
  <w:style w:type="paragraph" w:styleId="Antrat1">
    <w:name w:val="heading 1"/>
    <w:basedOn w:val="prastasis"/>
    <w:next w:val="prastasis"/>
    <w:link w:val="Antrat1Diagrama"/>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2"/>
      <w:szCs w:val="28"/>
    </w:rPr>
  </w:style>
  <w:style w:type="paragraph" w:styleId="Antrat2">
    <w:name w:val="heading 2"/>
    <w:basedOn w:val="prastasis"/>
    <w:next w:val="prastasis"/>
    <w:link w:val="Antrat2Diagrama"/>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Antrat3">
    <w:name w:val="heading 3"/>
    <w:basedOn w:val="prastasis"/>
    <w:next w:val="prastasis"/>
    <w:link w:val="Antrat3Diagrama"/>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Antrat4">
    <w:name w:val="heading 4"/>
    <w:basedOn w:val="prastasis"/>
    <w:next w:val="prastasis"/>
    <w:link w:val="Antrat4Diagrama"/>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Antrat5">
    <w:name w:val="heading 5"/>
    <w:basedOn w:val="prastasis"/>
    <w:next w:val="prastasis"/>
    <w:link w:val="Antrat5Diagrama"/>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Antrat6">
    <w:name w:val="heading 6"/>
    <w:basedOn w:val="prastasis"/>
    <w:next w:val="prastasis"/>
    <w:link w:val="Antrat6Diagrama"/>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Antrat7">
    <w:name w:val="heading 7"/>
    <w:basedOn w:val="prastasis"/>
    <w:next w:val="prastasis"/>
    <w:link w:val="Antrat7Diagrama"/>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Antrat8">
    <w:name w:val="heading 8"/>
    <w:basedOn w:val="prastasis"/>
    <w:next w:val="prastasis"/>
    <w:link w:val="Antrat8Diagrama"/>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Antrat9">
    <w:name w:val="heading 9"/>
    <w:basedOn w:val="prastasis"/>
    <w:next w:val="prastasis"/>
    <w:link w:val="Antrat9Diagrama"/>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E618BF"/>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E618BF"/>
  </w:style>
  <w:style w:type="paragraph" w:styleId="Porat">
    <w:name w:val="footer"/>
    <w:basedOn w:val="prastasis"/>
    <w:link w:val="PoratDiagrama"/>
    <w:uiPriority w:val="99"/>
    <w:unhideWhenUsed/>
    <w:rsid w:val="00E618BF"/>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E618BF"/>
  </w:style>
  <w:style w:type="paragraph" w:styleId="Betarp">
    <w:name w:val="No Spacing"/>
    <w:uiPriority w:val="1"/>
    <w:qFormat/>
    <w:rsid w:val="00FC693F"/>
    <w:pPr>
      <w:spacing w:after="0" w:line="240" w:lineRule="auto"/>
    </w:pPr>
  </w:style>
  <w:style w:type="character" w:customStyle="1" w:styleId="Antrat1Diagrama">
    <w:name w:val="Antraštė 1 Diagrama"/>
    <w:basedOn w:val="Numatytasispastraiposriftas"/>
    <w:link w:val="Antra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Antrat2Diagrama">
    <w:name w:val="Antraštė 2 Diagrama"/>
    <w:basedOn w:val="Numatytasispastraiposriftas"/>
    <w:link w:val="Antrat2"/>
    <w:uiPriority w:val="9"/>
    <w:rsid w:val="00FC693F"/>
    <w:rPr>
      <w:rFonts w:asciiTheme="majorHAnsi" w:eastAsiaTheme="majorEastAsia" w:hAnsiTheme="majorHAnsi" w:cstheme="majorBidi"/>
      <w:b/>
      <w:bCs/>
      <w:color w:val="4F81BD" w:themeColor="accent1"/>
      <w:sz w:val="26"/>
      <w:szCs w:val="26"/>
    </w:rPr>
  </w:style>
  <w:style w:type="character" w:customStyle="1" w:styleId="Antrat3Diagrama">
    <w:name w:val="Antraštė 3 Diagrama"/>
    <w:basedOn w:val="Numatytasispastraiposriftas"/>
    <w:link w:val="Antrat3"/>
    <w:uiPriority w:val="9"/>
    <w:rsid w:val="00FC693F"/>
    <w:rPr>
      <w:rFonts w:asciiTheme="majorHAnsi" w:eastAsiaTheme="majorEastAsia" w:hAnsiTheme="majorHAnsi" w:cstheme="majorBidi"/>
      <w:b/>
      <w:bCs/>
      <w:color w:val="4F81BD" w:themeColor="accent1"/>
    </w:rPr>
  </w:style>
  <w:style w:type="paragraph" w:styleId="Pavadinimas">
    <w:name w:val="Title"/>
    <w:basedOn w:val="prastasis"/>
    <w:next w:val="prastasis"/>
    <w:link w:val="PavadinimasDiagrama"/>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28"/>
      <w:szCs w:val="52"/>
    </w:rPr>
  </w:style>
  <w:style w:type="character" w:customStyle="1" w:styleId="PavadinimasDiagrama">
    <w:name w:val="Pavadinimas Diagrama"/>
    <w:basedOn w:val="Numatytasispastraiposriftas"/>
    <w:link w:val="Pavadinimas"/>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aantrat">
    <w:name w:val="Subtitle"/>
    <w:basedOn w:val="prastasis"/>
    <w:next w:val="prastasis"/>
    <w:link w:val="PaantratDiagrama"/>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aantratDiagrama">
    <w:name w:val="Paantraštė Diagrama"/>
    <w:basedOn w:val="Numatytasispastraiposriftas"/>
    <w:link w:val="Paantrat"/>
    <w:uiPriority w:val="11"/>
    <w:rsid w:val="00FC693F"/>
    <w:rPr>
      <w:rFonts w:asciiTheme="majorHAnsi" w:eastAsiaTheme="majorEastAsia" w:hAnsiTheme="majorHAnsi" w:cstheme="majorBidi"/>
      <w:i/>
      <w:iCs/>
      <w:color w:val="4F81BD" w:themeColor="accent1"/>
      <w:spacing w:val="15"/>
      <w:sz w:val="24"/>
      <w:szCs w:val="24"/>
    </w:rPr>
  </w:style>
  <w:style w:type="paragraph" w:styleId="Sraopastraipa">
    <w:name w:val="List Paragraph"/>
    <w:basedOn w:val="prastasis"/>
    <w:uiPriority w:val="34"/>
    <w:qFormat/>
    <w:rsid w:val="00FC693F"/>
    <w:pPr>
      <w:ind w:left="720"/>
      <w:contextualSpacing/>
    </w:pPr>
  </w:style>
  <w:style w:type="paragraph" w:styleId="Pagrindinistekstas">
    <w:name w:val="Body Text"/>
    <w:basedOn w:val="prastasis"/>
    <w:link w:val="PagrindinistekstasDiagrama"/>
    <w:uiPriority w:val="99"/>
    <w:unhideWhenUsed/>
    <w:rsid w:val="00AA1D8D"/>
    <w:pPr>
      <w:spacing w:after="120"/>
    </w:pPr>
  </w:style>
  <w:style w:type="character" w:customStyle="1" w:styleId="PagrindinistekstasDiagrama">
    <w:name w:val="Pagrindinis tekstas Diagrama"/>
    <w:basedOn w:val="Numatytasispastraiposriftas"/>
    <w:link w:val="Pagrindinistekstas"/>
    <w:uiPriority w:val="99"/>
    <w:rsid w:val="00AA1D8D"/>
  </w:style>
  <w:style w:type="paragraph" w:styleId="Pagrindinistekstas2">
    <w:name w:val="Body Text 2"/>
    <w:basedOn w:val="prastasis"/>
    <w:link w:val="Pagrindinistekstas2Diagrama"/>
    <w:uiPriority w:val="99"/>
    <w:unhideWhenUsed/>
    <w:rsid w:val="00AA1D8D"/>
    <w:pPr>
      <w:spacing w:after="120" w:line="480" w:lineRule="auto"/>
    </w:pPr>
  </w:style>
  <w:style w:type="character" w:customStyle="1" w:styleId="Pagrindinistekstas2Diagrama">
    <w:name w:val="Pagrindinis tekstas 2 Diagrama"/>
    <w:basedOn w:val="Numatytasispastraiposriftas"/>
    <w:link w:val="Pagrindinistekstas2"/>
    <w:uiPriority w:val="99"/>
    <w:rsid w:val="00AA1D8D"/>
  </w:style>
  <w:style w:type="paragraph" w:styleId="Pagrindinistekstas3">
    <w:name w:val="Body Text 3"/>
    <w:basedOn w:val="prastasis"/>
    <w:link w:val="Pagrindinistekstas3Diagrama"/>
    <w:uiPriority w:val="99"/>
    <w:unhideWhenUsed/>
    <w:rsid w:val="00AA1D8D"/>
    <w:pPr>
      <w:spacing w:after="120"/>
    </w:pPr>
    <w:rPr>
      <w:sz w:val="16"/>
      <w:szCs w:val="16"/>
    </w:rPr>
  </w:style>
  <w:style w:type="character" w:customStyle="1" w:styleId="Pagrindinistekstas3Diagrama">
    <w:name w:val="Pagrindinis tekstas 3 Diagrama"/>
    <w:basedOn w:val="Numatytasispastraiposriftas"/>
    <w:link w:val="Pagrindinistekstas3"/>
    <w:uiPriority w:val="99"/>
    <w:rsid w:val="00AA1D8D"/>
    <w:rPr>
      <w:sz w:val="16"/>
      <w:szCs w:val="16"/>
    </w:rPr>
  </w:style>
  <w:style w:type="paragraph" w:styleId="Sraas">
    <w:name w:val="List"/>
    <w:basedOn w:val="prastasis"/>
    <w:uiPriority w:val="99"/>
    <w:unhideWhenUsed/>
    <w:rsid w:val="00AA1D8D"/>
    <w:pPr>
      <w:ind w:left="360" w:hanging="360"/>
      <w:contextualSpacing/>
    </w:pPr>
  </w:style>
  <w:style w:type="paragraph" w:styleId="Sraas2">
    <w:name w:val="List 2"/>
    <w:basedOn w:val="prastasis"/>
    <w:uiPriority w:val="99"/>
    <w:unhideWhenUsed/>
    <w:rsid w:val="00326F90"/>
    <w:pPr>
      <w:ind w:left="720" w:hanging="360"/>
      <w:contextualSpacing/>
    </w:pPr>
  </w:style>
  <w:style w:type="paragraph" w:styleId="Sraas3">
    <w:name w:val="List 3"/>
    <w:basedOn w:val="prastasis"/>
    <w:uiPriority w:val="99"/>
    <w:unhideWhenUsed/>
    <w:rsid w:val="00326F90"/>
    <w:pPr>
      <w:ind w:left="1080" w:hanging="360"/>
      <w:contextualSpacing/>
    </w:pPr>
  </w:style>
  <w:style w:type="paragraph" w:styleId="Sraassuenkleliais">
    <w:name w:val="List Bullet"/>
    <w:basedOn w:val="prastasis"/>
    <w:uiPriority w:val="99"/>
    <w:unhideWhenUsed/>
    <w:rsid w:val="00326F90"/>
    <w:pPr>
      <w:numPr>
        <w:numId w:val="1"/>
      </w:numPr>
      <w:contextualSpacing/>
    </w:pPr>
  </w:style>
  <w:style w:type="paragraph" w:styleId="Sraassuenkleliais2">
    <w:name w:val="List Bullet 2"/>
    <w:basedOn w:val="prastasis"/>
    <w:uiPriority w:val="99"/>
    <w:unhideWhenUsed/>
    <w:rsid w:val="00326F90"/>
    <w:pPr>
      <w:numPr>
        <w:numId w:val="2"/>
      </w:numPr>
      <w:contextualSpacing/>
    </w:pPr>
  </w:style>
  <w:style w:type="paragraph" w:styleId="Sraassuenkleliais3">
    <w:name w:val="List Bullet 3"/>
    <w:basedOn w:val="prastasis"/>
    <w:uiPriority w:val="99"/>
    <w:unhideWhenUsed/>
    <w:rsid w:val="00326F90"/>
    <w:pPr>
      <w:numPr>
        <w:numId w:val="3"/>
      </w:numPr>
      <w:contextualSpacing/>
    </w:pPr>
  </w:style>
  <w:style w:type="paragraph" w:styleId="Sraassunumeriais">
    <w:name w:val="List Number"/>
    <w:basedOn w:val="prastasis"/>
    <w:uiPriority w:val="99"/>
    <w:unhideWhenUsed/>
    <w:rsid w:val="00326F90"/>
    <w:pPr>
      <w:numPr>
        <w:numId w:val="5"/>
      </w:numPr>
      <w:contextualSpacing/>
    </w:pPr>
  </w:style>
  <w:style w:type="paragraph" w:styleId="Sraassunumeriais2">
    <w:name w:val="List Number 2"/>
    <w:basedOn w:val="prastasis"/>
    <w:uiPriority w:val="99"/>
    <w:unhideWhenUsed/>
    <w:rsid w:val="0029639D"/>
    <w:pPr>
      <w:numPr>
        <w:numId w:val="6"/>
      </w:numPr>
      <w:contextualSpacing/>
    </w:pPr>
  </w:style>
  <w:style w:type="paragraph" w:styleId="Sraassunumeriais3">
    <w:name w:val="List Number 3"/>
    <w:basedOn w:val="prastasis"/>
    <w:uiPriority w:val="99"/>
    <w:unhideWhenUsed/>
    <w:rsid w:val="0029639D"/>
    <w:pPr>
      <w:numPr>
        <w:numId w:val="7"/>
      </w:numPr>
      <w:contextualSpacing/>
    </w:pPr>
  </w:style>
  <w:style w:type="paragraph" w:styleId="Sraotsinys">
    <w:name w:val="List Continue"/>
    <w:basedOn w:val="prastasis"/>
    <w:uiPriority w:val="99"/>
    <w:unhideWhenUsed/>
    <w:rsid w:val="0029639D"/>
    <w:pPr>
      <w:spacing w:after="120"/>
      <w:ind w:left="360"/>
      <w:contextualSpacing/>
    </w:pPr>
  </w:style>
  <w:style w:type="paragraph" w:styleId="Sraotsinys2">
    <w:name w:val="List Continue 2"/>
    <w:basedOn w:val="prastasis"/>
    <w:uiPriority w:val="99"/>
    <w:unhideWhenUsed/>
    <w:rsid w:val="0029639D"/>
    <w:pPr>
      <w:spacing w:after="120"/>
      <w:ind w:left="720"/>
      <w:contextualSpacing/>
    </w:pPr>
  </w:style>
  <w:style w:type="paragraph" w:styleId="Sraotsinys3">
    <w:name w:val="List Continue 3"/>
    <w:basedOn w:val="prastasis"/>
    <w:uiPriority w:val="99"/>
    <w:unhideWhenUsed/>
    <w:rsid w:val="0029639D"/>
    <w:pPr>
      <w:spacing w:after="120"/>
      <w:ind w:left="1080"/>
      <w:contextualSpacing/>
    </w:pPr>
  </w:style>
  <w:style w:type="paragraph" w:styleId="Makrokomandostekstas">
    <w:name w:val="macro"/>
    <w:link w:val="MakrokomandostekstasDiagrama"/>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komandostekstasDiagrama">
    <w:name w:val="Makrokomandos tekstas Diagrama"/>
    <w:basedOn w:val="Numatytasispastraiposriftas"/>
    <w:link w:val="Makrokomandostekstas"/>
    <w:uiPriority w:val="99"/>
    <w:rsid w:val="0029639D"/>
    <w:rPr>
      <w:rFonts w:ascii="Courier" w:hAnsi="Courier"/>
      <w:sz w:val="20"/>
      <w:szCs w:val="20"/>
    </w:rPr>
  </w:style>
  <w:style w:type="paragraph" w:styleId="Citata">
    <w:name w:val="Quote"/>
    <w:basedOn w:val="prastasis"/>
    <w:next w:val="prastasis"/>
    <w:link w:val="CitataDiagrama"/>
    <w:uiPriority w:val="29"/>
    <w:qFormat/>
    <w:rsid w:val="00FC693F"/>
    <w:rPr>
      <w:i/>
      <w:iCs/>
      <w:color w:val="000000" w:themeColor="text1"/>
    </w:rPr>
  </w:style>
  <w:style w:type="character" w:customStyle="1" w:styleId="CitataDiagrama">
    <w:name w:val="Citata Diagrama"/>
    <w:basedOn w:val="Numatytasispastraiposriftas"/>
    <w:link w:val="Citata"/>
    <w:uiPriority w:val="29"/>
    <w:rsid w:val="00FC693F"/>
    <w:rPr>
      <w:i/>
      <w:iCs/>
      <w:color w:val="000000" w:themeColor="text1"/>
    </w:rPr>
  </w:style>
  <w:style w:type="character" w:customStyle="1" w:styleId="Antrat4Diagrama">
    <w:name w:val="Antraštė 4 Diagrama"/>
    <w:basedOn w:val="Numatytasispastraiposriftas"/>
    <w:link w:val="Antrat4"/>
    <w:uiPriority w:val="9"/>
    <w:semiHidden/>
    <w:rsid w:val="00FC693F"/>
    <w:rPr>
      <w:rFonts w:asciiTheme="majorHAnsi" w:eastAsiaTheme="majorEastAsia" w:hAnsiTheme="majorHAnsi" w:cstheme="majorBidi"/>
      <w:b/>
      <w:bCs/>
      <w:i/>
      <w:iCs/>
      <w:color w:val="4F81BD" w:themeColor="accent1"/>
    </w:rPr>
  </w:style>
  <w:style w:type="character" w:customStyle="1" w:styleId="Antrat5Diagrama">
    <w:name w:val="Antraštė 5 Diagrama"/>
    <w:basedOn w:val="Numatytasispastraiposriftas"/>
    <w:link w:val="Antrat5"/>
    <w:uiPriority w:val="9"/>
    <w:semiHidden/>
    <w:rsid w:val="00FC693F"/>
    <w:rPr>
      <w:rFonts w:asciiTheme="majorHAnsi" w:eastAsiaTheme="majorEastAsia" w:hAnsiTheme="majorHAnsi" w:cstheme="majorBidi"/>
      <w:color w:val="243F60" w:themeColor="accent1" w:themeShade="7F"/>
    </w:rPr>
  </w:style>
  <w:style w:type="character" w:customStyle="1" w:styleId="Antrat6Diagrama">
    <w:name w:val="Antraštė 6 Diagrama"/>
    <w:basedOn w:val="Numatytasispastraiposriftas"/>
    <w:link w:val="Antrat6"/>
    <w:uiPriority w:val="9"/>
    <w:semiHidden/>
    <w:rsid w:val="00FC693F"/>
    <w:rPr>
      <w:rFonts w:asciiTheme="majorHAnsi" w:eastAsiaTheme="majorEastAsia" w:hAnsiTheme="majorHAnsi" w:cstheme="majorBidi"/>
      <w:i/>
      <w:iCs/>
      <w:color w:val="243F60" w:themeColor="accent1" w:themeShade="7F"/>
    </w:rPr>
  </w:style>
  <w:style w:type="character" w:customStyle="1" w:styleId="Antrat7Diagrama">
    <w:name w:val="Antraštė 7 Diagrama"/>
    <w:basedOn w:val="Numatytasispastraiposriftas"/>
    <w:link w:val="Antrat7"/>
    <w:uiPriority w:val="9"/>
    <w:semiHidden/>
    <w:rsid w:val="00FC693F"/>
    <w:rPr>
      <w:rFonts w:asciiTheme="majorHAnsi" w:eastAsiaTheme="majorEastAsia" w:hAnsiTheme="majorHAnsi" w:cstheme="majorBidi"/>
      <w:i/>
      <w:iCs/>
      <w:color w:val="404040" w:themeColor="text1" w:themeTint="BF"/>
    </w:rPr>
  </w:style>
  <w:style w:type="character" w:customStyle="1" w:styleId="Antrat8Diagrama">
    <w:name w:val="Antraštė 8 Diagrama"/>
    <w:basedOn w:val="Numatytasispastraiposriftas"/>
    <w:link w:val="Antrat8"/>
    <w:uiPriority w:val="9"/>
    <w:semiHidden/>
    <w:rsid w:val="00FC693F"/>
    <w:rPr>
      <w:rFonts w:asciiTheme="majorHAnsi" w:eastAsiaTheme="majorEastAsia" w:hAnsiTheme="majorHAnsi" w:cstheme="majorBidi"/>
      <w:color w:val="4F81BD" w:themeColor="accent1"/>
      <w:sz w:val="20"/>
      <w:szCs w:val="20"/>
    </w:rPr>
  </w:style>
  <w:style w:type="character" w:customStyle="1" w:styleId="Antrat9Diagrama">
    <w:name w:val="Antraštė 9 Diagrama"/>
    <w:basedOn w:val="Numatytasispastraiposriftas"/>
    <w:link w:val="Antrat9"/>
    <w:uiPriority w:val="9"/>
    <w:semiHidden/>
    <w:rsid w:val="00FC693F"/>
    <w:rPr>
      <w:rFonts w:asciiTheme="majorHAnsi" w:eastAsiaTheme="majorEastAsia" w:hAnsiTheme="majorHAnsi" w:cstheme="majorBidi"/>
      <w:i/>
      <w:iCs/>
      <w:color w:val="404040" w:themeColor="text1" w:themeTint="BF"/>
      <w:sz w:val="20"/>
      <w:szCs w:val="20"/>
    </w:rPr>
  </w:style>
  <w:style w:type="paragraph" w:styleId="Antrat">
    <w:name w:val="caption"/>
    <w:basedOn w:val="prastasis"/>
    <w:next w:val="prastasis"/>
    <w:uiPriority w:val="35"/>
    <w:semiHidden/>
    <w:unhideWhenUsed/>
    <w:qFormat/>
    <w:rsid w:val="00FC693F"/>
    <w:pPr>
      <w:spacing w:line="240" w:lineRule="auto"/>
    </w:pPr>
    <w:rPr>
      <w:b/>
      <w:bCs/>
      <w:color w:val="4F81BD" w:themeColor="accent1"/>
      <w:sz w:val="18"/>
      <w:szCs w:val="18"/>
    </w:rPr>
  </w:style>
  <w:style w:type="character" w:styleId="Grietas">
    <w:name w:val="Strong"/>
    <w:basedOn w:val="Numatytasispastraiposriftas"/>
    <w:uiPriority w:val="22"/>
    <w:qFormat/>
    <w:rsid w:val="00FC693F"/>
    <w:rPr>
      <w:b/>
      <w:bCs/>
    </w:rPr>
  </w:style>
  <w:style w:type="character" w:styleId="Emfaz">
    <w:name w:val="Emphasis"/>
    <w:basedOn w:val="Numatytasispastraiposriftas"/>
    <w:uiPriority w:val="20"/>
    <w:qFormat/>
    <w:rsid w:val="00FC693F"/>
    <w:rPr>
      <w:i/>
      <w:iCs/>
    </w:rPr>
  </w:style>
  <w:style w:type="paragraph" w:styleId="Iskirtacitata">
    <w:name w:val="Intense Quote"/>
    <w:basedOn w:val="prastasis"/>
    <w:next w:val="prastasis"/>
    <w:link w:val="IskirtacitataDiagrama"/>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skirtacitataDiagrama">
    <w:name w:val="Išskirta citata Diagrama"/>
    <w:basedOn w:val="Numatytasispastraiposriftas"/>
    <w:link w:val="Iskirtacitata"/>
    <w:uiPriority w:val="30"/>
    <w:rsid w:val="00FC693F"/>
    <w:rPr>
      <w:b/>
      <w:bCs/>
      <w:i/>
      <w:iCs/>
      <w:color w:val="4F81BD" w:themeColor="accent1"/>
    </w:rPr>
  </w:style>
  <w:style w:type="character" w:styleId="Nerykuspabraukimas">
    <w:name w:val="Subtle Emphasis"/>
    <w:basedOn w:val="Numatytasispastraiposriftas"/>
    <w:uiPriority w:val="19"/>
    <w:qFormat/>
    <w:rsid w:val="00FC693F"/>
    <w:rPr>
      <w:i/>
      <w:iCs/>
      <w:color w:val="808080" w:themeColor="text1" w:themeTint="7F"/>
    </w:rPr>
  </w:style>
  <w:style w:type="character" w:styleId="Rykuspabraukimas">
    <w:name w:val="Intense Emphasis"/>
    <w:basedOn w:val="Numatytasispastraiposriftas"/>
    <w:uiPriority w:val="21"/>
    <w:qFormat/>
    <w:rsid w:val="00FC693F"/>
    <w:rPr>
      <w:b/>
      <w:bCs/>
      <w:i/>
      <w:iCs/>
      <w:color w:val="4F81BD" w:themeColor="accent1"/>
    </w:rPr>
  </w:style>
  <w:style w:type="character" w:styleId="Nerykinuoroda">
    <w:name w:val="Subtle Reference"/>
    <w:basedOn w:val="Numatytasispastraiposriftas"/>
    <w:uiPriority w:val="31"/>
    <w:qFormat/>
    <w:rsid w:val="00FC693F"/>
    <w:rPr>
      <w:smallCaps/>
      <w:color w:val="C0504D" w:themeColor="accent2"/>
      <w:u w:val="single"/>
    </w:rPr>
  </w:style>
  <w:style w:type="character" w:styleId="Rykinuoroda">
    <w:name w:val="Intense Reference"/>
    <w:basedOn w:val="Numatytasispastraiposriftas"/>
    <w:uiPriority w:val="32"/>
    <w:qFormat/>
    <w:rsid w:val="00FC693F"/>
    <w:rPr>
      <w:b/>
      <w:bCs/>
      <w:smallCaps/>
      <w:color w:val="C0504D" w:themeColor="accent2"/>
      <w:spacing w:val="5"/>
      <w:u w:val="single"/>
    </w:rPr>
  </w:style>
  <w:style w:type="character" w:styleId="Knygospavadinimas">
    <w:name w:val="Book Title"/>
    <w:basedOn w:val="Numatytasispastraiposriftas"/>
    <w:uiPriority w:val="33"/>
    <w:qFormat/>
    <w:rsid w:val="00FC693F"/>
    <w:rPr>
      <w:b/>
      <w:bCs/>
      <w:smallCaps/>
      <w:spacing w:val="5"/>
    </w:rPr>
  </w:style>
  <w:style w:type="paragraph" w:styleId="Turinioantrat">
    <w:name w:val="TOC Heading"/>
    <w:basedOn w:val="Antrat1"/>
    <w:next w:val="prastasis"/>
    <w:uiPriority w:val="39"/>
    <w:semiHidden/>
    <w:unhideWhenUsed/>
    <w:qFormat/>
    <w:rsid w:val="00FC693F"/>
    <w:pPr>
      <w:outlineLvl w:val="9"/>
    </w:pPr>
  </w:style>
  <w:style w:type="table" w:styleId="Lentelstinklelis">
    <w:name w:val="Table Grid"/>
    <w:basedOn w:val="prastojilente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viesusisspalvinimas">
    <w:name w:val="Light Shading"/>
    <w:basedOn w:val="prastojilent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viesusspalvinimas1parykinimas">
    <w:name w:val="Light Shading Accent 1"/>
    <w:basedOn w:val="prastojilent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viesusspalvinimas2parykinimas">
    <w:name w:val="Light Shading Accent 2"/>
    <w:basedOn w:val="prastojilent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viesusspalvinimas3parykinimas">
    <w:name w:val="Light Shading Accent 3"/>
    <w:basedOn w:val="prastojilent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viesusspalvinimas4parykinimas">
    <w:name w:val="Light Shading Accent 4"/>
    <w:basedOn w:val="prastojilent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viesusspalvinimas5parykinimas">
    <w:name w:val="Light Shading Accent 5"/>
    <w:basedOn w:val="prastojilent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viesusspalvinimas6parykinimas">
    <w:name w:val="Light Shading Accent 6"/>
    <w:basedOn w:val="prastojilent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viesussraas">
    <w:name w:val="Light List"/>
    <w:basedOn w:val="prastojilent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viesussraas1parykinimas">
    <w:name w:val="Light List Accent 1"/>
    <w:basedOn w:val="prastojilent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viesussraas2parykinimas">
    <w:name w:val="Light List Accent 2"/>
    <w:basedOn w:val="prastojilent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viesussraas3parykinimas">
    <w:name w:val="Light List Accent 3"/>
    <w:basedOn w:val="prastojilent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viesussraas4parykinimas">
    <w:name w:val="Light List Accent 4"/>
    <w:basedOn w:val="prastojilent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viesussraas5parykinimas">
    <w:name w:val="Light List Accent 5"/>
    <w:basedOn w:val="prastojilent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viesussraas6parykinimas">
    <w:name w:val="Light List Accent 6"/>
    <w:basedOn w:val="prastojilent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viesustinklelis">
    <w:name w:val="Light Grid"/>
    <w:basedOn w:val="prastojilent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viesustinklelis1parykinimas">
    <w:name w:val="Light Grid Accent 1"/>
    <w:basedOn w:val="prastojilent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viesustinklelis2parykinimas">
    <w:name w:val="Light Grid Accent 2"/>
    <w:basedOn w:val="prastojilent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viesustinklelis3parykinimas">
    <w:name w:val="Light Grid Accent 3"/>
    <w:basedOn w:val="prastojilent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viesustinklelis4parykinimas">
    <w:name w:val="Light Grid Accent 4"/>
    <w:basedOn w:val="prastojilent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viesustinklelis5parykinimas">
    <w:name w:val="Light Grid Accent 5"/>
    <w:basedOn w:val="prastojilent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viesustinklelis6parykinimas">
    <w:name w:val="Light Grid Accent 6"/>
    <w:basedOn w:val="prastojilent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vidutinisspalvinimas">
    <w:name w:val="Medium Shading 1"/>
    <w:basedOn w:val="prastojilent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vidutinisspalvinimas1parykinimas">
    <w:name w:val="Medium Shading 1 Accent 1"/>
    <w:basedOn w:val="prastojilent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vidutinisspalvinimas2parykinimas">
    <w:name w:val="Medium Shading 1 Accent 2"/>
    <w:basedOn w:val="prastojilent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vidutinisspalvinimas3parykinimas">
    <w:name w:val="Medium Shading 1 Accent 3"/>
    <w:basedOn w:val="prastojilent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vidutinisspalvinimas4parykinimas">
    <w:name w:val="Medium Shading 1 Accent 4"/>
    <w:basedOn w:val="prastojilent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vidutinisspalvinimas5parykinimas">
    <w:name w:val="Medium Shading 1 Accent 5"/>
    <w:basedOn w:val="prastojilent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vidutinisspalvinimas6parykinimas">
    <w:name w:val="Medium Shading 1 Accent 6"/>
    <w:basedOn w:val="prastojilent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vidutinisspalvinimas">
    <w:name w:val="Medium Shading 2"/>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1parykinimas">
    <w:name w:val="Medium Shading 2 Accent 1"/>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2parykinimas">
    <w:name w:val="Medium Shading 2 Accent 2"/>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3parykinimas">
    <w:name w:val="Medium Shading 2 Accent 3"/>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4parykinimas">
    <w:name w:val="Medium Shading 2 Accent 4"/>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5parykinimas">
    <w:name w:val="Medium Shading 2 Accent 5"/>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6parykinimas">
    <w:name w:val="Medium Shading 2 Accent 6"/>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vidutinissraas">
    <w:name w:val="Medium List 1"/>
    <w:basedOn w:val="prastojilent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vidutinissraas1parykinimas">
    <w:name w:val="Medium List 1 Accent 1"/>
    <w:basedOn w:val="prastojilent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vidutinissraas2parykinimas">
    <w:name w:val="Medium List 1 Accent 2"/>
    <w:basedOn w:val="prastojilent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vidutinissraas3parykinimas">
    <w:name w:val="Medium List 1 Accent 3"/>
    <w:basedOn w:val="prastojilent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vidutinissraas4parykinimas">
    <w:name w:val="Medium List 1 Accent 4"/>
    <w:basedOn w:val="prastojilent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vidutinissraas5parykinimas">
    <w:name w:val="Medium List 1 Accent 5"/>
    <w:basedOn w:val="prastojilent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vidutinissraas6parykinimas">
    <w:name w:val="Medium List 1 Accent 6"/>
    <w:basedOn w:val="prastojilent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vidutinissraas">
    <w:name w:val="Medium List 2"/>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1parykinimas">
    <w:name w:val="Medium List 2 Accent 1"/>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2parykinimas">
    <w:name w:val="Medium List 2 Accent 2"/>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3parykinimas">
    <w:name w:val="Medium List 2 Accent 3"/>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4parykinimas">
    <w:name w:val="Medium List 2 Accent 4"/>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5parykinimas">
    <w:name w:val="Medium List 2 Accent 5"/>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6parykinimas">
    <w:name w:val="Medium List 2 Accent 6"/>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vidutinistinklelis">
    <w:name w:val="Medium Grid 1"/>
    <w:basedOn w:val="prastojilent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vidutinistinklelis1parykinimas">
    <w:name w:val="Medium Grid 1 Accent 1"/>
    <w:basedOn w:val="prastojilent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vidutinistinklelis2parykinimas">
    <w:name w:val="Medium Grid 1 Accent 2"/>
    <w:basedOn w:val="prastojilent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vidutinistinklelis3parykinimas">
    <w:name w:val="Medium Grid 1 Accent 3"/>
    <w:basedOn w:val="prastojilent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vidutinistinklelis4parykinimas">
    <w:name w:val="Medium Grid 1 Accent 4"/>
    <w:basedOn w:val="prastojilent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vidutinistinklelis5parykinimas">
    <w:name w:val="Medium Grid 1 Accent 5"/>
    <w:basedOn w:val="prastojilent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vidutinistinklelis6parykinimas">
    <w:name w:val="Medium Grid 1 Accent 6"/>
    <w:basedOn w:val="prastojilent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vidutinistinklelis">
    <w:name w:val="Medium Grid 2"/>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vidutinistinklelis1parykinimas">
    <w:name w:val="Medium Grid 2 Accent 1"/>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vidutinistinklelis2parykinimas">
    <w:name w:val="Medium Grid 2 Accent 2"/>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vidutinistinklelis3parykinimas">
    <w:name w:val="Medium Grid 2 Accent 3"/>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vidutinistinklelis4parykinimas">
    <w:name w:val="Medium Grid 2 Accent 4"/>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vidutinistinklelis5parykinimas">
    <w:name w:val="Medium Grid 2 Accent 5"/>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vidutinistinklelis6parykinimas">
    <w:name w:val="Medium Grid 2 Accent 6"/>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vidutinistinklelis">
    <w:name w:val="Medium Grid 3"/>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vidutinistinklelis1parykinimas">
    <w:name w:val="Medium Grid 3 Accent 1"/>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vidutinistinklelis2parykinimas">
    <w:name w:val="Medium Grid 3 Accent 2"/>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vidutinistinklelis3parykinimas">
    <w:name w:val="Medium Grid 3 Accent 3"/>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vidutinistinklelis4parykinimas">
    <w:name w:val="Medium Grid 3 Accent 4"/>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vidutinistinklelis5parykinimas">
    <w:name w:val="Medium Grid 3 Accent 5"/>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vidutinistinklelis6parykinimas">
    <w:name w:val="Medium Grid 3 Accent 6"/>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amsussraas">
    <w:name w:val="Dark List"/>
    <w:basedOn w:val="prastojilent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amsussraas1parykinimas">
    <w:name w:val="Dark List Accent 1"/>
    <w:basedOn w:val="prastojilent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amsussraas2parykinimas">
    <w:name w:val="Dark List Accent 2"/>
    <w:basedOn w:val="prastojilent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amsussraas3parykinimas">
    <w:name w:val="Dark List Accent 3"/>
    <w:basedOn w:val="prastojilent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amsussraas4parykinimas">
    <w:name w:val="Dark List Accent 4"/>
    <w:basedOn w:val="prastojilent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amsussraas5parykinimas">
    <w:name w:val="Dark List Accent 5"/>
    <w:basedOn w:val="prastojilent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amsussraas6parykinimas">
    <w:name w:val="Dark List Accent 6"/>
    <w:basedOn w:val="prastojilent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palvotasspalvinimas">
    <w:name w:val="Colorful Shading"/>
    <w:basedOn w:val="prastojilent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palvotasspalvinimas1parykinimas">
    <w:name w:val="Colorful Shading Accent 1"/>
    <w:basedOn w:val="prastojilent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palvotasspalvinimas2parykinimas">
    <w:name w:val="Colorful Shading Accent 2"/>
    <w:basedOn w:val="prastojilent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palvotasspalvinimas3parykinimas">
    <w:name w:val="Colorful Shading Accent 3"/>
    <w:basedOn w:val="prastojilent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palvotasspalvinimas4parykinimas">
    <w:name w:val="Colorful Shading Accent 4"/>
    <w:basedOn w:val="prastojilent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palvotasspalvinimas5parykinimas">
    <w:name w:val="Colorful Shading Accent 5"/>
    <w:basedOn w:val="prastojilent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palvotasspalvinimas6parykinimas">
    <w:name w:val="Colorful Shading Accent 6"/>
    <w:basedOn w:val="prastojilent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Spalvotassraas">
    <w:name w:val="Colorful List"/>
    <w:basedOn w:val="prastojilent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Spalvotassraas1parykinimas">
    <w:name w:val="Colorful List Accent 1"/>
    <w:basedOn w:val="prastojilent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Spalvotassraas2parykinimas">
    <w:name w:val="Colorful List Accent 2"/>
    <w:basedOn w:val="prastojilent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Spalvotassraas3parykinimas">
    <w:name w:val="Colorful List Accent 3"/>
    <w:basedOn w:val="prastojilent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Spalvotassraas4parykinimas">
    <w:name w:val="Colorful List Accent 4"/>
    <w:basedOn w:val="prastojilent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Spalvotassraas5parykinimas">
    <w:name w:val="Colorful List Accent 5"/>
    <w:basedOn w:val="prastojilent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Spalvotassraas6parykinimas">
    <w:name w:val="Colorful List Accent 6"/>
    <w:basedOn w:val="prastojilent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Spalvotastinklelis">
    <w:name w:val="Colorful Grid"/>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palvotastinklelis1parykinimas">
    <w:name w:val="Colorful Grid Accent 1"/>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palvotastinklelis2parykinimas">
    <w:name w:val="Colorful Grid Accent 2"/>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palvotastinklelis3parykinimas">
    <w:name w:val="Colorful Grid Accent 3"/>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palvotastinklelis4parykinimas">
    <w:name w:val="Colorful Grid Accent 4"/>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palvotastinklelis5parykinimas">
    <w:name w:val="Colorful Grid Accent 5"/>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palvotastinklelis6parykinimas">
    <w:name w:val="Colorful Grid Accent 6"/>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3</Pages>
  <Words>2697</Words>
  <Characters>1538</Characters>
  <Application>Microsoft Office Word</Application>
  <DocSecurity>0</DocSecurity>
  <Lines>12</Lines>
  <Paragraphs>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4227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Aistė Paplauskienė</cp:lastModifiedBy>
  <cp:revision>5</cp:revision>
  <dcterms:created xsi:type="dcterms:W3CDTF">2026-11-03T13:32:00Z</dcterms:created>
  <dcterms:modified xsi:type="dcterms:W3CDTF">2026-11-05T09:24:00Z</dcterms:modified>
  <cp:category/>
</cp:coreProperties>
</file>