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7EAAA" w14:textId="7CD896EE" w:rsidR="00BA1E0E" w:rsidRDefault="00B65DBA" w:rsidP="00B65DBA">
      <w:pPr>
        <w:pStyle w:val="Heading2"/>
        <w:jc w:val="right"/>
        <w:rPr>
          <w:rFonts w:ascii="Arial" w:hAnsi="Arial" w:cs="Arial"/>
          <w:b w:val="0"/>
          <w:bCs w:val="0"/>
          <w:i/>
          <w:iCs/>
          <w:color w:val="auto"/>
          <w:sz w:val="22"/>
          <w:szCs w:val="22"/>
          <w:lang w:val="lt-LT"/>
        </w:rPr>
      </w:pPr>
      <w:r w:rsidRPr="00497853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  <w:lang w:val="lt-LT"/>
        </w:rPr>
        <w:t>Techninės specifikacijos priedas Nr. 2</w:t>
      </w:r>
      <w:r w:rsidR="00497853" w:rsidRPr="00497853">
        <w:rPr>
          <w:rFonts w:ascii="Arial" w:hAnsi="Arial" w:cs="Arial"/>
          <w:b w:val="0"/>
          <w:bCs w:val="0"/>
          <w:i/>
          <w:iCs/>
          <w:color w:val="auto"/>
          <w:sz w:val="22"/>
          <w:szCs w:val="22"/>
          <w:lang w:val="lt-LT"/>
        </w:rPr>
        <w:t xml:space="preserve"> </w:t>
      </w:r>
    </w:p>
    <w:p w14:paraId="1C23176F" w14:textId="77777777" w:rsidR="00262024" w:rsidRPr="00262024" w:rsidRDefault="00262024" w:rsidP="00262024">
      <w:pPr>
        <w:rPr>
          <w:lang w:val="lt-LT"/>
        </w:rPr>
      </w:pPr>
    </w:p>
    <w:tbl>
      <w:tblPr>
        <w:tblStyle w:val="TableGrid"/>
        <w:tblW w:w="12895" w:type="dxa"/>
        <w:tblLayout w:type="fixed"/>
        <w:tblLook w:val="04A0" w:firstRow="1" w:lastRow="0" w:firstColumn="1" w:lastColumn="0" w:noHBand="0" w:noVBand="1"/>
      </w:tblPr>
      <w:tblGrid>
        <w:gridCol w:w="634"/>
        <w:gridCol w:w="2161"/>
        <w:gridCol w:w="10100"/>
      </w:tblGrid>
      <w:tr w:rsidR="00B65DBA" w:rsidRPr="00262024" w14:paraId="50A2A88A" w14:textId="0A6324A1" w:rsidTr="00B65DBA">
        <w:trPr>
          <w:trHeight w:val="20"/>
        </w:trPr>
        <w:tc>
          <w:tcPr>
            <w:tcW w:w="634" w:type="dxa"/>
            <w:vAlign w:val="center"/>
          </w:tcPr>
          <w:p w14:paraId="4FD4FED7" w14:textId="77777777" w:rsidR="00B65DBA" w:rsidRPr="00497853" w:rsidRDefault="00B65DBA" w:rsidP="00880015">
            <w:pPr>
              <w:jc w:val="center"/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>Eil. Nr.</w:t>
            </w:r>
          </w:p>
        </w:tc>
        <w:tc>
          <w:tcPr>
            <w:tcW w:w="2161" w:type="dxa"/>
            <w:vAlign w:val="center"/>
          </w:tcPr>
          <w:p w14:paraId="394170D2" w14:textId="77777777" w:rsidR="00B65DBA" w:rsidRPr="00497853" w:rsidRDefault="00B65DBA" w:rsidP="00880015">
            <w:pPr>
              <w:jc w:val="center"/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>Baldo pavadinimas</w:t>
            </w:r>
          </w:p>
        </w:tc>
        <w:tc>
          <w:tcPr>
            <w:tcW w:w="10100" w:type="dxa"/>
            <w:vAlign w:val="center"/>
          </w:tcPr>
          <w:p w14:paraId="11999633" w14:textId="1E41B22D" w:rsidR="00B65DBA" w:rsidRPr="00497853" w:rsidRDefault="00497853" w:rsidP="00880015">
            <w:pPr>
              <w:jc w:val="center"/>
              <w:rPr>
                <w:rFonts w:ascii="Arial" w:hAnsi="Arial" w:cs="Arial"/>
                <w:b/>
                <w:bCs/>
                <w:lang w:val="lt-LT"/>
              </w:rPr>
            </w:pPr>
            <w:r>
              <w:rPr>
                <w:rFonts w:ascii="Arial" w:hAnsi="Arial" w:cs="Arial"/>
                <w:b/>
                <w:bCs/>
                <w:lang w:val="lt-LT"/>
              </w:rPr>
              <w:t>Baldų p</w:t>
            </w:r>
            <w:r w:rsidR="00B65DBA" w:rsidRPr="00497853">
              <w:rPr>
                <w:rFonts w:ascii="Arial" w:hAnsi="Arial" w:cs="Arial"/>
                <w:b/>
                <w:bCs/>
                <w:lang w:val="lt-LT"/>
              </w:rPr>
              <w:t>avyzdžio nuotrauka</w:t>
            </w:r>
          </w:p>
          <w:p w14:paraId="49C454CD" w14:textId="1205BD37" w:rsidR="00B65DBA" w:rsidRPr="00497853" w:rsidRDefault="00B65DBA" w:rsidP="00880015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color w:val="4F81BD" w:themeColor="accent1"/>
                <w:lang w:val="lt-LT"/>
              </w:rPr>
              <w:t>Pateikta nuotrauka / vizualizacija yra orientacinė</w:t>
            </w:r>
            <w:r w:rsidRPr="00497853">
              <w:rPr>
                <w:rFonts w:ascii="Arial" w:hAnsi="Arial" w:cs="Arial"/>
                <w:i/>
                <w:iCs/>
                <w:color w:val="4F81BD" w:themeColor="accent1"/>
                <w:lang w:val="lt-LT"/>
              </w:rPr>
              <w:t xml:space="preserve">. </w:t>
            </w:r>
          </w:p>
        </w:tc>
      </w:tr>
      <w:tr w:rsidR="00B65DBA" w:rsidRPr="00497853" w14:paraId="1DE6FBF2" w14:textId="23C2E6BE" w:rsidTr="00B65DBA">
        <w:trPr>
          <w:trHeight w:val="4232"/>
        </w:trPr>
        <w:tc>
          <w:tcPr>
            <w:tcW w:w="634" w:type="dxa"/>
          </w:tcPr>
          <w:p w14:paraId="42043875" w14:textId="07B79D69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1.</w:t>
            </w:r>
          </w:p>
        </w:tc>
        <w:tc>
          <w:tcPr>
            <w:tcW w:w="2161" w:type="dxa"/>
          </w:tcPr>
          <w:p w14:paraId="36F6A584" w14:textId="0A73635D" w:rsidR="00B65DBA" w:rsidRPr="00497853" w:rsidRDefault="00B65DBA" w:rsidP="00304177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Kavos / laisvalaikio stalas </w:t>
            </w:r>
          </w:p>
        </w:tc>
        <w:tc>
          <w:tcPr>
            <w:tcW w:w="10100" w:type="dxa"/>
          </w:tcPr>
          <w:p w14:paraId="4B4FE2F5" w14:textId="2FCBD1E5" w:rsidR="00B65DBA" w:rsidRPr="00497853" w:rsidRDefault="00B65DBA" w:rsidP="002E125C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59E13499" wp14:editId="2FABB790">
                  <wp:extent cx="1112993" cy="936434"/>
                  <wp:effectExtent l="0" t="0" r="0" b="0"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3C3296-730C-4C74-819B-892F736B3E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E53C3296-730C-4C74-819B-892F736B3E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93" cy="93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C1ED0" w14:textId="75F7D851" w:rsidR="00B65DBA" w:rsidRPr="00497853" w:rsidRDefault="00B65DBA" w:rsidP="002E125C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40328A65" wp14:editId="6DF41EFA">
                  <wp:extent cx="1000699" cy="1091598"/>
                  <wp:effectExtent l="0" t="0" r="9525" b="0"/>
                  <wp:docPr id="1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38DA1-DB6D-492B-8639-DDAE35C57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id="{21D38DA1-DB6D-492B-8639-DDAE35C570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99" cy="109159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8FA1E98" w14:textId="77777777" w:rsidR="00B65DBA" w:rsidRPr="00497853" w:rsidRDefault="00B65DBA" w:rsidP="002E125C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40A8D601" w14:textId="7F1E6A83" w:rsidR="00B65DBA" w:rsidRPr="00497853" w:rsidRDefault="00B65DBA" w:rsidP="002E125C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5692B2ED" w14:textId="28E4617E" w:rsidTr="00B65DBA">
        <w:trPr>
          <w:trHeight w:val="3109"/>
        </w:trPr>
        <w:tc>
          <w:tcPr>
            <w:tcW w:w="634" w:type="dxa"/>
          </w:tcPr>
          <w:p w14:paraId="415C3D65" w14:textId="3E018C98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2.</w:t>
            </w:r>
          </w:p>
        </w:tc>
        <w:tc>
          <w:tcPr>
            <w:tcW w:w="2161" w:type="dxa"/>
          </w:tcPr>
          <w:p w14:paraId="0AAC144D" w14:textId="61024AEE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Susitikimo apvalus stalas </w:t>
            </w:r>
          </w:p>
        </w:tc>
        <w:tc>
          <w:tcPr>
            <w:tcW w:w="10100" w:type="dxa"/>
            <w:vAlign w:val="center"/>
          </w:tcPr>
          <w:p w14:paraId="758EDD3F" w14:textId="64BA85DF" w:rsidR="00B65DBA" w:rsidRPr="00497853" w:rsidRDefault="00B65DBA" w:rsidP="00880015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C8DDA75" wp14:editId="39028356">
                  <wp:extent cx="1198803" cy="716280"/>
                  <wp:effectExtent l="0" t="0" r="1905" b="7620"/>
                  <wp:docPr id="78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737F4E-D552-4764-872B-4A003DC578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id="{8F737F4E-D552-4764-872B-4A003DC578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03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7CB92D69" w14:textId="3C5B4A42" w:rsidTr="00B65DBA">
        <w:trPr>
          <w:trHeight w:val="253"/>
        </w:trPr>
        <w:tc>
          <w:tcPr>
            <w:tcW w:w="634" w:type="dxa"/>
            <w:vMerge w:val="restart"/>
          </w:tcPr>
          <w:p w14:paraId="54E708D6" w14:textId="5B85FB2B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3.</w:t>
            </w:r>
          </w:p>
        </w:tc>
        <w:tc>
          <w:tcPr>
            <w:tcW w:w="2161" w:type="dxa"/>
            <w:vMerge w:val="restart"/>
          </w:tcPr>
          <w:p w14:paraId="3E4AD24F" w14:textId="413ED8DB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Darbo stalas </w:t>
            </w:r>
          </w:p>
        </w:tc>
        <w:tc>
          <w:tcPr>
            <w:tcW w:w="10100" w:type="dxa"/>
            <w:vMerge w:val="restart"/>
          </w:tcPr>
          <w:p w14:paraId="377E2785" w14:textId="158AA5CF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(G) varianto brėžinys:</w:t>
            </w:r>
          </w:p>
          <w:p w14:paraId="53D73BE2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  <w:p w14:paraId="3C205824" w14:textId="11F679F2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7B0F35C" wp14:editId="1A74DDFA">
                  <wp:extent cx="1716795" cy="1455910"/>
                  <wp:effectExtent l="0" t="0" r="0" b="0"/>
                  <wp:docPr id="57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9EB496-ECC1-4D0B-A005-4B37625A93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id="{E29EB496-ECC1-4D0B-A005-4B37625A93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795" cy="145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6000DBA0" w14:textId="5098546F" w:rsidTr="00B65DBA">
        <w:trPr>
          <w:trHeight w:val="1294"/>
        </w:trPr>
        <w:tc>
          <w:tcPr>
            <w:tcW w:w="634" w:type="dxa"/>
            <w:vMerge/>
          </w:tcPr>
          <w:p w14:paraId="3405AA18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585B1C6E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30E5191B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014BE869" w14:textId="41951CFD" w:rsidTr="00B65DBA">
        <w:trPr>
          <w:trHeight w:val="253"/>
        </w:trPr>
        <w:tc>
          <w:tcPr>
            <w:tcW w:w="634" w:type="dxa"/>
            <w:vMerge/>
          </w:tcPr>
          <w:p w14:paraId="6D4BAB20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0AF0EECD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FE00C7C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275954D3" w14:textId="7A2C4E5F" w:rsidTr="00B65DBA">
        <w:trPr>
          <w:trHeight w:val="253"/>
        </w:trPr>
        <w:tc>
          <w:tcPr>
            <w:tcW w:w="634" w:type="dxa"/>
            <w:vMerge/>
          </w:tcPr>
          <w:p w14:paraId="123A86E5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A55CCD1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2369A7DB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CEE0DA2" w14:textId="5279D20E" w:rsidTr="00B65DBA">
        <w:trPr>
          <w:trHeight w:val="253"/>
        </w:trPr>
        <w:tc>
          <w:tcPr>
            <w:tcW w:w="634" w:type="dxa"/>
            <w:vMerge/>
          </w:tcPr>
          <w:p w14:paraId="06CBD893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55402996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0AAA28DB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1B8F0055" w14:textId="0925ABA9" w:rsidTr="00B65DBA">
        <w:trPr>
          <w:trHeight w:val="253"/>
        </w:trPr>
        <w:tc>
          <w:tcPr>
            <w:tcW w:w="634" w:type="dxa"/>
            <w:vMerge/>
          </w:tcPr>
          <w:p w14:paraId="16A1F2CA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5DEBE5B4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3DAC719A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6882C77F" w14:textId="2D8426E7" w:rsidTr="00B65DBA">
        <w:trPr>
          <w:trHeight w:val="356"/>
        </w:trPr>
        <w:tc>
          <w:tcPr>
            <w:tcW w:w="634" w:type="dxa"/>
            <w:vMerge/>
          </w:tcPr>
          <w:p w14:paraId="2401C129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725C0E9E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270B2A8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59B396EF" w14:textId="2D83196B" w:rsidTr="00B65DBA">
        <w:trPr>
          <w:trHeight w:val="20"/>
        </w:trPr>
        <w:tc>
          <w:tcPr>
            <w:tcW w:w="634" w:type="dxa"/>
          </w:tcPr>
          <w:p w14:paraId="6710223C" w14:textId="33721651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4.</w:t>
            </w:r>
          </w:p>
        </w:tc>
        <w:tc>
          <w:tcPr>
            <w:tcW w:w="2161" w:type="dxa"/>
          </w:tcPr>
          <w:p w14:paraId="70FE32D5" w14:textId="5AC82D34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>Elektra reguliuojamas darbo / bendradarbiavimo stalas</w:t>
            </w:r>
          </w:p>
        </w:tc>
        <w:tc>
          <w:tcPr>
            <w:tcW w:w="10100" w:type="dxa"/>
          </w:tcPr>
          <w:p w14:paraId="06ABB472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5A3FF9E2" wp14:editId="63623508">
                  <wp:extent cx="1992217" cy="1531208"/>
                  <wp:effectExtent l="0" t="0" r="8255" b="0"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392CB2-8672-4E9F-B25F-78072FA457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id="{9D392CB2-8672-4E9F-B25F-78072FA457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217" cy="153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9431B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5FC88B6D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42B185C1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5536D46A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479E2105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0D65704B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76F28058" w14:textId="7777777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3E62E15C" w14:textId="0791944A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84EDFEE" w14:textId="67E6D1B2" w:rsidTr="00B65DBA">
        <w:trPr>
          <w:trHeight w:val="1553"/>
        </w:trPr>
        <w:tc>
          <w:tcPr>
            <w:tcW w:w="634" w:type="dxa"/>
            <w:vMerge w:val="restart"/>
          </w:tcPr>
          <w:p w14:paraId="59B24416" w14:textId="3ACC665E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 w:val="restart"/>
          </w:tcPr>
          <w:p w14:paraId="26EAE419" w14:textId="055A372C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Posėdžių stalas </w:t>
            </w:r>
          </w:p>
        </w:tc>
        <w:tc>
          <w:tcPr>
            <w:tcW w:w="10100" w:type="dxa"/>
            <w:vMerge w:val="restart"/>
          </w:tcPr>
          <w:p w14:paraId="7B80170E" w14:textId="6626057D" w:rsidR="00B65DBA" w:rsidRPr="00497853" w:rsidRDefault="00B65DBA" w:rsidP="00B65DBA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Varianto brėžinys</w:t>
            </w:r>
          </w:p>
          <w:p w14:paraId="3A9CA18C" w14:textId="1D4615B6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4BBA592" wp14:editId="4DCBA7F2">
                  <wp:extent cx="2114286" cy="1533333"/>
                  <wp:effectExtent l="0" t="0" r="635" b="0"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1116D2-402C-480D-B2FA-994D15D58E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A71116D2-402C-480D-B2FA-994D15D58E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286" cy="1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3FE57901" w14:textId="45B561B2" w:rsidTr="00B65DBA">
        <w:trPr>
          <w:trHeight w:val="1770"/>
        </w:trPr>
        <w:tc>
          <w:tcPr>
            <w:tcW w:w="634" w:type="dxa"/>
            <w:vMerge/>
          </w:tcPr>
          <w:p w14:paraId="19B03552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17FA489C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17E4CEFD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3C7F0893" w14:textId="56F079DB" w:rsidTr="00B65DBA">
        <w:trPr>
          <w:trHeight w:val="1770"/>
        </w:trPr>
        <w:tc>
          <w:tcPr>
            <w:tcW w:w="634" w:type="dxa"/>
            <w:vMerge/>
          </w:tcPr>
          <w:p w14:paraId="616004EF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3BAA4268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4BC415A4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148324DA" w14:textId="582D38B6" w:rsidTr="00B65DBA">
        <w:trPr>
          <w:trHeight w:val="1770"/>
        </w:trPr>
        <w:tc>
          <w:tcPr>
            <w:tcW w:w="634" w:type="dxa"/>
            <w:vMerge/>
          </w:tcPr>
          <w:p w14:paraId="7078BAA1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29C9A69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046AE941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36F31717" w14:textId="577372EB" w:rsidTr="00B65DBA">
        <w:trPr>
          <w:trHeight w:val="1770"/>
        </w:trPr>
        <w:tc>
          <w:tcPr>
            <w:tcW w:w="634" w:type="dxa"/>
            <w:vMerge/>
          </w:tcPr>
          <w:p w14:paraId="0629888E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02685C66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3043DFF2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5EFE372B" w14:textId="13B117D5" w:rsidTr="00B65DBA">
        <w:trPr>
          <w:trHeight w:val="253"/>
        </w:trPr>
        <w:tc>
          <w:tcPr>
            <w:tcW w:w="634" w:type="dxa"/>
            <w:vMerge/>
          </w:tcPr>
          <w:p w14:paraId="26C98E78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1D6B6584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11254CC1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0CE1931C" w14:textId="77028D8D" w:rsidTr="00B65DBA">
        <w:trPr>
          <w:trHeight w:val="2772"/>
        </w:trPr>
        <w:tc>
          <w:tcPr>
            <w:tcW w:w="634" w:type="dxa"/>
          </w:tcPr>
          <w:p w14:paraId="44F18CB2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6</w:t>
            </w:r>
          </w:p>
        </w:tc>
        <w:tc>
          <w:tcPr>
            <w:tcW w:w="2161" w:type="dxa"/>
          </w:tcPr>
          <w:p w14:paraId="01AF5D56" w14:textId="383D879A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Aukštas baro stalas </w:t>
            </w:r>
          </w:p>
        </w:tc>
        <w:tc>
          <w:tcPr>
            <w:tcW w:w="10100" w:type="dxa"/>
            <w:vAlign w:val="center"/>
          </w:tcPr>
          <w:p w14:paraId="44801BB9" w14:textId="572EDE44" w:rsidR="00B65DBA" w:rsidRPr="00497853" w:rsidRDefault="00A2304C" w:rsidP="0004618E">
            <w:pPr>
              <w:jc w:val="center"/>
              <w:rPr>
                <w:rFonts w:ascii="Arial" w:hAnsi="Arial" w:cs="Arial"/>
                <w:lang w:val="lt-LT"/>
              </w:rPr>
            </w:pPr>
            <w:r w:rsidRPr="00A2304C">
              <w:rPr>
                <w:rFonts w:ascii="Arial" w:hAnsi="Arial" w:cs="Arial"/>
                <w:noProof/>
              </w:rPr>
              <w:drawing>
                <wp:inline distT="0" distB="0" distL="0" distR="0" wp14:anchorId="3C11C8E5" wp14:editId="0367D3AE">
                  <wp:extent cx="1722120" cy="1579542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83" cy="159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60FEAE28" w14:textId="09CE4407" w:rsidTr="00B65DBA">
        <w:trPr>
          <w:trHeight w:val="2970"/>
        </w:trPr>
        <w:tc>
          <w:tcPr>
            <w:tcW w:w="634" w:type="dxa"/>
          </w:tcPr>
          <w:p w14:paraId="44D54514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7</w:t>
            </w:r>
          </w:p>
        </w:tc>
        <w:tc>
          <w:tcPr>
            <w:tcW w:w="2161" w:type="dxa"/>
          </w:tcPr>
          <w:p w14:paraId="44C7FB0A" w14:textId="334EF526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proofErr w:type="spellStart"/>
            <w:r w:rsidRPr="00497853">
              <w:rPr>
                <w:rFonts w:ascii="Arial" w:hAnsi="Arial" w:cs="Arial"/>
                <w:b/>
                <w:bCs/>
                <w:lang w:val="lt-LT"/>
              </w:rPr>
              <w:t>Pusbario</w:t>
            </w:r>
            <w:proofErr w:type="spellEnd"/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 stalas </w:t>
            </w:r>
          </w:p>
        </w:tc>
        <w:tc>
          <w:tcPr>
            <w:tcW w:w="10100" w:type="dxa"/>
          </w:tcPr>
          <w:p w14:paraId="48CA698A" w14:textId="212E8F08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8BECFE6" wp14:editId="0B3A8C57">
                  <wp:extent cx="1875523" cy="1441373"/>
                  <wp:effectExtent l="0" t="0" r="0" b="6985"/>
                  <wp:docPr id="6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3833CE-BA4F-4222-BB82-229F80F62A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7">
                            <a:extLst>
                              <a:ext uri="{FF2B5EF4-FFF2-40B4-BE49-F238E27FC236}">
                                <a16:creationId xmlns:a16="http://schemas.microsoft.com/office/drawing/2014/main" id="{E33833CE-BA4F-4222-BB82-229F80F62A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23" cy="144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4D46CE34" w14:textId="2E832EB5" w:rsidTr="00B65DBA">
        <w:trPr>
          <w:trHeight w:val="1134"/>
        </w:trPr>
        <w:tc>
          <w:tcPr>
            <w:tcW w:w="634" w:type="dxa"/>
            <w:vMerge w:val="restart"/>
          </w:tcPr>
          <w:p w14:paraId="256C2A8C" w14:textId="5B01D9D9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8.</w:t>
            </w:r>
          </w:p>
        </w:tc>
        <w:tc>
          <w:tcPr>
            <w:tcW w:w="2161" w:type="dxa"/>
            <w:vMerge w:val="restart"/>
          </w:tcPr>
          <w:p w14:paraId="41A8F38F" w14:textId="6D60D1C3" w:rsidR="00B65DBA" w:rsidRPr="00497853" w:rsidRDefault="00B65DBA">
            <w:pPr>
              <w:rPr>
                <w:rFonts w:ascii="Arial" w:hAnsi="Arial" w:cs="Arial"/>
                <w:b/>
                <w:bCs/>
                <w:lang w:val="lt-LT"/>
              </w:rPr>
            </w:pPr>
            <w:r w:rsidRPr="00497853">
              <w:rPr>
                <w:rFonts w:ascii="Arial" w:hAnsi="Arial" w:cs="Arial"/>
                <w:b/>
                <w:bCs/>
                <w:lang w:val="lt-LT"/>
              </w:rPr>
              <w:t xml:space="preserve">Spintelė daiktų laikymui (H 1100) </w:t>
            </w:r>
          </w:p>
        </w:tc>
        <w:tc>
          <w:tcPr>
            <w:tcW w:w="10100" w:type="dxa"/>
            <w:vMerge w:val="restart"/>
          </w:tcPr>
          <w:p w14:paraId="4DF50ED5" w14:textId="77777777" w:rsidR="00B65DBA" w:rsidRPr="00497853" w:rsidRDefault="00B65DBA" w:rsidP="00025570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varianto brėžinys:</w:t>
            </w:r>
          </w:p>
          <w:p w14:paraId="32DEBECF" w14:textId="708058CF" w:rsidR="00B65DBA" w:rsidRPr="00497853" w:rsidRDefault="00B65DBA" w:rsidP="00025570">
            <w:pPr>
              <w:pStyle w:val="ListParagraph"/>
              <w:ind w:hanging="720"/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6DBFD2E" wp14:editId="20A11579">
                  <wp:extent cx="1592229" cy="1656561"/>
                  <wp:effectExtent l="0" t="0" r="8255" b="1270"/>
                  <wp:docPr id="5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70B9DC-08EA-4B7E-9C42-AE1EE7910E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:a16="http://schemas.microsoft.com/office/drawing/2014/main" id="{B270B9DC-08EA-4B7E-9C42-AE1EE7910E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49" cy="167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C2CDE" w14:textId="77777777" w:rsidR="00B65DBA" w:rsidRPr="00497853" w:rsidRDefault="00B65DBA" w:rsidP="00025570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varianto brėžinys:</w:t>
            </w:r>
          </w:p>
          <w:p w14:paraId="2CFF0BEF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lastRenderedPageBreak/>
              <w:drawing>
                <wp:inline distT="0" distB="0" distL="0" distR="0" wp14:anchorId="09A9A6D2" wp14:editId="15F74B43">
                  <wp:extent cx="1816323" cy="1851660"/>
                  <wp:effectExtent l="0" t="0" r="0" b="0"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60D2C2-FD92-47CC-930F-0644A7ED3D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id="{9F60D2C2-FD92-47CC-930F-0644A7ED3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05" cy="186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A2FEA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4C699CBB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66BBEB03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2585420C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2C804E96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10B79C31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011CC504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7FBF4BDB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43AB0311" w14:textId="77777777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  <w:p w14:paraId="6B987A27" w14:textId="68CE0BE3" w:rsidR="00B65DBA" w:rsidRPr="00497853" w:rsidRDefault="00B65DBA" w:rsidP="00025570">
            <w:pPr>
              <w:pStyle w:val="ListParagraph"/>
              <w:ind w:left="0"/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49D5CAC7" w14:textId="17355029" w:rsidTr="00B65DBA">
        <w:trPr>
          <w:trHeight w:val="1134"/>
        </w:trPr>
        <w:tc>
          <w:tcPr>
            <w:tcW w:w="634" w:type="dxa"/>
            <w:vMerge/>
          </w:tcPr>
          <w:p w14:paraId="7486B295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E7DF556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BE84CC3" w14:textId="77777777" w:rsidR="00B65DBA" w:rsidRPr="00497853" w:rsidRDefault="00B65DBA" w:rsidP="0004618E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68FF31B6" w14:textId="0502F2C1" w:rsidTr="00B65DBA">
        <w:trPr>
          <w:trHeight w:val="1134"/>
        </w:trPr>
        <w:tc>
          <w:tcPr>
            <w:tcW w:w="634" w:type="dxa"/>
            <w:vMerge/>
          </w:tcPr>
          <w:p w14:paraId="1C942369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7A1F33A8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15E0B7FD" w14:textId="77777777" w:rsidR="00B65DBA" w:rsidRPr="00497853" w:rsidRDefault="00B65DBA" w:rsidP="0004618E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1C92A41B" w14:textId="4E46D503" w:rsidTr="00B65DBA">
        <w:trPr>
          <w:trHeight w:val="1290"/>
        </w:trPr>
        <w:tc>
          <w:tcPr>
            <w:tcW w:w="634" w:type="dxa"/>
            <w:vMerge/>
            <w:tcBorders>
              <w:bottom w:val="single" w:sz="4" w:space="0" w:color="auto"/>
            </w:tcBorders>
          </w:tcPr>
          <w:p w14:paraId="0D691207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  <w:tcBorders>
              <w:bottom w:val="single" w:sz="4" w:space="0" w:color="auto"/>
            </w:tcBorders>
          </w:tcPr>
          <w:p w14:paraId="12E558B5" w14:textId="77777777" w:rsidR="00B65DBA" w:rsidRPr="00497853" w:rsidRDefault="00B65DBA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  <w:tcBorders>
              <w:bottom w:val="single" w:sz="4" w:space="0" w:color="auto"/>
            </w:tcBorders>
          </w:tcPr>
          <w:p w14:paraId="1B07FD71" w14:textId="77777777" w:rsidR="00B65DBA" w:rsidRPr="00497853" w:rsidRDefault="00B65DBA" w:rsidP="0004618E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70350EF3" w14:textId="16EE7552" w:rsidTr="00B65DBA">
        <w:trPr>
          <w:trHeight w:val="253"/>
        </w:trPr>
        <w:tc>
          <w:tcPr>
            <w:tcW w:w="634" w:type="dxa"/>
            <w:vMerge w:val="restart"/>
          </w:tcPr>
          <w:p w14:paraId="28E710D0" w14:textId="710F4008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9.</w:t>
            </w:r>
          </w:p>
        </w:tc>
        <w:tc>
          <w:tcPr>
            <w:tcW w:w="2161" w:type="dxa"/>
            <w:vMerge w:val="restart"/>
          </w:tcPr>
          <w:p w14:paraId="437CCEF5" w14:textId="177A4406" w:rsidR="00B65DBA" w:rsidRPr="00497853" w:rsidRDefault="00B65DBA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Žema spintelė  daiktų laikymui (H450) </w:t>
            </w:r>
          </w:p>
        </w:tc>
        <w:tc>
          <w:tcPr>
            <w:tcW w:w="10100" w:type="dxa"/>
            <w:vMerge w:val="restart"/>
          </w:tcPr>
          <w:p w14:paraId="6AE4FDC9" w14:textId="77777777" w:rsidR="00B65DBA" w:rsidRPr="00497853" w:rsidRDefault="00B65DBA" w:rsidP="00970601">
            <w:pPr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t>(D) varianto brėžinys:</w:t>
            </w:r>
          </w:p>
          <w:p w14:paraId="64446077" w14:textId="016A9F02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7262D149" wp14:editId="5403DB40">
                  <wp:extent cx="1762698" cy="1345406"/>
                  <wp:effectExtent l="0" t="0" r="0" b="7620"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FD8DCD-E47F-4AD4-8B36-769EB0D4CB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15FD8DCD-E47F-4AD4-8B36-769EB0D4CB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698" cy="13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605D9745" w14:textId="048FA322" w:rsidTr="00B65DBA">
        <w:trPr>
          <w:trHeight w:val="253"/>
        </w:trPr>
        <w:tc>
          <w:tcPr>
            <w:tcW w:w="634" w:type="dxa"/>
            <w:vMerge/>
          </w:tcPr>
          <w:p w14:paraId="2E282DB5" w14:textId="77777777" w:rsidR="00B65DBA" w:rsidRPr="00497853" w:rsidDel="001924F4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566E4C99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24A8859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12CEBA9" w14:textId="522E0D53" w:rsidTr="00B65DBA">
        <w:trPr>
          <w:trHeight w:val="253"/>
        </w:trPr>
        <w:tc>
          <w:tcPr>
            <w:tcW w:w="634" w:type="dxa"/>
            <w:vMerge/>
          </w:tcPr>
          <w:p w14:paraId="538DF7AE" w14:textId="77777777" w:rsidR="00B65DBA" w:rsidRPr="00497853" w:rsidDel="001924F4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0863B6DA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CA3C0EB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83709D5" w14:textId="6E190F03" w:rsidTr="00B65DBA">
        <w:trPr>
          <w:trHeight w:val="2034"/>
        </w:trPr>
        <w:tc>
          <w:tcPr>
            <w:tcW w:w="634" w:type="dxa"/>
            <w:vMerge/>
          </w:tcPr>
          <w:p w14:paraId="48D63ED5" w14:textId="77777777" w:rsidR="00B65DBA" w:rsidRPr="00497853" w:rsidDel="001924F4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5E353CAE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F4EAC5B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089043D5" w14:textId="0C770EEB" w:rsidTr="00B65DBA">
        <w:trPr>
          <w:trHeight w:val="20"/>
        </w:trPr>
        <w:tc>
          <w:tcPr>
            <w:tcW w:w="634" w:type="dxa"/>
          </w:tcPr>
          <w:p w14:paraId="3E8B788A" w14:textId="101D09B2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10</w:t>
            </w:r>
          </w:p>
        </w:tc>
        <w:tc>
          <w:tcPr>
            <w:tcW w:w="2161" w:type="dxa"/>
          </w:tcPr>
          <w:p w14:paraId="079C0E25" w14:textId="06F6B7C5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Pakabinamos ir pastatomos spintelių komplektas </w:t>
            </w:r>
          </w:p>
        </w:tc>
        <w:tc>
          <w:tcPr>
            <w:tcW w:w="10100" w:type="dxa"/>
          </w:tcPr>
          <w:p w14:paraId="3C89E022" w14:textId="03630F45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2A5C2C2" wp14:editId="35951439">
                  <wp:extent cx="1305103" cy="2293620"/>
                  <wp:effectExtent l="0" t="0" r="9525" b="0"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F01F66-91BE-4EB8-A1E4-C9624596CA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DCF01F66-91BE-4EB8-A1E4-C9624596CA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3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13C55548" w14:textId="3707CEB0" w:rsidTr="00B65DBA">
        <w:trPr>
          <w:trHeight w:val="5566"/>
        </w:trPr>
        <w:tc>
          <w:tcPr>
            <w:tcW w:w="634" w:type="dxa"/>
          </w:tcPr>
          <w:p w14:paraId="2186FF4C" w14:textId="1E1127C1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11</w:t>
            </w:r>
          </w:p>
        </w:tc>
        <w:tc>
          <w:tcPr>
            <w:tcW w:w="2161" w:type="dxa"/>
          </w:tcPr>
          <w:p w14:paraId="52FCD3EF" w14:textId="7C2B4070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Drabužių spinta  </w:t>
            </w:r>
          </w:p>
        </w:tc>
        <w:tc>
          <w:tcPr>
            <w:tcW w:w="10100" w:type="dxa"/>
          </w:tcPr>
          <w:p w14:paraId="2B6953DD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368ED6A" wp14:editId="6B68A743">
                  <wp:extent cx="858177" cy="139547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DE0499-91C1-483F-B916-C9E1E292AF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ADE0499-91C1-483F-B916-C9E1E292AF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77" cy="139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18C9797C" wp14:editId="04463E5A">
                  <wp:extent cx="607260" cy="1312210"/>
                  <wp:effectExtent l="0" t="0" r="2540" b="2540"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55CEEC-0EF7-403E-838B-24A62B70F8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B455CEEC-0EF7-403E-838B-24A62B70F8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60" cy="131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495F5" w14:textId="65C19011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4DC0D735" wp14:editId="07C7915F">
                  <wp:extent cx="1270000" cy="143421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90" cy="144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30CADA9F" w14:textId="758731EB" w:rsidTr="00B65DBA">
        <w:trPr>
          <w:trHeight w:val="1504"/>
        </w:trPr>
        <w:tc>
          <w:tcPr>
            <w:tcW w:w="634" w:type="dxa"/>
            <w:vMerge w:val="restart"/>
          </w:tcPr>
          <w:p w14:paraId="1465793C" w14:textId="050D954F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12</w:t>
            </w:r>
          </w:p>
        </w:tc>
        <w:tc>
          <w:tcPr>
            <w:tcW w:w="2161" w:type="dxa"/>
            <w:vMerge w:val="restart"/>
          </w:tcPr>
          <w:p w14:paraId="13E8B09E" w14:textId="00140892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Daiktų saugykla </w:t>
            </w:r>
          </w:p>
        </w:tc>
        <w:tc>
          <w:tcPr>
            <w:tcW w:w="10100" w:type="dxa"/>
            <w:vMerge w:val="restart"/>
          </w:tcPr>
          <w:p w14:paraId="6566BF6D" w14:textId="04F9E2DF" w:rsidR="00B65DBA" w:rsidRPr="00497853" w:rsidRDefault="00B65DBA" w:rsidP="002626EB">
            <w:pPr>
              <w:pStyle w:val="ListParagraph"/>
              <w:numPr>
                <w:ilvl w:val="0"/>
                <w:numId w:val="15"/>
              </w:numPr>
              <w:ind w:left="312" w:hanging="425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Varianto brėžinys:</w:t>
            </w:r>
          </w:p>
          <w:p w14:paraId="07F525D5" w14:textId="560FE7D7" w:rsidR="00B65DBA" w:rsidRPr="00497853" w:rsidRDefault="00B65DBA" w:rsidP="00FC6393">
            <w:pPr>
              <w:rPr>
                <w:rFonts w:ascii="Arial" w:hAnsi="Arial" w:cs="Arial"/>
                <w:lang w:val="lt-LT"/>
              </w:rPr>
            </w:pPr>
          </w:p>
          <w:p w14:paraId="3B3E12C0" w14:textId="2339FC1F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289FD2B" wp14:editId="47AE56D2">
                  <wp:extent cx="3793492" cy="2796443"/>
                  <wp:effectExtent l="0" t="0" r="0" b="4445"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C1E95-A1CA-4FE9-8AF5-7D66BE957C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B91C1E95-A1CA-4FE9-8AF5-7D66BE957C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051" cy="282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8A29D" w14:textId="37A58EDF" w:rsidR="00B65DBA" w:rsidRPr="00497853" w:rsidRDefault="00B65DBA" w:rsidP="002626EB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46E809DE" w14:textId="47FB3A65" w:rsidTr="00B65DBA">
        <w:trPr>
          <w:trHeight w:val="1134"/>
        </w:trPr>
        <w:tc>
          <w:tcPr>
            <w:tcW w:w="634" w:type="dxa"/>
            <w:vMerge/>
          </w:tcPr>
          <w:p w14:paraId="6000FDB4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2111CA3E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27F396AC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14080CBF" w14:textId="6013E596" w:rsidTr="00B65DBA">
        <w:trPr>
          <w:trHeight w:val="20"/>
        </w:trPr>
        <w:tc>
          <w:tcPr>
            <w:tcW w:w="634" w:type="dxa"/>
          </w:tcPr>
          <w:p w14:paraId="7131D3D6" w14:textId="3F084755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13</w:t>
            </w:r>
          </w:p>
        </w:tc>
        <w:tc>
          <w:tcPr>
            <w:tcW w:w="2161" w:type="dxa"/>
          </w:tcPr>
          <w:p w14:paraId="1F989CEC" w14:textId="01813053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Stalčių blokas </w:t>
            </w:r>
          </w:p>
        </w:tc>
        <w:tc>
          <w:tcPr>
            <w:tcW w:w="10100" w:type="dxa"/>
          </w:tcPr>
          <w:p w14:paraId="4A7DF496" w14:textId="7EDD3213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  <w:p w14:paraId="3EF4F432" w14:textId="5762FCB6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9C0C31D" wp14:editId="5AF70D1D">
                  <wp:extent cx="1027740" cy="160020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11" cy="161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7853">
              <w:rPr>
                <w:rFonts w:ascii="Arial" w:hAnsi="Arial" w:cs="Arial"/>
                <w:lang w:val="lt-LT"/>
              </w:rPr>
              <w:t xml:space="preserve"> </w:t>
            </w: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B85A837" wp14:editId="144BD52E">
                  <wp:extent cx="678994" cy="67056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078" cy="68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23740595" w14:textId="309839BB" w:rsidTr="00B65DBA">
        <w:trPr>
          <w:trHeight w:val="1758"/>
        </w:trPr>
        <w:tc>
          <w:tcPr>
            <w:tcW w:w="634" w:type="dxa"/>
            <w:vMerge w:val="restart"/>
          </w:tcPr>
          <w:p w14:paraId="06E4C41A" w14:textId="53B69519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14</w:t>
            </w:r>
          </w:p>
        </w:tc>
        <w:tc>
          <w:tcPr>
            <w:tcW w:w="2161" w:type="dxa"/>
            <w:vMerge w:val="restart"/>
          </w:tcPr>
          <w:p w14:paraId="1143C582" w14:textId="40B2603C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Virtuvės baldas </w:t>
            </w:r>
          </w:p>
        </w:tc>
        <w:tc>
          <w:tcPr>
            <w:tcW w:w="10100" w:type="dxa"/>
            <w:vMerge w:val="restart"/>
          </w:tcPr>
          <w:p w14:paraId="7B1446DB" w14:textId="4A2A0400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t>(A)  varianto brėžinys</w:t>
            </w:r>
          </w:p>
          <w:p w14:paraId="48E84DEA" w14:textId="2AC4A7B1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55620046" w14:textId="0469EE53" w:rsidR="00B65DBA" w:rsidRPr="00497853" w:rsidRDefault="00B65DBA" w:rsidP="00460A1E">
            <w:pPr>
              <w:jc w:val="center"/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EE88FF6" wp14:editId="3F005C44">
                  <wp:extent cx="5967694" cy="3040380"/>
                  <wp:effectExtent l="0" t="0" r="0" b="7620"/>
                  <wp:docPr id="7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F56B57-E1E1-4BED-823E-6B3DFA5B25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id="{08F56B57-E1E1-4BED-823E-6B3DFA5B25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00" cy="307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5D092" w14:textId="0BE077E5" w:rsidR="00B65DBA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3D6441D7" w14:textId="77777777" w:rsidR="0075276F" w:rsidRPr="00497853" w:rsidRDefault="0075276F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54999849" w14:textId="46998E3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7D5909BE" w14:textId="1B9D3742" w:rsidTr="00B65DBA">
        <w:trPr>
          <w:trHeight w:val="1758"/>
        </w:trPr>
        <w:tc>
          <w:tcPr>
            <w:tcW w:w="634" w:type="dxa"/>
            <w:vMerge/>
          </w:tcPr>
          <w:p w14:paraId="2A669FD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3E0E075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244EC7F0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0DF6D1C4" w14:textId="180CE3B1" w:rsidTr="00B65DBA">
        <w:trPr>
          <w:trHeight w:val="1758"/>
        </w:trPr>
        <w:tc>
          <w:tcPr>
            <w:tcW w:w="634" w:type="dxa"/>
            <w:vMerge/>
          </w:tcPr>
          <w:p w14:paraId="5BD7A9C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7B98CC3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3258A676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692E867F" w14:textId="0F3F00D4" w:rsidTr="00B65DBA">
        <w:trPr>
          <w:trHeight w:val="253"/>
        </w:trPr>
        <w:tc>
          <w:tcPr>
            <w:tcW w:w="634" w:type="dxa"/>
            <w:vMerge w:val="restart"/>
          </w:tcPr>
          <w:p w14:paraId="664D64E5" w14:textId="52A3A35E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15</w:t>
            </w:r>
          </w:p>
        </w:tc>
        <w:tc>
          <w:tcPr>
            <w:tcW w:w="2161" w:type="dxa"/>
            <w:vMerge w:val="restart"/>
          </w:tcPr>
          <w:p w14:paraId="4189D21E" w14:textId="6EC6EE91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Virtuvės sala </w:t>
            </w:r>
          </w:p>
          <w:p w14:paraId="4224949C" w14:textId="6ABF220A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 w:val="restart"/>
          </w:tcPr>
          <w:p w14:paraId="6C1EC316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t>(C) varianto brėžinys:</w:t>
            </w:r>
          </w:p>
          <w:p w14:paraId="68D4CB53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2FA4AE6A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lastRenderedPageBreak/>
              <w:drawing>
                <wp:inline distT="0" distB="0" distL="0" distR="0" wp14:anchorId="78FF7391" wp14:editId="57DAE373">
                  <wp:extent cx="5516880" cy="3403628"/>
                  <wp:effectExtent l="0" t="0" r="7620" b="6350"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8946BC-E364-45A4-8169-3638ED5D09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id="{D48946BC-E364-45A4-8169-3638ED5D09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119" cy="34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25458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4A83B7A6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5B195067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119862D2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770CC814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714E2EC5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4537D9D7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25474D8C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537CAEB6" w14:textId="77777777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  <w:p w14:paraId="6D943127" w14:textId="3B76B14D" w:rsidR="00B65DBA" w:rsidRPr="00497853" w:rsidRDefault="00B65DBA" w:rsidP="00801D80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5EE205A8" w14:textId="10128580" w:rsidTr="00B65DBA">
        <w:trPr>
          <w:trHeight w:val="253"/>
        </w:trPr>
        <w:tc>
          <w:tcPr>
            <w:tcW w:w="634" w:type="dxa"/>
            <w:vMerge/>
          </w:tcPr>
          <w:p w14:paraId="26AE3ED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05AD7FAC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926C1B4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1F4F5D17" w14:textId="372D6F64" w:rsidTr="00B65DBA">
        <w:trPr>
          <w:trHeight w:val="3999"/>
        </w:trPr>
        <w:tc>
          <w:tcPr>
            <w:tcW w:w="634" w:type="dxa"/>
            <w:vMerge/>
          </w:tcPr>
          <w:p w14:paraId="1FFFF43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3947E6CD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4CEC463C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6945FF36" w14:textId="412F0F59" w:rsidTr="00B65DBA">
        <w:trPr>
          <w:trHeight w:val="680"/>
        </w:trPr>
        <w:tc>
          <w:tcPr>
            <w:tcW w:w="634" w:type="dxa"/>
            <w:vMerge w:val="restart"/>
          </w:tcPr>
          <w:p w14:paraId="13DDBF0D" w14:textId="7A0D725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16</w:t>
            </w:r>
          </w:p>
        </w:tc>
        <w:tc>
          <w:tcPr>
            <w:tcW w:w="2161" w:type="dxa"/>
            <w:vMerge w:val="restart"/>
          </w:tcPr>
          <w:p w14:paraId="3CF70A06" w14:textId="1E29BD76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Amfiteatras </w:t>
            </w:r>
          </w:p>
        </w:tc>
        <w:tc>
          <w:tcPr>
            <w:tcW w:w="10100" w:type="dxa"/>
            <w:vMerge w:val="restart"/>
          </w:tcPr>
          <w:p w14:paraId="52010E67" w14:textId="2FEB2E45" w:rsidR="00B65DBA" w:rsidRPr="00497853" w:rsidRDefault="00E44557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E44557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C5AD25F" wp14:editId="518B295D">
                  <wp:extent cx="5798820" cy="39648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404" cy="396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B1579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10EFDF0B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5955B3A8" w14:textId="4C14B521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1759CDC" wp14:editId="0369DC74">
                  <wp:extent cx="3893820" cy="1900186"/>
                  <wp:effectExtent l="0" t="0" r="0" b="5080"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7CE8C-917A-471C-A1EC-F6A4773500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id="{5057CE8C-917A-471C-A1EC-F6A4773500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955" cy="19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F16E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0C05493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143719BF" w14:textId="03473E0E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7BCE8EDA" w14:textId="76350434" w:rsidTr="00B65DBA">
        <w:trPr>
          <w:trHeight w:val="680"/>
        </w:trPr>
        <w:tc>
          <w:tcPr>
            <w:tcW w:w="634" w:type="dxa"/>
            <w:vMerge/>
          </w:tcPr>
          <w:p w14:paraId="030288A0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13401BE6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5B8C0EF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1ABEF4D2" w14:textId="739FB824" w:rsidTr="00B65DBA">
        <w:trPr>
          <w:trHeight w:val="680"/>
        </w:trPr>
        <w:tc>
          <w:tcPr>
            <w:tcW w:w="634" w:type="dxa"/>
            <w:vMerge/>
          </w:tcPr>
          <w:p w14:paraId="3E4B2EF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555979D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57921866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69552E0C" w14:textId="24D61DFF" w:rsidTr="00B65DBA">
        <w:trPr>
          <w:trHeight w:val="1124"/>
        </w:trPr>
        <w:tc>
          <w:tcPr>
            <w:tcW w:w="634" w:type="dxa"/>
            <w:vMerge/>
          </w:tcPr>
          <w:p w14:paraId="2AC2E81E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124F99D9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0FA934A4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7D010380" w14:textId="2DE05090" w:rsidTr="00B65DBA">
        <w:trPr>
          <w:trHeight w:val="253"/>
        </w:trPr>
        <w:tc>
          <w:tcPr>
            <w:tcW w:w="634" w:type="dxa"/>
            <w:vMerge w:val="restart"/>
          </w:tcPr>
          <w:p w14:paraId="3D5C9C40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16</w:t>
            </w:r>
          </w:p>
        </w:tc>
        <w:tc>
          <w:tcPr>
            <w:tcW w:w="2161" w:type="dxa"/>
            <w:vMerge w:val="restart"/>
          </w:tcPr>
          <w:p w14:paraId="24E310BA" w14:textId="195CC091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Kampinis minkštasuolis </w:t>
            </w:r>
          </w:p>
        </w:tc>
        <w:tc>
          <w:tcPr>
            <w:tcW w:w="10100" w:type="dxa"/>
            <w:vMerge w:val="restart"/>
          </w:tcPr>
          <w:p w14:paraId="548EFF9E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t>(D) varianto brėžinys:</w:t>
            </w:r>
          </w:p>
          <w:p w14:paraId="6AC7F90C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2C7E08C3" w14:textId="4C03D25D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49AA1712" wp14:editId="4B521ADE">
                  <wp:extent cx="6063683" cy="2028190"/>
                  <wp:effectExtent l="0" t="0" r="0" b="0"/>
                  <wp:docPr id="92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6C1B38-4C5E-46A9-9C4B-FD451170DA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id="{FD6C1B38-4C5E-46A9-9C4B-FD451170DA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958" cy="205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1DC5E313" w14:textId="5FEFB42E" w:rsidTr="00B65DBA">
        <w:trPr>
          <w:trHeight w:val="794"/>
        </w:trPr>
        <w:tc>
          <w:tcPr>
            <w:tcW w:w="634" w:type="dxa"/>
            <w:vMerge/>
          </w:tcPr>
          <w:p w14:paraId="0179E51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3C5671E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2D973B2C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38DEF17C" w14:textId="779A2162" w:rsidTr="00B65DBA">
        <w:trPr>
          <w:trHeight w:val="794"/>
        </w:trPr>
        <w:tc>
          <w:tcPr>
            <w:tcW w:w="634" w:type="dxa"/>
            <w:vMerge/>
          </w:tcPr>
          <w:p w14:paraId="4BA50C7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15DB4244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1D0DE38A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418A22C3" w14:textId="5E4AF28C" w:rsidTr="00B65DBA">
        <w:trPr>
          <w:trHeight w:val="794"/>
        </w:trPr>
        <w:tc>
          <w:tcPr>
            <w:tcW w:w="634" w:type="dxa"/>
            <w:vMerge/>
          </w:tcPr>
          <w:p w14:paraId="5BE2FF6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2E6D1F0F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563D25D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0B813A5F" w14:textId="6C2E73DD" w:rsidTr="00B65DBA">
        <w:trPr>
          <w:trHeight w:val="907"/>
        </w:trPr>
        <w:tc>
          <w:tcPr>
            <w:tcW w:w="634" w:type="dxa"/>
            <w:vMerge w:val="restart"/>
          </w:tcPr>
          <w:p w14:paraId="2AF05271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17</w:t>
            </w:r>
          </w:p>
        </w:tc>
        <w:tc>
          <w:tcPr>
            <w:tcW w:w="2161" w:type="dxa"/>
            <w:vMerge w:val="restart"/>
          </w:tcPr>
          <w:p w14:paraId="60978626" w14:textId="1774DA65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Minkštasuolis </w:t>
            </w:r>
          </w:p>
        </w:tc>
        <w:tc>
          <w:tcPr>
            <w:tcW w:w="10100" w:type="dxa"/>
            <w:vMerge w:val="restart"/>
          </w:tcPr>
          <w:p w14:paraId="44C1813F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t xml:space="preserve"> (C) varianto brėžinys:</w:t>
            </w:r>
          </w:p>
          <w:p w14:paraId="370353DA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2B76622A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lastRenderedPageBreak/>
              <w:drawing>
                <wp:inline distT="0" distB="0" distL="0" distR="0" wp14:anchorId="285A0E20" wp14:editId="230EBE00">
                  <wp:extent cx="5044440" cy="2020904"/>
                  <wp:effectExtent l="0" t="0" r="3810" b="0"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2F6CD5-58B0-4ED9-95F5-F519AB3C7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132F6CD5-58B0-4ED9-95F5-F519AB3C7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490" cy="208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126FF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  <w:p w14:paraId="2A4AC12F" w14:textId="5A87C622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A3EBF41" wp14:editId="3AB379F0">
                  <wp:extent cx="5013960" cy="1666713"/>
                  <wp:effectExtent l="0" t="0" r="0" b="0"/>
                  <wp:docPr id="1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4FD242-E345-4FB2-BD22-0F6D6A2A4A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784FD242-E345-4FB2-BD22-0F6D6A2A4A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852" cy="169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4FD9760D" w14:textId="588362E2" w:rsidTr="00B65DBA">
        <w:trPr>
          <w:trHeight w:val="907"/>
        </w:trPr>
        <w:tc>
          <w:tcPr>
            <w:tcW w:w="634" w:type="dxa"/>
            <w:vMerge/>
          </w:tcPr>
          <w:p w14:paraId="04E7B5E6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4839E98F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D76C110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45A5289E" w14:textId="0ABACF5A" w:rsidTr="00B65DBA">
        <w:trPr>
          <w:trHeight w:val="907"/>
        </w:trPr>
        <w:tc>
          <w:tcPr>
            <w:tcW w:w="634" w:type="dxa"/>
            <w:vMerge/>
          </w:tcPr>
          <w:p w14:paraId="6492B8A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BC28FAB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36D28781" w14:textId="77777777" w:rsidR="00B65DBA" w:rsidRPr="00497853" w:rsidRDefault="00B65DBA" w:rsidP="001924F4">
            <w:pPr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79932F5D" w14:textId="1D8FD3AB" w:rsidTr="00B65DBA">
        <w:trPr>
          <w:trHeight w:val="20"/>
        </w:trPr>
        <w:tc>
          <w:tcPr>
            <w:tcW w:w="634" w:type="dxa"/>
          </w:tcPr>
          <w:p w14:paraId="77A90BBA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18</w:t>
            </w:r>
          </w:p>
        </w:tc>
        <w:tc>
          <w:tcPr>
            <w:tcW w:w="2161" w:type="dxa"/>
          </w:tcPr>
          <w:p w14:paraId="2B33C7C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Mobili kėdė-krėslas su integruotais porankiais </w:t>
            </w:r>
          </w:p>
        </w:tc>
        <w:tc>
          <w:tcPr>
            <w:tcW w:w="10100" w:type="dxa"/>
          </w:tcPr>
          <w:p w14:paraId="0965DCFF" w14:textId="18775F3D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7657FE0C" wp14:editId="28B9F75D">
                  <wp:extent cx="845820" cy="1196340"/>
                  <wp:effectExtent l="0" t="0" r="0" b="3810"/>
                  <wp:docPr id="84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322417-2C94-40FF-9CF6-59B15D0E92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id="{CD322417-2C94-40FF-9CF6-59B15D0E92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96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63B39D67" w14:textId="7E907DA6" w:rsidTr="00B65DBA">
        <w:trPr>
          <w:trHeight w:val="20"/>
        </w:trPr>
        <w:tc>
          <w:tcPr>
            <w:tcW w:w="634" w:type="dxa"/>
          </w:tcPr>
          <w:p w14:paraId="1E8CEC83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19</w:t>
            </w:r>
          </w:p>
        </w:tc>
        <w:tc>
          <w:tcPr>
            <w:tcW w:w="2161" w:type="dxa"/>
          </w:tcPr>
          <w:p w14:paraId="1F5A1C75" w14:textId="71C79BE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Modulinis minkštas sėdėjimo elementas  (</w:t>
            </w:r>
            <w:proofErr w:type="spellStart"/>
            <w:r w:rsidRPr="00497853">
              <w:rPr>
                <w:rFonts w:ascii="Arial" w:hAnsi="Arial" w:cs="Arial"/>
                <w:lang w:val="lt-LT"/>
              </w:rPr>
              <w:t>pufas</w:t>
            </w:r>
            <w:proofErr w:type="spellEnd"/>
            <w:r w:rsidRPr="00497853">
              <w:rPr>
                <w:rFonts w:ascii="Arial" w:hAnsi="Arial" w:cs="Arial"/>
                <w:lang w:val="lt-LT"/>
              </w:rPr>
              <w:t>)</w:t>
            </w:r>
          </w:p>
        </w:tc>
        <w:tc>
          <w:tcPr>
            <w:tcW w:w="10100" w:type="dxa"/>
          </w:tcPr>
          <w:p w14:paraId="0A667F31" w14:textId="1259C8A7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46CFD4C" wp14:editId="543E0C13">
                  <wp:extent cx="817084" cy="1040270"/>
                  <wp:effectExtent l="0" t="0" r="2540" b="7620"/>
                  <wp:docPr id="80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65752-D9AC-4A49-AEE2-5B95EBD3C0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id="{BCE65752-D9AC-4A49-AEE2-5B95EBD3C0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84" cy="104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D3744D1" wp14:editId="7C57FBA3">
                  <wp:extent cx="1243370" cy="963975"/>
                  <wp:effectExtent l="0" t="0" r="0" b="7620"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75242-CE4E-4AD8-9192-7DE1F86FB9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25475242-CE4E-4AD8-9192-7DE1F86FB9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70" cy="96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5AA77D56" w14:textId="6698A97D" w:rsidTr="00B65DBA">
        <w:trPr>
          <w:trHeight w:val="20"/>
        </w:trPr>
        <w:tc>
          <w:tcPr>
            <w:tcW w:w="634" w:type="dxa"/>
          </w:tcPr>
          <w:p w14:paraId="7CAA556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20</w:t>
            </w:r>
          </w:p>
        </w:tc>
        <w:tc>
          <w:tcPr>
            <w:tcW w:w="2161" w:type="dxa"/>
          </w:tcPr>
          <w:p w14:paraId="2D9B3A38" w14:textId="1D60CB92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Lankytojo kėdė su paminkštinta sėdyne </w:t>
            </w:r>
          </w:p>
        </w:tc>
        <w:tc>
          <w:tcPr>
            <w:tcW w:w="10100" w:type="dxa"/>
          </w:tcPr>
          <w:p w14:paraId="20BFE371" w14:textId="1E770781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238ED8E9" wp14:editId="3A242269">
                  <wp:extent cx="996360" cy="1441006"/>
                  <wp:effectExtent l="0" t="0" r="0" b="6985"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FD9A67-E24E-4281-A891-45C7FA2AD1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id="{D7FD9A67-E24E-4281-A891-45C7FA2AD1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0" cy="144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005075E4" w14:textId="05179853" w:rsidTr="00B65DBA">
        <w:trPr>
          <w:trHeight w:val="20"/>
        </w:trPr>
        <w:tc>
          <w:tcPr>
            <w:tcW w:w="634" w:type="dxa"/>
          </w:tcPr>
          <w:p w14:paraId="66804001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21</w:t>
            </w:r>
          </w:p>
        </w:tc>
        <w:tc>
          <w:tcPr>
            <w:tcW w:w="2161" w:type="dxa"/>
          </w:tcPr>
          <w:p w14:paraId="6124588D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Aukšta (baro) lankytojo kėdė su paminkštinimu</w:t>
            </w:r>
          </w:p>
        </w:tc>
        <w:tc>
          <w:tcPr>
            <w:tcW w:w="10100" w:type="dxa"/>
          </w:tcPr>
          <w:p w14:paraId="3AA2E58D" w14:textId="4085A8FC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47A29442" wp14:editId="431E73E1">
                  <wp:extent cx="898374" cy="1763761"/>
                  <wp:effectExtent l="0" t="0" r="0" b="8255"/>
                  <wp:docPr id="2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6A1B8B-A30C-4435-AA35-B8B8FA7B20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id="{B36A1B8B-A30C-4435-AA35-B8B8FA7B20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74" cy="176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32A9F2EF" w14:textId="7F4B7745" w:rsidTr="00B65DBA">
        <w:trPr>
          <w:trHeight w:val="1180"/>
        </w:trPr>
        <w:tc>
          <w:tcPr>
            <w:tcW w:w="634" w:type="dxa"/>
            <w:vMerge w:val="restart"/>
          </w:tcPr>
          <w:p w14:paraId="29C74E1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22</w:t>
            </w:r>
          </w:p>
        </w:tc>
        <w:tc>
          <w:tcPr>
            <w:tcW w:w="2161" w:type="dxa"/>
            <w:vMerge w:val="restart"/>
          </w:tcPr>
          <w:p w14:paraId="5E0AE2C1" w14:textId="10BDD961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Medžio masyvo </w:t>
            </w:r>
            <w:proofErr w:type="spellStart"/>
            <w:r w:rsidRPr="00497853">
              <w:rPr>
                <w:rFonts w:ascii="Arial" w:hAnsi="Arial" w:cs="Arial"/>
                <w:lang w:val="lt-LT"/>
              </w:rPr>
              <w:t>bruselių</w:t>
            </w:r>
            <w:proofErr w:type="spellEnd"/>
            <w:r w:rsidRPr="00497853">
              <w:rPr>
                <w:rFonts w:ascii="Arial" w:hAnsi="Arial" w:cs="Arial"/>
                <w:lang w:val="lt-LT"/>
              </w:rPr>
              <w:t xml:space="preserve"> dekoratyviniai namelis </w:t>
            </w:r>
          </w:p>
        </w:tc>
        <w:tc>
          <w:tcPr>
            <w:tcW w:w="10100" w:type="dxa"/>
            <w:vMerge w:val="restart"/>
            <w:vAlign w:val="center"/>
          </w:tcPr>
          <w:p w14:paraId="6D120C81" w14:textId="3012DE20" w:rsidR="00B65DBA" w:rsidRPr="00497853" w:rsidRDefault="00B65DBA" w:rsidP="00460A1E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52CEDC0" wp14:editId="07A9CB2D">
                  <wp:extent cx="2653030" cy="995680"/>
                  <wp:effectExtent l="0" t="0" r="0" b="0"/>
                  <wp:docPr id="3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01B043-FAD2-4523-A301-28F208945B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id="{0401B043-FAD2-4523-A301-28F208945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504FC131" w14:textId="5DA81B04" w:rsidTr="00B65DBA">
        <w:trPr>
          <w:trHeight w:val="2708"/>
        </w:trPr>
        <w:tc>
          <w:tcPr>
            <w:tcW w:w="634" w:type="dxa"/>
            <w:vMerge/>
          </w:tcPr>
          <w:p w14:paraId="19929922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2809749C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17707546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2EE7ECF3" w14:textId="3A4C0E26" w:rsidTr="00B65DBA">
        <w:trPr>
          <w:trHeight w:val="1134"/>
        </w:trPr>
        <w:tc>
          <w:tcPr>
            <w:tcW w:w="634" w:type="dxa"/>
            <w:vMerge w:val="restart"/>
          </w:tcPr>
          <w:p w14:paraId="3CD98D6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23</w:t>
            </w:r>
          </w:p>
        </w:tc>
        <w:tc>
          <w:tcPr>
            <w:tcW w:w="2161" w:type="dxa"/>
            <w:vMerge w:val="restart"/>
          </w:tcPr>
          <w:p w14:paraId="01123BFA" w14:textId="53329CAE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Stovas gėlėms </w:t>
            </w:r>
          </w:p>
        </w:tc>
        <w:tc>
          <w:tcPr>
            <w:tcW w:w="10100" w:type="dxa"/>
            <w:vMerge w:val="restart"/>
          </w:tcPr>
          <w:p w14:paraId="3FAA7962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 </w:t>
            </w:r>
          </w:p>
          <w:p w14:paraId="092F99B5" w14:textId="36C6DA53" w:rsidR="00B65DBA" w:rsidRPr="00497853" w:rsidRDefault="00B65DBA" w:rsidP="00460A1E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(D) varianto brėžinys.</w:t>
            </w:r>
          </w:p>
          <w:p w14:paraId="0A029BFE" w14:textId="307D879A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5AC7E3BA" wp14:editId="41784D08">
                  <wp:extent cx="1427370" cy="1343407"/>
                  <wp:effectExtent l="0" t="0" r="1905" b="0"/>
                  <wp:docPr id="102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FE58F1-A008-48F8-9214-4149B0155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id="{5DFE58F1-A008-48F8-9214-4149B01559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70" cy="134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6CFF258A" w14:textId="0E23F90A" w:rsidTr="00B65DBA">
        <w:trPr>
          <w:trHeight w:val="1134"/>
        </w:trPr>
        <w:tc>
          <w:tcPr>
            <w:tcW w:w="634" w:type="dxa"/>
            <w:vMerge/>
          </w:tcPr>
          <w:p w14:paraId="3AE1575E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71E1926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5377E8F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1F5C307A" w14:textId="7E7F8211" w:rsidTr="00B65DBA">
        <w:trPr>
          <w:trHeight w:val="1134"/>
        </w:trPr>
        <w:tc>
          <w:tcPr>
            <w:tcW w:w="634" w:type="dxa"/>
            <w:vMerge/>
          </w:tcPr>
          <w:p w14:paraId="13500710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002BA1E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6D548F1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2C55C19" w14:textId="334C95A4" w:rsidTr="00B65DBA">
        <w:trPr>
          <w:trHeight w:val="1134"/>
        </w:trPr>
        <w:tc>
          <w:tcPr>
            <w:tcW w:w="634" w:type="dxa"/>
            <w:vMerge/>
          </w:tcPr>
          <w:p w14:paraId="2EBC7384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0EA8557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41BE0B54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5A06F083" w14:textId="01EE7195" w:rsidTr="0075276F">
        <w:trPr>
          <w:trHeight w:val="253"/>
        </w:trPr>
        <w:tc>
          <w:tcPr>
            <w:tcW w:w="634" w:type="dxa"/>
            <w:vMerge/>
          </w:tcPr>
          <w:p w14:paraId="586B08F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1D43DC6D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81BB54B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E10241A" w14:textId="05AB1A13" w:rsidTr="00B65DBA">
        <w:trPr>
          <w:trHeight w:val="277"/>
        </w:trPr>
        <w:tc>
          <w:tcPr>
            <w:tcW w:w="634" w:type="dxa"/>
            <w:vMerge w:val="restart"/>
          </w:tcPr>
          <w:p w14:paraId="1279EA77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24</w:t>
            </w:r>
          </w:p>
        </w:tc>
        <w:tc>
          <w:tcPr>
            <w:tcW w:w="2161" w:type="dxa"/>
            <w:vMerge w:val="restart"/>
          </w:tcPr>
          <w:p w14:paraId="6A2495F1" w14:textId="1803D793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Žemas stovas gėlėms su metaliniu rėmu </w:t>
            </w:r>
          </w:p>
        </w:tc>
        <w:tc>
          <w:tcPr>
            <w:tcW w:w="10100" w:type="dxa"/>
            <w:vMerge w:val="restart"/>
          </w:tcPr>
          <w:p w14:paraId="16C73925" w14:textId="231F0B65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(C) varianto brėžinys</w:t>
            </w:r>
          </w:p>
          <w:p w14:paraId="25826F82" w14:textId="3451F29D" w:rsidR="00B65DBA" w:rsidRPr="00497853" w:rsidRDefault="00B65DBA" w:rsidP="0084231B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lastRenderedPageBreak/>
              <w:drawing>
                <wp:inline distT="0" distB="0" distL="0" distR="0" wp14:anchorId="46D52E67" wp14:editId="0ADD5F53">
                  <wp:extent cx="2252132" cy="2026920"/>
                  <wp:effectExtent l="0" t="0" r="0" b="0"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68030A-5025-4100-84B8-80B97E063F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id="{EA68030A-5025-4100-84B8-80B97E063F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155" cy="203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CB3E3" w14:textId="77777777" w:rsidR="00B65DBA" w:rsidRPr="00497853" w:rsidRDefault="00B65DBA" w:rsidP="0084231B">
            <w:pPr>
              <w:pStyle w:val="ListParagraph"/>
              <w:jc w:val="center"/>
              <w:rPr>
                <w:rFonts w:ascii="Arial" w:hAnsi="Arial" w:cs="Arial"/>
                <w:lang w:val="lt-LT"/>
              </w:rPr>
            </w:pPr>
          </w:p>
          <w:p w14:paraId="286CBBB9" w14:textId="05E4A3F3" w:rsidR="00B65DBA" w:rsidRPr="00497853" w:rsidRDefault="00B65DBA" w:rsidP="0084231B">
            <w:pPr>
              <w:jc w:val="center"/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5F60EF8C" w14:textId="69E1C31B" w:rsidTr="00B65DBA">
        <w:trPr>
          <w:trHeight w:val="1134"/>
        </w:trPr>
        <w:tc>
          <w:tcPr>
            <w:tcW w:w="634" w:type="dxa"/>
            <w:vMerge/>
          </w:tcPr>
          <w:p w14:paraId="2AF23674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291FBF8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06F77C1C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0BFCB62D" w14:textId="432EA80C" w:rsidTr="00B65DBA">
        <w:trPr>
          <w:trHeight w:val="1134"/>
        </w:trPr>
        <w:tc>
          <w:tcPr>
            <w:tcW w:w="634" w:type="dxa"/>
            <w:vMerge/>
          </w:tcPr>
          <w:p w14:paraId="5616932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3B1841FE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11E4A78E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</w:tr>
      <w:tr w:rsidR="00B65DBA" w:rsidRPr="00497853" w14:paraId="331F9E9E" w14:textId="26D13F66" w:rsidTr="00B65DBA">
        <w:trPr>
          <w:trHeight w:val="1134"/>
        </w:trPr>
        <w:tc>
          <w:tcPr>
            <w:tcW w:w="634" w:type="dxa"/>
            <w:vMerge w:val="restart"/>
          </w:tcPr>
          <w:p w14:paraId="6F0A2B7B" w14:textId="1308D93A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25</w:t>
            </w:r>
          </w:p>
        </w:tc>
        <w:tc>
          <w:tcPr>
            <w:tcW w:w="2161" w:type="dxa"/>
            <w:vMerge w:val="restart"/>
          </w:tcPr>
          <w:p w14:paraId="74330BB6" w14:textId="73612AA1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Aukštas stovas gėlėms su metaliniu rėmu </w:t>
            </w:r>
          </w:p>
        </w:tc>
        <w:tc>
          <w:tcPr>
            <w:tcW w:w="10100" w:type="dxa"/>
            <w:vMerge w:val="restart"/>
          </w:tcPr>
          <w:p w14:paraId="736845CF" w14:textId="00801788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t>(C) varianto brėžinys:</w:t>
            </w:r>
          </w:p>
          <w:p w14:paraId="6CC87427" w14:textId="77777777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  <w:p w14:paraId="110976CF" w14:textId="5DB688DB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EAD1F46" wp14:editId="188DD005">
                  <wp:extent cx="1215570" cy="1246909"/>
                  <wp:effectExtent l="0" t="0" r="3810" b="0"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8185CA-E3C5-4146-AFDF-EAAFA02C0F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id="{DD8185CA-E3C5-4146-AFDF-EAAFA02C0F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70" cy="124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43172A83" w14:textId="148C5E8B" w:rsidTr="00B65DBA">
        <w:trPr>
          <w:trHeight w:val="1134"/>
        </w:trPr>
        <w:tc>
          <w:tcPr>
            <w:tcW w:w="634" w:type="dxa"/>
            <w:vMerge/>
          </w:tcPr>
          <w:p w14:paraId="08530BB2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74F4668E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A791B3F" w14:textId="77777777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491229B6" w14:textId="5889DE29" w:rsidTr="00B65DBA">
        <w:trPr>
          <w:trHeight w:val="1134"/>
        </w:trPr>
        <w:tc>
          <w:tcPr>
            <w:tcW w:w="634" w:type="dxa"/>
            <w:vMerge/>
          </w:tcPr>
          <w:p w14:paraId="6AC6A945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258B96B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6ED05322" w14:textId="77777777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42DAF83F" w14:textId="317B56E2" w:rsidTr="00B65DBA">
        <w:trPr>
          <w:trHeight w:val="1134"/>
        </w:trPr>
        <w:tc>
          <w:tcPr>
            <w:tcW w:w="634" w:type="dxa"/>
            <w:vMerge/>
          </w:tcPr>
          <w:p w14:paraId="58D6FB11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4A6A8DBF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510EE102" w14:textId="77777777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04CD3C0A" w14:textId="7D0F6B90" w:rsidTr="00B65DBA">
        <w:trPr>
          <w:trHeight w:val="1134"/>
        </w:trPr>
        <w:tc>
          <w:tcPr>
            <w:tcW w:w="634" w:type="dxa"/>
            <w:vMerge/>
          </w:tcPr>
          <w:p w14:paraId="65725FA7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FCC708B" w14:textId="77777777" w:rsidR="00B65DBA" w:rsidRPr="00497853" w:rsidRDefault="00B65DBA" w:rsidP="0084231B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0CED406D" w14:textId="77777777" w:rsidR="00B65DBA" w:rsidRPr="00497853" w:rsidRDefault="00B65DBA" w:rsidP="0084231B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758CFD8B" w14:textId="017498B0" w:rsidTr="00B65DBA">
        <w:trPr>
          <w:trHeight w:val="20"/>
        </w:trPr>
        <w:tc>
          <w:tcPr>
            <w:tcW w:w="634" w:type="dxa"/>
          </w:tcPr>
          <w:p w14:paraId="0C45DA1B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25</w:t>
            </w:r>
          </w:p>
        </w:tc>
        <w:tc>
          <w:tcPr>
            <w:tcW w:w="2161" w:type="dxa"/>
          </w:tcPr>
          <w:p w14:paraId="6ECCFD6C" w14:textId="0FAA572D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Kubas sėdėjimui </w:t>
            </w:r>
          </w:p>
        </w:tc>
        <w:tc>
          <w:tcPr>
            <w:tcW w:w="10100" w:type="dxa"/>
          </w:tcPr>
          <w:p w14:paraId="72E756D3" w14:textId="1D84C4EA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365E0287" wp14:editId="4F93C2F8">
                  <wp:extent cx="1037422" cy="1031391"/>
                  <wp:effectExtent l="0" t="0" r="0" b="0"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DA912E-0343-4C55-8E11-7EE5EE911A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20DA912E-0343-4C55-8E11-7EE5EE911A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422" cy="10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40B8089B" w14:textId="631273A4" w:rsidTr="00B65DBA">
        <w:trPr>
          <w:trHeight w:val="20"/>
        </w:trPr>
        <w:tc>
          <w:tcPr>
            <w:tcW w:w="634" w:type="dxa"/>
          </w:tcPr>
          <w:p w14:paraId="3CE7BD2D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26</w:t>
            </w:r>
          </w:p>
        </w:tc>
        <w:tc>
          <w:tcPr>
            <w:tcW w:w="2161" w:type="dxa"/>
          </w:tcPr>
          <w:p w14:paraId="21512E9B" w14:textId="7DE9AB2B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Veidrodis su rėmu </w:t>
            </w:r>
          </w:p>
        </w:tc>
        <w:tc>
          <w:tcPr>
            <w:tcW w:w="10100" w:type="dxa"/>
          </w:tcPr>
          <w:p w14:paraId="3988D16A" w14:textId="04A26F43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45425888" wp14:editId="1D4B2AEE">
                  <wp:extent cx="1314286" cy="1419048"/>
                  <wp:effectExtent l="0" t="0" r="635" b="0"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51EA6-7F22-483A-B18C-1B09F3FD5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id="{A0C51EA6-7F22-483A-B18C-1B09F3FD5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86" cy="1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27E3BE09" w14:textId="3CBC6DBB" w:rsidTr="00B65DBA">
        <w:trPr>
          <w:trHeight w:val="20"/>
        </w:trPr>
        <w:tc>
          <w:tcPr>
            <w:tcW w:w="634" w:type="dxa"/>
          </w:tcPr>
          <w:p w14:paraId="6F2EFDA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27</w:t>
            </w:r>
          </w:p>
        </w:tc>
        <w:tc>
          <w:tcPr>
            <w:tcW w:w="2161" w:type="dxa"/>
          </w:tcPr>
          <w:p w14:paraId="78C58CE3" w14:textId="124A102B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Supynės su paminkštinta sėdima dalimi </w:t>
            </w:r>
          </w:p>
        </w:tc>
        <w:tc>
          <w:tcPr>
            <w:tcW w:w="10100" w:type="dxa"/>
          </w:tcPr>
          <w:p w14:paraId="685F1F7E" w14:textId="4459791F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</w:rPr>
              <w:drawing>
                <wp:inline distT="0" distB="0" distL="0" distR="0" wp14:anchorId="378865B7" wp14:editId="45DB0207">
                  <wp:extent cx="1525409" cy="1783080"/>
                  <wp:effectExtent l="0" t="0" r="0" b="7620"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B046D6-87AB-4834-AACD-91703D6BF0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75B046D6-87AB-4834-AACD-91703D6BF0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9" cy="179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2D0968F8" w14:textId="29AA940D" w:rsidTr="00B65DBA">
        <w:trPr>
          <w:trHeight w:val="20"/>
        </w:trPr>
        <w:tc>
          <w:tcPr>
            <w:tcW w:w="634" w:type="dxa"/>
          </w:tcPr>
          <w:p w14:paraId="66FE1C8F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28</w:t>
            </w:r>
          </w:p>
        </w:tc>
        <w:tc>
          <w:tcPr>
            <w:tcW w:w="2161" w:type="dxa"/>
          </w:tcPr>
          <w:p w14:paraId="3D9A8A1E" w14:textId="34DC2348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Sėdima palangė </w:t>
            </w:r>
          </w:p>
        </w:tc>
        <w:tc>
          <w:tcPr>
            <w:tcW w:w="10100" w:type="dxa"/>
          </w:tcPr>
          <w:p w14:paraId="28C9DF86" w14:textId="04F8FA78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10CB3FE2" wp14:editId="605E867C">
                  <wp:extent cx="1795875" cy="1046603"/>
                  <wp:effectExtent l="0" t="0" r="0" b="1270"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03E23B-F907-439E-AB6C-4E5625E14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id="{CE03E23B-F907-439E-AB6C-4E5625E14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875" cy="104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21F4B1CB" w14:textId="324209E7" w:rsidTr="00B65DBA">
        <w:trPr>
          <w:trHeight w:val="20"/>
        </w:trPr>
        <w:tc>
          <w:tcPr>
            <w:tcW w:w="634" w:type="dxa"/>
          </w:tcPr>
          <w:p w14:paraId="5D0CBE38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29</w:t>
            </w:r>
          </w:p>
        </w:tc>
        <w:tc>
          <w:tcPr>
            <w:tcW w:w="2161" w:type="dxa"/>
          </w:tcPr>
          <w:p w14:paraId="4CEA592A" w14:textId="11B8ED82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Palangės paminkštinimo elementas (segmentas) </w:t>
            </w:r>
          </w:p>
        </w:tc>
        <w:tc>
          <w:tcPr>
            <w:tcW w:w="10100" w:type="dxa"/>
          </w:tcPr>
          <w:p w14:paraId="2BDD2879" w14:textId="41D5BA5B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DFD7F2E" wp14:editId="310506B7">
                  <wp:extent cx="1799422" cy="1044826"/>
                  <wp:effectExtent l="0" t="0" r="0" b="3175"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AC0BCE-98B0-4470-ABE8-FF4651C352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id="{EFAC0BCE-98B0-4470-ABE8-FF4651C352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22" cy="104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52402CAD" w14:textId="71DE4F2F" w:rsidTr="00B65DBA">
        <w:trPr>
          <w:trHeight w:val="20"/>
        </w:trPr>
        <w:tc>
          <w:tcPr>
            <w:tcW w:w="634" w:type="dxa"/>
          </w:tcPr>
          <w:p w14:paraId="435585D9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30</w:t>
            </w:r>
          </w:p>
        </w:tc>
        <w:tc>
          <w:tcPr>
            <w:tcW w:w="2161" w:type="dxa"/>
          </w:tcPr>
          <w:p w14:paraId="42FCAC26" w14:textId="4948A00B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Radiatoriaus uždengimas </w:t>
            </w:r>
          </w:p>
        </w:tc>
        <w:tc>
          <w:tcPr>
            <w:tcW w:w="10100" w:type="dxa"/>
          </w:tcPr>
          <w:p w14:paraId="7A4199DD" w14:textId="25096BB3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5C7D7EBF" wp14:editId="55744020">
                  <wp:extent cx="1255761" cy="872169"/>
                  <wp:effectExtent l="0" t="0" r="1905" b="4445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22DE82-016F-4457-87BE-D05D61F7C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2922DE82-016F-4457-87BE-D05D61F7C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61" cy="87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3205CA02" w14:textId="628D4ACC" w:rsidTr="00B65DBA">
        <w:trPr>
          <w:trHeight w:val="1134"/>
        </w:trPr>
        <w:tc>
          <w:tcPr>
            <w:tcW w:w="634" w:type="dxa"/>
            <w:vMerge w:val="restart"/>
          </w:tcPr>
          <w:p w14:paraId="02FEBF2B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31</w:t>
            </w:r>
          </w:p>
        </w:tc>
        <w:tc>
          <w:tcPr>
            <w:tcW w:w="2161" w:type="dxa"/>
            <w:vMerge w:val="restart"/>
          </w:tcPr>
          <w:p w14:paraId="01F891B1" w14:textId="414526C2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Revizinės (aptarnavimo) durelės su apvadais.  </w:t>
            </w:r>
          </w:p>
        </w:tc>
        <w:tc>
          <w:tcPr>
            <w:tcW w:w="10100" w:type="dxa"/>
            <w:vMerge w:val="restart"/>
          </w:tcPr>
          <w:p w14:paraId="37873454" w14:textId="382D84B6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4393F120" wp14:editId="1D964400">
                  <wp:extent cx="720030" cy="1129228"/>
                  <wp:effectExtent l="0" t="0" r="4445" b="0"/>
                  <wp:docPr id="74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3E2E84-7DD2-4714-9D63-FA14104146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id="{F83E2E84-7DD2-4714-9D63-FA14104146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30" cy="11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6EF0B00C" wp14:editId="229EAFAD">
                  <wp:extent cx="924235" cy="1083325"/>
                  <wp:effectExtent l="0" t="0" r="9525" b="2540"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370FF5-644B-44FF-A234-F58E5FCB23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id="{6D370FF5-644B-44FF-A234-F58E5FCB2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35" cy="108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4159BD80" w14:textId="5749BCD2" w:rsidTr="00B65DBA">
        <w:trPr>
          <w:trHeight w:val="1134"/>
        </w:trPr>
        <w:tc>
          <w:tcPr>
            <w:tcW w:w="634" w:type="dxa"/>
            <w:vMerge/>
          </w:tcPr>
          <w:p w14:paraId="31EF1D4B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3D439273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7F71871F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  <w:tr w:rsidR="00B65DBA" w:rsidRPr="00497853" w14:paraId="026AD325" w14:textId="4D249159" w:rsidTr="00B65DBA">
        <w:trPr>
          <w:trHeight w:val="20"/>
        </w:trPr>
        <w:tc>
          <w:tcPr>
            <w:tcW w:w="634" w:type="dxa"/>
          </w:tcPr>
          <w:p w14:paraId="23236C05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32</w:t>
            </w:r>
          </w:p>
        </w:tc>
        <w:tc>
          <w:tcPr>
            <w:tcW w:w="2161" w:type="dxa"/>
          </w:tcPr>
          <w:p w14:paraId="20F3C59F" w14:textId="529DAEF9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>Savitarnos rūbinė su monetiniu užraktu.</w:t>
            </w:r>
            <w:r w:rsidRPr="00497853">
              <w:rPr>
                <w:rFonts w:ascii="Arial" w:hAnsi="Arial" w:cs="Arial"/>
                <w:lang w:val="lt-LT"/>
              </w:rPr>
              <w:t xml:space="preserve"> </w:t>
            </w:r>
          </w:p>
        </w:tc>
        <w:tc>
          <w:tcPr>
            <w:tcW w:w="10100" w:type="dxa"/>
          </w:tcPr>
          <w:p w14:paraId="49C4FEA5" w14:textId="1E41FEAE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DAE22B0" wp14:editId="6C756B03">
                  <wp:extent cx="626748" cy="1955493"/>
                  <wp:effectExtent l="0" t="0" r="1905" b="6985"/>
                  <wp:docPr id="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CEEC68-5E21-4159-9A1A-ABC3CC7875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3CEEC68-5E21-4159-9A1A-ABC3CC7875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8" cy="1955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16FBB694" wp14:editId="51981066">
                  <wp:extent cx="910728" cy="1135380"/>
                  <wp:effectExtent l="0" t="0" r="3810" b="7620"/>
                  <wp:docPr id="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069360-D215-44D0-8CB6-DA0C8D8CE2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A069360-D215-44D0-8CB6-DA0C8D8CE2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28" cy="1135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192EC8B7" w14:textId="1549005E" w:rsidTr="00B65DBA">
        <w:trPr>
          <w:trHeight w:val="1978"/>
        </w:trPr>
        <w:tc>
          <w:tcPr>
            <w:tcW w:w="634" w:type="dxa"/>
            <w:vMerge w:val="restart"/>
          </w:tcPr>
          <w:p w14:paraId="5732F3B4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lastRenderedPageBreak/>
              <w:t>33</w:t>
            </w:r>
          </w:p>
        </w:tc>
        <w:tc>
          <w:tcPr>
            <w:tcW w:w="2161" w:type="dxa"/>
            <w:vMerge w:val="restart"/>
          </w:tcPr>
          <w:p w14:paraId="58BC2240" w14:textId="21D0DA6F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lang w:val="lt-LT"/>
              </w:rPr>
              <w:t xml:space="preserve">Savitarnos rūbinė su koduojamu užraktu.  </w:t>
            </w:r>
          </w:p>
        </w:tc>
        <w:tc>
          <w:tcPr>
            <w:tcW w:w="10100" w:type="dxa"/>
            <w:vMerge w:val="restart"/>
          </w:tcPr>
          <w:p w14:paraId="37663F70" w14:textId="388CAFDD" w:rsidR="00B65DBA" w:rsidRPr="00497853" w:rsidRDefault="00B65DBA" w:rsidP="001924F4">
            <w:pPr>
              <w:jc w:val="center"/>
              <w:rPr>
                <w:rFonts w:ascii="Arial" w:hAnsi="Arial" w:cs="Arial"/>
                <w:lang w:val="lt-LT"/>
              </w:rPr>
            </w:pPr>
            <w:r w:rsidRPr="00497853">
              <w:rPr>
                <w:rFonts w:ascii="Arial" w:hAnsi="Arial" w:cs="Arial"/>
                <w:noProof/>
                <w:lang w:val="lt-LT"/>
              </w:rPr>
              <w:drawing>
                <wp:inline distT="0" distB="0" distL="0" distR="0" wp14:anchorId="0B0173AD" wp14:editId="51BF6EF7">
                  <wp:extent cx="1699563" cy="1753518"/>
                  <wp:effectExtent l="0" t="0" r="0" b="0"/>
                  <wp:docPr id="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0DC9E4-949C-4EE9-8CF8-4A9ABCF06E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A0DC9E4-949C-4EE9-8CF8-4A9ABCF06E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63" cy="175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DBA" w:rsidRPr="00497853" w14:paraId="4DF49108" w14:textId="0B2EB7F8" w:rsidTr="00B65DBA">
        <w:trPr>
          <w:trHeight w:val="3162"/>
        </w:trPr>
        <w:tc>
          <w:tcPr>
            <w:tcW w:w="634" w:type="dxa"/>
            <w:vMerge/>
          </w:tcPr>
          <w:p w14:paraId="741F4BC4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2161" w:type="dxa"/>
            <w:vMerge/>
          </w:tcPr>
          <w:p w14:paraId="6FAA9350" w14:textId="77777777" w:rsidR="00B65DBA" w:rsidRPr="00497853" w:rsidRDefault="00B65DBA" w:rsidP="001924F4">
            <w:pPr>
              <w:rPr>
                <w:rFonts w:ascii="Arial" w:hAnsi="Arial" w:cs="Arial"/>
                <w:lang w:val="lt-LT"/>
              </w:rPr>
            </w:pPr>
          </w:p>
        </w:tc>
        <w:tc>
          <w:tcPr>
            <w:tcW w:w="10100" w:type="dxa"/>
            <w:vMerge/>
          </w:tcPr>
          <w:p w14:paraId="46267F75" w14:textId="77777777" w:rsidR="00B65DBA" w:rsidRPr="00497853" w:rsidRDefault="00B65DBA" w:rsidP="001924F4">
            <w:pPr>
              <w:jc w:val="center"/>
              <w:rPr>
                <w:rFonts w:ascii="Arial" w:hAnsi="Arial" w:cs="Arial"/>
                <w:noProof/>
                <w:lang w:val="lt-LT"/>
              </w:rPr>
            </w:pPr>
          </w:p>
        </w:tc>
      </w:tr>
    </w:tbl>
    <w:p w14:paraId="2246B9C5" w14:textId="08588EA7" w:rsidR="00BA1E0E" w:rsidRPr="00497853" w:rsidRDefault="00BA1E0E" w:rsidP="00460A1E">
      <w:pPr>
        <w:pStyle w:val="ListBullet"/>
        <w:numPr>
          <w:ilvl w:val="0"/>
          <w:numId w:val="0"/>
        </w:numPr>
        <w:rPr>
          <w:rFonts w:ascii="Arial" w:hAnsi="Arial" w:cs="Arial"/>
          <w:lang w:val="lt-LT"/>
        </w:rPr>
      </w:pPr>
    </w:p>
    <w:sectPr w:rsidR="00BA1E0E" w:rsidRPr="00497853" w:rsidSect="00B65DBA">
      <w:pgSz w:w="15840" w:h="12240" w:orient="landscape"/>
      <w:pgMar w:top="993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85716E"/>
    <w:multiLevelType w:val="hybridMultilevel"/>
    <w:tmpl w:val="4FC0F5E8"/>
    <w:lvl w:ilvl="0" w:tplc="8EBAF810">
      <w:start w:val="1"/>
      <w:numFmt w:val="upperLetter"/>
      <w:lvlText w:val="(%1)"/>
      <w:lvlJc w:val="left"/>
      <w:pPr>
        <w:ind w:left="927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371E9A"/>
    <w:multiLevelType w:val="hybridMultilevel"/>
    <w:tmpl w:val="0CE404D4"/>
    <w:lvl w:ilvl="0" w:tplc="574A0D5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92EF4"/>
    <w:multiLevelType w:val="hybridMultilevel"/>
    <w:tmpl w:val="7B92273E"/>
    <w:lvl w:ilvl="0" w:tplc="F82C326C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27FA6"/>
    <w:multiLevelType w:val="hybridMultilevel"/>
    <w:tmpl w:val="0ABC3040"/>
    <w:lvl w:ilvl="0" w:tplc="9AD0BF1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F07FE"/>
    <w:multiLevelType w:val="hybridMultilevel"/>
    <w:tmpl w:val="6F580E20"/>
    <w:lvl w:ilvl="0" w:tplc="27D20FCC">
      <w:start w:val="1"/>
      <w:numFmt w:val="upperLetter"/>
      <w:lvlText w:val="(%1)"/>
      <w:lvlJc w:val="left"/>
      <w:pPr>
        <w:ind w:left="248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C1405"/>
    <w:multiLevelType w:val="hybridMultilevel"/>
    <w:tmpl w:val="57FCC00E"/>
    <w:lvl w:ilvl="0" w:tplc="C3AAD0B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62A67"/>
    <w:multiLevelType w:val="hybridMultilevel"/>
    <w:tmpl w:val="38628B2C"/>
    <w:lvl w:ilvl="0" w:tplc="8FFE7D82">
      <w:start w:val="1"/>
      <w:numFmt w:val="upperLetter"/>
      <w:lvlText w:val="(%1)"/>
      <w:lvlJc w:val="left"/>
      <w:pPr>
        <w:ind w:left="675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395" w:hanging="360"/>
      </w:pPr>
    </w:lvl>
    <w:lvl w:ilvl="2" w:tplc="0427001B" w:tentative="1">
      <w:start w:val="1"/>
      <w:numFmt w:val="lowerRoman"/>
      <w:lvlText w:val="%3."/>
      <w:lvlJc w:val="right"/>
      <w:pPr>
        <w:ind w:left="2115" w:hanging="180"/>
      </w:pPr>
    </w:lvl>
    <w:lvl w:ilvl="3" w:tplc="0427000F" w:tentative="1">
      <w:start w:val="1"/>
      <w:numFmt w:val="decimal"/>
      <w:lvlText w:val="%4."/>
      <w:lvlJc w:val="left"/>
      <w:pPr>
        <w:ind w:left="2835" w:hanging="360"/>
      </w:pPr>
    </w:lvl>
    <w:lvl w:ilvl="4" w:tplc="04270019" w:tentative="1">
      <w:start w:val="1"/>
      <w:numFmt w:val="lowerLetter"/>
      <w:lvlText w:val="%5."/>
      <w:lvlJc w:val="left"/>
      <w:pPr>
        <w:ind w:left="3555" w:hanging="360"/>
      </w:pPr>
    </w:lvl>
    <w:lvl w:ilvl="5" w:tplc="0427001B" w:tentative="1">
      <w:start w:val="1"/>
      <w:numFmt w:val="lowerRoman"/>
      <w:lvlText w:val="%6."/>
      <w:lvlJc w:val="right"/>
      <w:pPr>
        <w:ind w:left="4275" w:hanging="180"/>
      </w:pPr>
    </w:lvl>
    <w:lvl w:ilvl="6" w:tplc="0427000F" w:tentative="1">
      <w:start w:val="1"/>
      <w:numFmt w:val="decimal"/>
      <w:lvlText w:val="%7."/>
      <w:lvlJc w:val="left"/>
      <w:pPr>
        <w:ind w:left="4995" w:hanging="360"/>
      </w:pPr>
    </w:lvl>
    <w:lvl w:ilvl="7" w:tplc="04270019" w:tentative="1">
      <w:start w:val="1"/>
      <w:numFmt w:val="lowerLetter"/>
      <w:lvlText w:val="%8."/>
      <w:lvlJc w:val="left"/>
      <w:pPr>
        <w:ind w:left="5715" w:hanging="360"/>
      </w:pPr>
    </w:lvl>
    <w:lvl w:ilvl="8" w:tplc="0427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6" w15:restartNumberingAfterBreak="0">
    <w:nsid w:val="4C74558E"/>
    <w:multiLevelType w:val="hybridMultilevel"/>
    <w:tmpl w:val="13CCBD26"/>
    <w:lvl w:ilvl="0" w:tplc="FEB4D2DE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E7C07"/>
    <w:multiLevelType w:val="hybridMultilevel"/>
    <w:tmpl w:val="EFB0F4D2"/>
    <w:lvl w:ilvl="0" w:tplc="3DF8E69E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90FB3"/>
    <w:multiLevelType w:val="hybridMultilevel"/>
    <w:tmpl w:val="3C1EBC80"/>
    <w:lvl w:ilvl="0" w:tplc="CD6E7C1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4174F6"/>
    <w:multiLevelType w:val="hybridMultilevel"/>
    <w:tmpl w:val="94C0263E"/>
    <w:lvl w:ilvl="0" w:tplc="A246C3C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D2813"/>
    <w:multiLevelType w:val="multilevel"/>
    <w:tmpl w:val="F10A978C"/>
    <w:styleLink w:val="CurrentList1"/>
    <w:lvl w:ilvl="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27C70"/>
    <w:multiLevelType w:val="hybridMultilevel"/>
    <w:tmpl w:val="AA228DEE"/>
    <w:lvl w:ilvl="0" w:tplc="7908A178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850BEC"/>
    <w:multiLevelType w:val="hybridMultilevel"/>
    <w:tmpl w:val="CA04A2AC"/>
    <w:lvl w:ilvl="0" w:tplc="0AD28A0C">
      <w:start w:val="3"/>
      <w:numFmt w:val="upperLetter"/>
      <w:lvlText w:val="(%1)"/>
      <w:lvlJc w:val="left"/>
      <w:pPr>
        <w:ind w:left="720" w:hanging="360"/>
      </w:pPr>
      <w:rPr>
        <w:rFonts w:hint="default"/>
        <w:lang w:val="lt-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1E696D"/>
    <w:multiLevelType w:val="hybridMultilevel"/>
    <w:tmpl w:val="4462C01A"/>
    <w:lvl w:ilvl="0" w:tplc="7F4ABD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95249"/>
    <w:multiLevelType w:val="hybridMultilevel"/>
    <w:tmpl w:val="00F62254"/>
    <w:lvl w:ilvl="0" w:tplc="9DF2DE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EB7FF6"/>
    <w:multiLevelType w:val="hybridMultilevel"/>
    <w:tmpl w:val="9B962EFA"/>
    <w:lvl w:ilvl="0" w:tplc="480EA6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926CE"/>
    <w:multiLevelType w:val="hybridMultilevel"/>
    <w:tmpl w:val="E29AD6C4"/>
    <w:lvl w:ilvl="0" w:tplc="A3047FB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6"/>
  </w:num>
  <w:num w:numId="12">
    <w:abstractNumId w:val="11"/>
  </w:num>
  <w:num w:numId="13">
    <w:abstractNumId w:val="20"/>
  </w:num>
  <w:num w:numId="14">
    <w:abstractNumId w:val="21"/>
  </w:num>
  <w:num w:numId="15">
    <w:abstractNumId w:val="17"/>
  </w:num>
  <w:num w:numId="16">
    <w:abstractNumId w:val="25"/>
  </w:num>
  <w:num w:numId="17">
    <w:abstractNumId w:val="13"/>
  </w:num>
  <w:num w:numId="18">
    <w:abstractNumId w:val="15"/>
  </w:num>
  <w:num w:numId="19">
    <w:abstractNumId w:val="10"/>
  </w:num>
  <w:num w:numId="20">
    <w:abstractNumId w:val="19"/>
  </w:num>
  <w:num w:numId="21">
    <w:abstractNumId w:val="22"/>
  </w:num>
  <w:num w:numId="22">
    <w:abstractNumId w:val="14"/>
  </w:num>
  <w:num w:numId="23">
    <w:abstractNumId w:val="24"/>
  </w:num>
  <w:num w:numId="24">
    <w:abstractNumId w:val="12"/>
  </w:num>
  <w:num w:numId="25">
    <w:abstractNumId w:val="26"/>
  </w:num>
  <w:num w:numId="26">
    <w:abstractNumId w:val="1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C5E"/>
    <w:rsid w:val="0002399B"/>
    <w:rsid w:val="00025570"/>
    <w:rsid w:val="00031FE7"/>
    <w:rsid w:val="00034616"/>
    <w:rsid w:val="00044A94"/>
    <w:rsid w:val="0004618E"/>
    <w:rsid w:val="0006063C"/>
    <w:rsid w:val="00066395"/>
    <w:rsid w:val="00072CFB"/>
    <w:rsid w:val="00074823"/>
    <w:rsid w:val="00081A75"/>
    <w:rsid w:val="000B4DBF"/>
    <w:rsid w:val="000C2A45"/>
    <w:rsid w:val="00142BA2"/>
    <w:rsid w:val="0015074B"/>
    <w:rsid w:val="00153237"/>
    <w:rsid w:val="001567CE"/>
    <w:rsid w:val="00175705"/>
    <w:rsid w:val="001924F4"/>
    <w:rsid w:val="00194A93"/>
    <w:rsid w:val="001E7345"/>
    <w:rsid w:val="001F5B22"/>
    <w:rsid w:val="001F6258"/>
    <w:rsid w:val="00202E22"/>
    <w:rsid w:val="00203D4D"/>
    <w:rsid w:val="002132C4"/>
    <w:rsid w:val="0024444C"/>
    <w:rsid w:val="00251D6D"/>
    <w:rsid w:val="00262024"/>
    <w:rsid w:val="002626EB"/>
    <w:rsid w:val="00266630"/>
    <w:rsid w:val="002839E5"/>
    <w:rsid w:val="00294418"/>
    <w:rsid w:val="0029639D"/>
    <w:rsid w:val="002C0AA3"/>
    <w:rsid w:val="002C3B35"/>
    <w:rsid w:val="002E125C"/>
    <w:rsid w:val="002E4352"/>
    <w:rsid w:val="002F3FF6"/>
    <w:rsid w:val="00304177"/>
    <w:rsid w:val="00326F90"/>
    <w:rsid w:val="00327F03"/>
    <w:rsid w:val="00331B4E"/>
    <w:rsid w:val="0035302E"/>
    <w:rsid w:val="0035486E"/>
    <w:rsid w:val="0035668F"/>
    <w:rsid w:val="00360566"/>
    <w:rsid w:val="00361D3F"/>
    <w:rsid w:val="00362FC2"/>
    <w:rsid w:val="00374672"/>
    <w:rsid w:val="003A143C"/>
    <w:rsid w:val="003A2B05"/>
    <w:rsid w:val="003A3A24"/>
    <w:rsid w:val="003A5790"/>
    <w:rsid w:val="003B1524"/>
    <w:rsid w:val="003B5536"/>
    <w:rsid w:val="003D481B"/>
    <w:rsid w:val="003D7217"/>
    <w:rsid w:val="003E1695"/>
    <w:rsid w:val="003E78D2"/>
    <w:rsid w:val="003F2348"/>
    <w:rsid w:val="00401414"/>
    <w:rsid w:val="00423E43"/>
    <w:rsid w:val="00430EFE"/>
    <w:rsid w:val="004453DE"/>
    <w:rsid w:val="00450228"/>
    <w:rsid w:val="004506C8"/>
    <w:rsid w:val="00460A1E"/>
    <w:rsid w:val="00491EE3"/>
    <w:rsid w:val="00495993"/>
    <w:rsid w:val="00497853"/>
    <w:rsid w:val="004A34D9"/>
    <w:rsid w:val="004E0A7E"/>
    <w:rsid w:val="004F0808"/>
    <w:rsid w:val="00500470"/>
    <w:rsid w:val="00502D1E"/>
    <w:rsid w:val="00507167"/>
    <w:rsid w:val="00540914"/>
    <w:rsid w:val="005811F4"/>
    <w:rsid w:val="00582271"/>
    <w:rsid w:val="005875B9"/>
    <w:rsid w:val="005976CA"/>
    <w:rsid w:val="005A3961"/>
    <w:rsid w:val="005A3B97"/>
    <w:rsid w:val="005A56B5"/>
    <w:rsid w:val="005B1137"/>
    <w:rsid w:val="005E15F8"/>
    <w:rsid w:val="005E16F9"/>
    <w:rsid w:val="005E41CC"/>
    <w:rsid w:val="006047F2"/>
    <w:rsid w:val="00623671"/>
    <w:rsid w:val="00634E5B"/>
    <w:rsid w:val="00635A1D"/>
    <w:rsid w:val="00641218"/>
    <w:rsid w:val="00665B52"/>
    <w:rsid w:val="00667F79"/>
    <w:rsid w:val="00671BBB"/>
    <w:rsid w:val="00675E0C"/>
    <w:rsid w:val="00676E48"/>
    <w:rsid w:val="00685C42"/>
    <w:rsid w:val="006D02F0"/>
    <w:rsid w:val="0070479D"/>
    <w:rsid w:val="00726E6F"/>
    <w:rsid w:val="00730757"/>
    <w:rsid w:val="0075276F"/>
    <w:rsid w:val="00753376"/>
    <w:rsid w:val="00753445"/>
    <w:rsid w:val="00775B34"/>
    <w:rsid w:val="00780CA1"/>
    <w:rsid w:val="007D032B"/>
    <w:rsid w:val="00801D80"/>
    <w:rsid w:val="00822F09"/>
    <w:rsid w:val="00823613"/>
    <w:rsid w:val="00823F6C"/>
    <w:rsid w:val="00832A86"/>
    <w:rsid w:val="00837A57"/>
    <w:rsid w:val="0084231B"/>
    <w:rsid w:val="0085102F"/>
    <w:rsid w:val="0085639A"/>
    <w:rsid w:val="008747E8"/>
    <w:rsid w:val="00880015"/>
    <w:rsid w:val="008C12EE"/>
    <w:rsid w:val="008D39EC"/>
    <w:rsid w:val="008F4550"/>
    <w:rsid w:val="008F67EE"/>
    <w:rsid w:val="00915B1B"/>
    <w:rsid w:val="00921FD2"/>
    <w:rsid w:val="00946E71"/>
    <w:rsid w:val="0096018D"/>
    <w:rsid w:val="00966BDB"/>
    <w:rsid w:val="00970601"/>
    <w:rsid w:val="009751E9"/>
    <w:rsid w:val="00987C9C"/>
    <w:rsid w:val="009903EE"/>
    <w:rsid w:val="00996117"/>
    <w:rsid w:val="009A798D"/>
    <w:rsid w:val="009D3BE3"/>
    <w:rsid w:val="009D47F2"/>
    <w:rsid w:val="00A113B3"/>
    <w:rsid w:val="00A2304C"/>
    <w:rsid w:val="00A30804"/>
    <w:rsid w:val="00A7041A"/>
    <w:rsid w:val="00A81300"/>
    <w:rsid w:val="00AA1D8D"/>
    <w:rsid w:val="00AC1F2A"/>
    <w:rsid w:val="00AC3289"/>
    <w:rsid w:val="00AC38C4"/>
    <w:rsid w:val="00AC530E"/>
    <w:rsid w:val="00AD18FF"/>
    <w:rsid w:val="00AE2B4E"/>
    <w:rsid w:val="00AE691E"/>
    <w:rsid w:val="00B07244"/>
    <w:rsid w:val="00B11A27"/>
    <w:rsid w:val="00B41600"/>
    <w:rsid w:val="00B47730"/>
    <w:rsid w:val="00B50D08"/>
    <w:rsid w:val="00B62010"/>
    <w:rsid w:val="00B65DBA"/>
    <w:rsid w:val="00B74147"/>
    <w:rsid w:val="00B76917"/>
    <w:rsid w:val="00BA1E0E"/>
    <w:rsid w:val="00BD4B3B"/>
    <w:rsid w:val="00BD5F8A"/>
    <w:rsid w:val="00BF2552"/>
    <w:rsid w:val="00BF325A"/>
    <w:rsid w:val="00BF4B43"/>
    <w:rsid w:val="00C46955"/>
    <w:rsid w:val="00C55101"/>
    <w:rsid w:val="00C91AC5"/>
    <w:rsid w:val="00C93158"/>
    <w:rsid w:val="00CB0664"/>
    <w:rsid w:val="00D34047"/>
    <w:rsid w:val="00D469C5"/>
    <w:rsid w:val="00D73CA4"/>
    <w:rsid w:val="00D8441A"/>
    <w:rsid w:val="00DD17DE"/>
    <w:rsid w:val="00DD59BE"/>
    <w:rsid w:val="00DE2F76"/>
    <w:rsid w:val="00E25B08"/>
    <w:rsid w:val="00E27DB7"/>
    <w:rsid w:val="00E44557"/>
    <w:rsid w:val="00E61820"/>
    <w:rsid w:val="00E74873"/>
    <w:rsid w:val="00E81EF2"/>
    <w:rsid w:val="00EA1F9B"/>
    <w:rsid w:val="00EC2791"/>
    <w:rsid w:val="00EF262F"/>
    <w:rsid w:val="00F32CAA"/>
    <w:rsid w:val="00F42F07"/>
    <w:rsid w:val="00F60512"/>
    <w:rsid w:val="00F6189E"/>
    <w:rsid w:val="00F65B0D"/>
    <w:rsid w:val="00F802AE"/>
    <w:rsid w:val="00F834BA"/>
    <w:rsid w:val="00F84269"/>
    <w:rsid w:val="00F871BD"/>
    <w:rsid w:val="00F91A7F"/>
    <w:rsid w:val="00F9647B"/>
    <w:rsid w:val="00FB7FD5"/>
    <w:rsid w:val="00FC6393"/>
    <w:rsid w:val="00FC693F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83F04F"/>
  <w14:defaultImageDpi w14:val="300"/>
  <w15:docId w15:val="{B0F8C5D3-8C71-4231-9FEE-FD266D710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31B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A2B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B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B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B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B0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4618E"/>
    <w:pPr>
      <w:spacing w:after="0" w:line="240" w:lineRule="auto"/>
    </w:pPr>
  </w:style>
  <w:style w:type="numbering" w:customStyle="1" w:styleId="CurrentList1">
    <w:name w:val="Current List1"/>
    <w:uiPriority w:val="99"/>
    <w:rsid w:val="001924F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8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1228</Words>
  <Characters>700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Daiva Raguotienė</cp:lastModifiedBy>
  <cp:revision>7</cp:revision>
  <dcterms:created xsi:type="dcterms:W3CDTF">2026-06-02T11:40:00Z</dcterms:created>
  <dcterms:modified xsi:type="dcterms:W3CDTF">2026-06-04T09:20:00Z</dcterms:modified>
  <cp:category/>
</cp:coreProperties>
</file>