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3E2D0" w14:textId="77777777" w:rsidR="008805B0" w:rsidRPr="0088532F" w:rsidRDefault="0016782B">
      <w:pPr>
        <w:jc w:val="right"/>
        <w:rPr>
          <w:lang w:val="pt-BR"/>
        </w:rPr>
      </w:pPr>
      <w:r w:rsidRPr="0088532F">
        <w:rPr>
          <w:lang w:val="pt-BR"/>
        </w:rPr>
        <w:t>Pirkimo sąlygų 12 priedas</w:t>
      </w:r>
      <w:r w:rsidRPr="0088532F">
        <w:rPr>
          <w:lang w:val="pt-BR"/>
        </w:rPr>
        <w:br/>
        <w:t>„Specialistų patirties lentelės ekonominio naudingumo balams nustatyti“</w:t>
      </w:r>
    </w:p>
    <w:p w14:paraId="02F1167D" w14:textId="77777777" w:rsidR="008805B0" w:rsidRPr="0088532F" w:rsidRDefault="0016782B">
      <w:pPr>
        <w:jc w:val="center"/>
        <w:rPr>
          <w:lang w:val="pt-BR"/>
        </w:rPr>
      </w:pPr>
      <w:r w:rsidRPr="0088532F">
        <w:rPr>
          <w:b/>
          <w:sz w:val="24"/>
          <w:lang w:val="pt-BR"/>
        </w:rPr>
        <w:t>SPECIALISTŲ PATIRTIES LENTELĖS EKONOMINIO NAUDINGUMO BALAMS NUSTATYTI</w:t>
      </w:r>
    </w:p>
    <w:p w14:paraId="75F8737A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t>Kiekvienai T1–T3 pozicijai pildoma atskira lentelė. Vertinamas tik tas pats specialistas, kuris nurodytas kvalifikacijos atitikties dokumentuose pagal atitinkamą Specialiųjų pirkimo sąlygų 4 priedo papunktį. Balai skiriami tik už papildomus renginius, kurie nenaudojami minimaliam kvalifikacijos reikalavimui pagrįsti.</w:t>
      </w:r>
    </w:p>
    <w:p w14:paraId="577306C2" w14:textId="364A6983" w:rsidR="008805B0" w:rsidRPr="0088532F" w:rsidRDefault="0016782B">
      <w:pPr>
        <w:rPr>
          <w:lang w:val="pt-BR"/>
        </w:rPr>
      </w:pPr>
      <w:r w:rsidRPr="0088532F">
        <w:rPr>
          <w:b/>
          <w:sz w:val="20"/>
          <w:lang w:val="pt-BR"/>
        </w:rPr>
        <w:t>T1 – Renginių organizavimo vadovas</w:t>
      </w:r>
      <w:r w:rsidR="0088532F" w:rsidRPr="0088532F">
        <w:rPr>
          <w:b/>
          <w:sz w:val="20"/>
          <w:lang w:val="pt-BR"/>
        </w:rPr>
        <w:t xml:space="preserve"> </w:t>
      </w:r>
      <w:r w:rsidR="0088532F">
        <w:rPr>
          <w:b/>
          <w:sz w:val="20"/>
          <w:lang w:val="pt-BR"/>
        </w:rPr>
        <w:t>(projekto vadovas)</w:t>
      </w:r>
      <w:r w:rsidRPr="0088532F">
        <w:rPr>
          <w:b/>
          <w:sz w:val="20"/>
          <w:lang w:val="pt-BR"/>
        </w:rPr>
        <w:t xml:space="preserve"> papildoma patirtis (ne daugiau kaip 15 balų)</w:t>
      </w:r>
    </w:p>
    <w:p w14:paraId="72D71F8F" w14:textId="4359E667" w:rsidR="008805B0" w:rsidRPr="0088532F" w:rsidRDefault="0016782B">
      <w:pPr>
        <w:rPr>
          <w:lang w:val="pt-BR"/>
        </w:rPr>
      </w:pPr>
      <w:r w:rsidRPr="0088532F">
        <w:rPr>
          <w:lang w:val="pt-BR"/>
        </w:rPr>
        <w:t>Vertinamas tas pats Renginių organizavimo vadovas</w:t>
      </w:r>
      <w:r w:rsidR="0088532F">
        <w:rPr>
          <w:lang w:val="pt-BR"/>
        </w:rPr>
        <w:t xml:space="preserve"> (projekto vadovas)</w:t>
      </w:r>
      <w:r w:rsidRPr="0088532F">
        <w:rPr>
          <w:lang w:val="pt-BR"/>
        </w:rPr>
        <w:t>, kuris siūlomas pagal SPS 4 priedo 1 lentelės 2.1 papunktis. Šioje lentelėje negali būti nurodomas renginys, kuriuo grindžiamas minimalus kvalifikacijos reikalavimas.</w:t>
      </w:r>
    </w:p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69"/>
        <w:gridCol w:w="9071"/>
      </w:tblGrid>
      <w:tr w:rsidR="008805B0" w14:paraId="0490F561" w14:textId="77777777">
        <w:trPr>
          <w:jc w:val="center"/>
        </w:trPr>
        <w:tc>
          <w:tcPr>
            <w:tcW w:w="5669" w:type="dxa"/>
            <w:vAlign w:val="center"/>
          </w:tcPr>
          <w:p w14:paraId="41E29E0C" w14:textId="77777777" w:rsidR="008805B0" w:rsidRDefault="0016782B">
            <w:pPr>
              <w:spacing w:after="0"/>
            </w:pPr>
            <w:proofErr w:type="spellStart"/>
            <w:r>
              <w:rPr>
                <w:b/>
                <w:sz w:val="16"/>
              </w:rPr>
              <w:t>Specialisto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vardas</w:t>
            </w:r>
            <w:proofErr w:type="spellEnd"/>
            <w:r>
              <w:rPr>
                <w:b/>
                <w:sz w:val="16"/>
              </w:rPr>
              <w:t xml:space="preserve">, </w:t>
            </w:r>
            <w:proofErr w:type="spellStart"/>
            <w:r>
              <w:rPr>
                <w:b/>
                <w:sz w:val="16"/>
              </w:rPr>
              <w:t>pavardė</w:t>
            </w:r>
            <w:proofErr w:type="spellEnd"/>
          </w:p>
        </w:tc>
        <w:tc>
          <w:tcPr>
            <w:tcW w:w="9071" w:type="dxa"/>
            <w:vAlign w:val="center"/>
          </w:tcPr>
          <w:p w14:paraId="2DD5F7D2" w14:textId="77777777" w:rsidR="008805B0" w:rsidRDefault="008805B0">
            <w:pPr>
              <w:spacing w:after="0"/>
            </w:pPr>
          </w:p>
        </w:tc>
      </w:tr>
      <w:tr w:rsidR="008805B0" w14:paraId="07F7F4F9" w14:textId="77777777">
        <w:trPr>
          <w:jc w:val="center"/>
        </w:trPr>
        <w:tc>
          <w:tcPr>
            <w:tcW w:w="5669" w:type="dxa"/>
            <w:vAlign w:val="center"/>
          </w:tcPr>
          <w:p w14:paraId="482245A8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Pozicija</w:t>
            </w:r>
          </w:p>
        </w:tc>
        <w:tc>
          <w:tcPr>
            <w:tcW w:w="9071" w:type="dxa"/>
            <w:vAlign w:val="center"/>
          </w:tcPr>
          <w:p w14:paraId="65D71971" w14:textId="77777777" w:rsidR="008805B0" w:rsidRDefault="0016782B">
            <w:pPr>
              <w:spacing w:after="0"/>
            </w:pPr>
            <w:r>
              <w:rPr>
                <w:sz w:val="16"/>
              </w:rPr>
              <w:t>Renginių organizavimo vadovas</w:t>
            </w:r>
          </w:p>
        </w:tc>
      </w:tr>
      <w:tr w:rsidR="008805B0" w14:paraId="2E1B2F82" w14:textId="77777777">
        <w:trPr>
          <w:jc w:val="center"/>
        </w:trPr>
        <w:tc>
          <w:tcPr>
            <w:tcW w:w="5669" w:type="dxa"/>
            <w:vAlign w:val="center"/>
          </w:tcPr>
          <w:p w14:paraId="4E7D9DAB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Kvalifikacijos reikalavimo nuoroda</w:t>
            </w:r>
          </w:p>
        </w:tc>
        <w:tc>
          <w:tcPr>
            <w:tcW w:w="9071" w:type="dxa"/>
            <w:vAlign w:val="center"/>
          </w:tcPr>
          <w:p w14:paraId="44167F37" w14:textId="77777777" w:rsidR="008805B0" w:rsidRDefault="0016782B">
            <w:pPr>
              <w:spacing w:after="0"/>
            </w:pPr>
            <w:r>
              <w:rPr>
                <w:sz w:val="16"/>
              </w:rPr>
              <w:t>SPS 4 priedo 1 lentelės 2.1 papunktis</w:t>
            </w:r>
          </w:p>
        </w:tc>
      </w:tr>
      <w:tr w:rsidR="008805B0" w14:paraId="63BC2315" w14:textId="77777777">
        <w:trPr>
          <w:jc w:val="center"/>
        </w:trPr>
        <w:tc>
          <w:tcPr>
            <w:tcW w:w="5669" w:type="dxa"/>
            <w:vAlign w:val="center"/>
          </w:tcPr>
          <w:p w14:paraId="63FA4F7D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Patvirtinimas, kad tai tas pats kvalifikacijai pasiūlytas specialistas</w:t>
            </w:r>
          </w:p>
        </w:tc>
        <w:tc>
          <w:tcPr>
            <w:tcW w:w="9071" w:type="dxa"/>
            <w:vAlign w:val="center"/>
          </w:tcPr>
          <w:p w14:paraId="14C85045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Ne</w:t>
            </w:r>
          </w:p>
        </w:tc>
      </w:tr>
    </w:tbl>
    <w:p w14:paraId="439AC96D" w14:textId="77777777" w:rsidR="008805B0" w:rsidRDefault="008805B0"/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701"/>
        <w:gridCol w:w="2268"/>
        <w:gridCol w:w="2268"/>
        <w:gridCol w:w="1134"/>
        <w:gridCol w:w="2835"/>
        <w:gridCol w:w="2268"/>
        <w:gridCol w:w="2268"/>
      </w:tblGrid>
      <w:tr w:rsidR="008805B0" w14:paraId="0B6337F8" w14:textId="77777777">
        <w:trPr>
          <w:tblHeader/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242E2A8C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Eil. Nr.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1A230F6F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Renginio pavadinimas ir trumpas aprašymas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4E13CF3E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A ar B lygis ir požymių pagrindimas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69026705" w14:textId="77777777" w:rsidR="008805B0" w:rsidRDefault="0016782B">
            <w:pPr>
              <w:spacing w:after="0"/>
            </w:pPr>
            <w:proofErr w:type="spellStart"/>
            <w:r>
              <w:rPr>
                <w:b/>
                <w:sz w:val="16"/>
              </w:rPr>
              <w:t>Renginio</w:t>
            </w:r>
            <w:proofErr w:type="spellEnd"/>
            <w:r>
              <w:rPr>
                <w:b/>
                <w:sz w:val="16"/>
              </w:rPr>
              <w:t xml:space="preserve"> data / </w:t>
            </w:r>
            <w:proofErr w:type="spellStart"/>
            <w:r>
              <w:rPr>
                <w:b/>
                <w:sz w:val="16"/>
              </w:rPr>
              <w:t>laikotarpis</w:t>
            </w:r>
            <w:proofErr w:type="spellEnd"/>
          </w:p>
        </w:tc>
        <w:tc>
          <w:tcPr>
            <w:tcW w:w="2268" w:type="dxa"/>
            <w:shd w:val="clear" w:color="auto" w:fill="D9EAF7"/>
            <w:vAlign w:val="center"/>
          </w:tcPr>
          <w:p w14:paraId="1C37216E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Organizatorius / užsakovas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0A0A410C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Užsakovo kontaktinis asmuo</w:t>
            </w:r>
          </w:p>
        </w:tc>
        <w:tc>
          <w:tcPr>
            <w:tcW w:w="1134" w:type="dxa"/>
            <w:shd w:val="clear" w:color="auto" w:fill="D9EAF7"/>
            <w:vAlign w:val="center"/>
          </w:tcPr>
          <w:p w14:paraId="466E12CB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Dalyvių skaičius</w:t>
            </w:r>
          </w:p>
        </w:tc>
        <w:tc>
          <w:tcPr>
            <w:tcW w:w="2835" w:type="dxa"/>
            <w:shd w:val="clear" w:color="auto" w:fill="D9EAF7"/>
            <w:vAlign w:val="center"/>
          </w:tcPr>
          <w:p w14:paraId="07D3E0BF" w14:textId="27E15622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Specialisto, kaip renginio organizavimo vadovo</w:t>
            </w:r>
            <w:r w:rsidR="0088532F">
              <w:rPr>
                <w:b/>
                <w:sz w:val="16"/>
                <w:lang w:val="pt-BR"/>
              </w:rPr>
              <w:t xml:space="preserve"> (projekto vadovo) </w:t>
            </w:r>
            <w:r w:rsidRPr="0088532F">
              <w:rPr>
                <w:b/>
                <w:sz w:val="16"/>
                <w:lang w:val="pt-BR"/>
              </w:rPr>
              <w:t>, atliktos funkcijos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6661C18C" w14:textId="77777777" w:rsidR="008805B0" w:rsidRDefault="0016782B">
            <w:pPr>
              <w:spacing w:after="0"/>
            </w:pPr>
            <w:r w:rsidRPr="0088532F">
              <w:rPr>
                <w:b/>
                <w:sz w:val="16"/>
                <w:lang w:val="pt-BR"/>
              </w:rPr>
              <w:t xml:space="preserve">Ar renginys naudojamas minimaliai kvalifikacijai pagrįsti?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</w:rPr>
              <w:t>turi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būti</w:t>
            </w:r>
            <w:proofErr w:type="spellEnd"/>
            <w:r>
              <w:rPr>
                <w:b/>
                <w:sz w:val="16"/>
              </w:rPr>
              <w:t xml:space="preserve"> „Ne“)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4F4B009C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Įrodantis dokumentas / nuoroda</w:t>
            </w:r>
          </w:p>
        </w:tc>
      </w:tr>
      <w:tr w:rsidR="008805B0" w14:paraId="4529A693" w14:textId="77777777">
        <w:trPr>
          <w:jc w:val="center"/>
        </w:trPr>
        <w:tc>
          <w:tcPr>
            <w:tcW w:w="567" w:type="dxa"/>
            <w:vAlign w:val="center"/>
          </w:tcPr>
          <w:p w14:paraId="7866C9A8" w14:textId="77777777" w:rsidR="008805B0" w:rsidRDefault="0016782B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1A532473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02AA1158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51680DF9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FECDB5C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5CA810FE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36A0BF6F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4FDCD306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59874E1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24C8C491" w14:textId="77777777" w:rsidR="008805B0" w:rsidRDefault="008805B0">
            <w:pPr>
              <w:spacing w:after="0"/>
            </w:pPr>
          </w:p>
        </w:tc>
      </w:tr>
      <w:tr w:rsidR="008805B0" w14:paraId="250A0638" w14:textId="77777777">
        <w:trPr>
          <w:jc w:val="center"/>
        </w:trPr>
        <w:tc>
          <w:tcPr>
            <w:tcW w:w="567" w:type="dxa"/>
            <w:vAlign w:val="center"/>
          </w:tcPr>
          <w:p w14:paraId="69E81C35" w14:textId="77777777" w:rsidR="008805B0" w:rsidRDefault="0016782B">
            <w:pPr>
              <w:spacing w:after="0"/>
            </w:pPr>
            <w:r>
              <w:rPr>
                <w:sz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088F100C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3675A52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5F01044F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50F22BD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0B496E8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5B0E31D9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4A9B3D81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0935860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6FB244E5" w14:textId="77777777" w:rsidR="008805B0" w:rsidRDefault="008805B0">
            <w:pPr>
              <w:spacing w:after="0"/>
            </w:pPr>
          </w:p>
        </w:tc>
      </w:tr>
      <w:tr w:rsidR="008805B0" w14:paraId="4F68490F" w14:textId="77777777">
        <w:trPr>
          <w:jc w:val="center"/>
        </w:trPr>
        <w:tc>
          <w:tcPr>
            <w:tcW w:w="567" w:type="dxa"/>
            <w:vAlign w:val="center"/>
          </w:tcPr>
          <w:p w14:paraId="0C9D6418" w14:textId="77777777" w:rsidR="008805B0" w:rsidRDefault="0016782B">
            <w:pPr>
              <w:spacing w:after="0"/>
            </w:pPr>
            <w:r>
              <w:rPr>
                <w:sz w:val="16"/>
              </w:rPr>
              <w:t>3</w:t>
            </w:r>
          </w:p>
        </w:tc>
        <w:tc>
          <w:tcPr>
            <w:tcW w:w="2268" w:type="dxa"/>
            <w:vAlign w:val="center"/>
          </w:tcPr>
          <w:p w14:paraId="0D15A6B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2A98496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0C503A9F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CE5AE3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25966A0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0AC2B84F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6B255A4E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306579A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755B6CC2" w14:textId="77777777" w:rsidR="008805B0" w:rsidRDefault="008805B0">
            <w:pPr>
              <w:spacing w:after="0"/>
            </w:pPr>
          </w:p>
        </w:tc>
      </w:tr>
      <w:tr w:rsidR="008805B0" w14:paraId="1322A80A" w14:textId="77777777">
        <w:trPr>
          <w:jc w:val="center"/>
        </w:trPr>
        <w:tc>
          <w:tcPr>
            <w:tcW w:w="567" w:type="dxa"/>
            <w:vAlign w:val="center"/>
          </w:tcPr>
          <w:p w14:paraId="6EC7A494" w14:textId="77777777" w:rsidR="008805B0" w:rsidRDefault="0016782B">
            <w:pPr>
              <w:spacing w:after="0"/>
            </w:pPr>
            <w:r>
              <w:rPr>
                <w:sz w:val="16"/>
              </w:rPr>
              <w:t>4</w:t>
            </w:r>
          </w:p>
        </w:tc>
        <w:tc>
          <w:tcPr>
            <w:tcW w:w="2268" w:type="dxa"/>
            <w:vAlign w:val="center"/>
          </w:tcPr>
          <w:p w14:paraId="7C01C3B0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ABD35F0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77CB33E4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992ADC2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B20D61A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55C26921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1E47EDFB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8818B9A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2CD56F7C" w14:textId="77777777" w:rsidR="008805B0" w:rsidRDefault="008805B0">
            <w:pPr>
              <w:spacing w:after="0"/>
            </w:pPr>
          </w:p>
        </w:tc>
      </w:tr>
    </w:tbl>
    <w:p w14:paraId="33953FC1" w14:textId="77777777" w:rsidR="008805B0" w:rsidRDefault="008805B0"/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3"/>
        <w:gridCol w:w="7937"/>
      </w:tblGrid>
      <w:tr w:rsidR="008805B0" w:rsidRPr="0088532F" w14:paraId="42D4AFCB" w14:textId="77777777">
        <w:trPr>
          <w:tblHeader/>
          <w:jc w:val="center"/>
        </w:trPr>
        <w:tc>
          <w:tcPr>
            <w:tcW w:w="6803" w:type="dxa"/>
            <w:shd w:val="clear" w:color="auto" w:fill="D9EAF7"/>
            <w:vAlign w:val="center"/>
          </w:tcPr>
          <w:p w14:paraId="7FBBAAD2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Pridedami įrodymai</w:t>
            </w:r>
          </w:p>
        </w:tc>
        <w:tc>
          <w:tcPr>
            <w:tcW w:w="7937" w:type="dxa"/>
            <w:shd w:val="clear" w:color="auto" w:fill="D9EAF7"/>
            <w:vAlign w:val="center"/>
          </w:tcPr>
          <w:p w14:paraId="5D954714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Pažymėti ir nurodyti failo pavadinimą / nuorodą</w:t>
            </w:r>
          </w:p>
        </w:tc>
      </w:tr>
      <w:tr w:rsidR="008805B0" w14:paraId="4D4B67D5" w14:textId="77777777">
        <w:trPr>
          <w:jc w:val="center"/>
        </w:trPr>
        <w:tc>
          <w:tcPr>
            <w:tcW w:w="6803" w:type="dxa"/>
            <w:vAlign w:val="center"/>
          </w:tcPr>
          <w:p w14:paraId="7468DD4D" w14:textId="77777777" w:rsidR="008805B0" w:rsidRDefault="0016782B">
            <w:pPr>
              <w:spacing w:after="0"/>
            </w:pPr>
            <w:proofErr w:type="spellStart"/>
            <w:r>
              <w:rPr>
                <w:sz w:val="16"/>
              </w:rPr>
              <w:t>Užsakovo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pažyma</w:t>
            </w:r>
            <w:proofErr w:type="spellEnd"/>
          </w:p>
        </w:tc>
        <w:tc>
          <w:tcPr>
            <w:tcW w:w="7937" w:type="dxa"/>
            <w:vAlign w:val="center"/>
          </w:tcPr>
          <w:p w14:paraId="75FEDC03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  __________________________________</w:t>
            </w:r>
          </w:p>
        </w:tc>
      </w:tr>
      <w:tr w:rsidR="008805B0" w14:paraId="302BD113" w14:textId="77777777">
        <w:trPr>
          <w:jc w:val="center"/>
        </w:trPr>
        <w:tc>
          <w:tcPr>
            <w:tcW w:w="6803" w:type="dxa"/>
            <w:vAlign w:val="center"/>
          </w:tcPr>
          <w:p w14:paraId="60DB433F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sz w:val="16"/>
                <w:lang w:val="pt-BR"/>
              </w:rPr>
              <w:t>Nuoroda į viešai prieinamą informaciją</w:t>
            </w:r>
          </w:p>
        </w:tc>
        <w:tc>
          <w:tcPr>
            <w:tcW w:w="7937" w:type="dxa"/>
            <w:vAlign w:val="center"/>
          </w:tcPr>
          <w:p w14:paraId="56AFC52A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  _</w:t>
            </w:r>
            <w:proofErr w:type="gramEnd"/>
            <w:r>
              <w:rPr>
                <w:sz w:val="16"/>
              </w:rPr>
              <w:t>_________________________________</w:t>
            </w:r>
          </w:p>
        </w:tc>
      </w:tr>
      <w:tr w:rsidR="008805B0" w14:paraId="53371B15" w14:textId="77777777">
        <w:trPr>
          <w:jc w:val="center"/>
        </w:trPr>
        <w:tc>
          <w:tcPr>
            <w:tcW w:w="6803" w:type="dxa"/>
            <w:vAlign w:val="center"/>
          </w:tcPr>
          <w:p w14:paraId="1C008033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sz w:val="16"/>
                <w:lang w:val="pt-BR"/>
              </w:rPr>
              <w:t>Kiti specialisto dalyvavimą ir funkcijas pagrindžiantys dokumentai</w:t>
            </w:r>
          </w:p>
        </w:tc>
        <w:tc>
          <w:tcPr>
            <w:tcW w:w="7937" w:type="dxa"/>
            <w:vAlign w:val="center"/>
          </w:tcPr>
          <w:p w14:paraId="5A42E424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  _</w:t>
            </w:r>
            <w:proofErr w:type="gramEnd"/>
            <w:r>
              <w:rPr>
                <w:sz w:val="16"/>
              </w:rPr>
              <w:t>_________________________________</w:t>
            </w:r>
          </w:p>
        </w:tc>
      </w:tr>
    </w:tbl>
    <w:p w14:paraId="0416E4F3" w14:textId="77777777" w:rsidR="008805B0" w:rsidRDefault="0016782B">
      <w:r>
        <w:t>Patvirtinu, kad pateikti duomenys yra teisingi ir išsamūs, o visi nurodyti renginiai yra papildomi ir nebuvo naudojami šio specialisto minimaliai kvalifikacijai pagrįsti.</w:t>
      </w:r>
    </w:p>
    <w:p w14:paraId="7D59FC77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t>Specialisto vardas, pavardė, parašas, data: ______________________________</w:t>
      </w:r>
    </w:p>
    <w:p w14:paraId="0037584C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br w:type="page"/>
      </w:r>
    </w:p>
    <w:p w14:paraId="664300D9" w14:textId="77777777" w:rsidR="008805B0" w:rsidRDefault="0016782B">
      <w:r>
        <w:rPr>
          <w:b/>
          <w:sz w:val="20"/>
        </w:rPr>
        <w:t xml:space="preserve">T2 – </w:t>
      </w:r>
      <w:proofErr w:type="spellStart"/>
      <w:r>
        <w:rPr>
          <w:b/>
          <w:sz w:val="20"/>
        </w:rPr>
        <w:t>Renginių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koordinatorius</w:t>
      </w:r>
      <w:proofErr w:type="spellEnd"/>
      <w:r>
        <w:rPr>
          <w:b/>
          <w:sz w:val="20"/>
        </w:rPr>
        <w:t xml:space="preserve"> Nr. 1 papildoma patirtis (ne daugiau kaip 10 balų)</w:t>
      </w:r>
    </w:p>
    <w:p w14:paraId="3384693D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t>Vertinamas tas pats Renginių koordinatorius Nr. 1, kuris siūlomas pagal SPS 4 priedo 1 lentelės 2.2 papunktis. Šioje lentelėje negali būti nurodomas renginys, kuriuo grindžiamas minimalus kvalifikacijos reikalavimas.</w:t>
      </w:r>
    </w:p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69"/>
        <w:gridCol w:w="9071"/>
      </w:tblGrid>
      <w:tr w:rsidR="008805B0" w14:paraId="5F550CB5" w14:textId="77777777">
        <w:trPr>
          <w:jc w:val="center"/>
        </w:trPr>
        <w:tc>
          <w:tcPr>
            <w:tcW w:w="5669" w:type="dxa"/>
            <w:vAlign w:val="center"/>
          </w:tcPr>
          <w:p w14:paraId="79C61A4E" w14:textId="77777777" w:rsidR="008805B0" w:rsidRDefault="0016782B">
            <w:pPr>
              <w:spacing w:after="0"/>
            </w:pPr>
            <w:proofErr w:type="spellStart"/>
            <w:r>
              <w:rPr>
                <w:b/>
                <w:sz w:val="16"/>
              </w:rPr>
              <w:t>Specialisto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vardas</w:t>
            </w:r>
            <w:proofErr w:type="spellEnd"/>
            <w:r>
              <w:rPr>
                <w:b/>
                <w:sz w:val="16"/>
              </w:rPr>
              <w:t xml:space="preserve">, </w:t>
            </w:r>
            <w:proofErr w:type="spellStart"/>
            <w:r>
              <w:rPr>
                <w:b/>
                <w:sz w:val="16"/>
              </w:rPr>
              <w:t>pavardė</w:t>
            </w:r>
            <w:proofErr w:type="spellEnd"/>
          </w:p>
        </w:tc>
        <w:tc>
          <w:tcPr>
            <w:tcW w:w="9071" w:type="dxa"/>
            <w:vAlign w:val="center"/>
          </w:tcPr>
          <w:p w14:paraId="3FEC17AD" w14:textId="77777777" w:rsidR="008805B0" w:rsidRDefault="008805B0">
            <w:pPr>
              <w:spacing w:after="0"/>
            </w:pPr>
          </w:p>
        </w:tc>
      </w:tr>
      <w:tr w:rsidR="008805B0" w14:paraId="1DC0AB44" w14:textId="77777777">
        <w:trPr>
          <w:jc w:val="center"/>
        </w:trPr>
        <w:tc>
          <w:tcPr>
            <w:tcW w:w="5669" w:type="dxa"/>
            <w:vAlign w:val="center"/>
          </w:tcPr>
          <w:p w14:paraId="5CD552D2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Pozicija</w:t>
            </w:r>
          </w:p>
        </w:tc>
        <w:tc>
          <w:tcPr>
            <w:tcW w:w="9071" w:type="dxa"/>
            <w:vAlign w:val="center"/>
          </w:tcPr>
          <w:p w14:paraId="7ED71EAC" w14:textId="77777777" w:rsidR="008805B0" w:rsidRDefault="0016782B">
            <w:pPr>
              <w:spacing w:after="0"/>
            </w:pPr>
            <w:r>
              <w:rPr>
                <w:sz w:val="16"/>
              </w:rPr>
              <w:t>Renginių koordinatorius Nr. 1</w:t>
            </w:r>
          </w:p>
        </w:tc>
      </w:tr>
      <w:tr w:rsidR="008805B0" w14:paraId="4840272F" w14:textId="77777777">
        <w:trPr>
          <w:jc w:val="center"/>
        </w:trPr>
        <w:tc>
          <w:tcPr>
            <w:tcW w:w="5669" w:type="dxa"/>
            <w:vAlign w:val="center"/>
          </w:tcPr>
          <w:p w14:paraId="03771012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Kvalifikacijos reikalavimo nuoroda</w:t>
            </w:r>
          </w:p>
        </w:tc>
        <w:tc>
          <w:tcPr>
            <w:tcW w:w="9071" w:type="dxa"/>
            <w:vAlign w:val="center"/>
          </w:tcPr>
          <w:p w14:paraId="09B03724" w14:textId="77777777" w:rsidR="008805B0" w:rsidRDefault="0016782B">
            <w:pPr>
              <w:spacing w:after="0"/>
            </w:pPr>
            <w:r>
              <w:rPr>
                <w:sz w:val="16"/>
              </w:rPr>
              <w:t>SPS 4 priedo 1 lentelės 2.2 papunktis</w:t>
            </w:r>
          </w:p>
        </w:tc>
      </w:tr>
      <w:tr w:rsidR="008805B0" w14:paraId="74D8A27F" w14:textId="77777777">
        <w:trPr>
          <w:jc w:val="center"/>
        </w:trPr>
        <w:tc>
          <w:tcPr>
            <w:tcW w:w="5669" w:type="dxa"/>
            <w:vAlign w:val="center"/>
          </w:tcPr>
          <w:p w14:paraId="602C1E5F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Patvirtinimas, kad tai tas pats kvalifikacijai pasiūlytas specialistas</w:t>
            </w:r>
          </w:p>
        </w:tc>
        <w:tc>
          <w:tcPr>
            <w:tcW w:w="9071" w:type="dxa"/>
            <w:vAlign w:val="center"/>
          </w:tcPr>
          <w:p w14:paraId="17961CB9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Ne</w:t>
            </w:r>
          </w:p>
        </w:tc>
      </w:tr>
    </w:tbl>
    <w:p w14:paraId="35DED24E" w14:textId="77777777" w:rsidR="008805B0" w:rsidRDefault="008805B0"/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701"/>
        <w:gridCol w:w="2268"/>
        <w:gridCol w:w="2268"/>
        <w:gridCol w:w="1134"/>
        <w:gridCol w:w="2835"/>
        <w:gridCol w:w="2268"/>
        <w:gridCol w:w="2268"/>
      </w:tblGrid>
      <w:tr w:rsidR="008805B0" w14:paraId="75D26E08" w14:textId="77777777">
        <w:trPr>
          <w:tblHeader/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4036D107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Eil. Nr.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11FDD974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Renginio pavadinimas ir trumpas aprašymas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528BFDCC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A ar B lygis ir požymių pagrindimas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5F945FF6" w14:textId="77777777" w:rsidR="008805B0" w:rsidRDefault="0016782B">
            <w:pPr>
              <w:spacing w:after="0"/>
            </w:pPr>
            <w:proofErr w:type="spellStart"/>
            <w:r>
              <w:rPr>
                <w:b/>
                <w:sz w:val="16"/>
              </w:rPr>
              <w:t>Renginio</w:t>
            </w:r>
            <w:proofErr w:type="spellEnd"/>
            <w:r>
              <w:rPr>
                <w:b/>
                <w:sz w:val="16"/>
              </w:rPr>
              <w:t xml:space="preserve"> data / </w:t>
            </w:r>
            <w:proofErr w:type="spellStart"/>
            <w:r>
              <w:rPr>
                <w:b/>
                <w:sz w:val="16"/>
              </w:rPr>
              <w:t>laikotarpis</w:t>
            </w:r>
            <w:proofErr w:type="spellEnd"/>
          </w:p>
        </w:tc>
        <w:tc>
          <w:tcPr>
            <w:tcW w:w="2268" w:type="dxa"/>
            <w:shd w:val="clear" w:color="auto" w:fill="D9EAF7"/>
            <w:vAlign w:val="center"/>
          </w:tcPr>
          <w:p w14:paraId="5A324CF0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Organizatorius / užsakovas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56BE7498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Užsakovo kontaktinis asmuo</w:t>
            </w:r>
          </w:p>
        </w:tc>
        <w:tc>
          <w:tcPr>
            <w:tcW w:w="1134" w:type="dxa"/>
            <w:shd w:val="clear" w:color="auto" w:fill="D9EAF7"/>
            <w:vAlign w:val="center"/>
          </w:tcPr>
          <w:p w14:paraId="638BCA27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Dalyvių skaičius</w:t>
            </w:r>
          </w:p>
        </w:tc>
        <w:tc>
          <w:tcPr>
            <w:tcW w:w="2835" w:type="dxa"/>
            <w:shd w:val="clear" w:color="auto" w:fill="D9EAF7"/>
            <w:vAlign w:val="center"/>
          </w:tcPr>
          <w:p w14:paraId="04D71955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Specialisto, kaip renginio koordinatoriaus, atliktos funkcijos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4AF37937" w14:textId="77777777" w:rsidR="008805B0" w:rsidRDefault="0016782B">
            <w:pPr>
              <w:spacing w:after="0"/>
            </w:pPr>
            <w:r w:rsidRPr="0088532F">
              <w:rPr>
                <w:b/>
                <w:sz w:val="16"/>
                <w:lang w:val="pt-BR"/>
              </w:rPr>
              <w:t xml:space="preserve">Ar renginys naudojamas minimaliai kvalifikacijai pagrįsti?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</w:rPr>
              <w:t>turi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būti</w:t>
            </w:r>
            <w:proofErr w:type="spellEnd"/>
            <w:r>
              <w:rPr>
                <w:b/>
                <w:sz w:val="16"/>
              </w:rPr>
              <w:t xml:space="preserve"> „Ne“)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797E1AAE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Įrodantis dokumentas / nuoroda</w:t>
            </w:r>
          </w:p>
        </w:tc>
      </w:tr>
      <w:tr w:rsidR="008805B0" w14:paraId="39A82CE7" w14:textId="77777777">
        <w:trPr>
          <w:jc w:val="center"/>
        </w:trPr>
        <w:tc>
          <w:tcPr>
            <w:tcW w:w="567" w:type="dxa"/>
            <w:vAlign w:val="center"/>
          </w:tcPr>
          <w:p w14:paraId="24D42D9B" w14:textId="77777777" w:rsidR="008805B0" w:rsidRDefault="0016782B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AE66128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32A312A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34AD1F5B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098ACB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2C26CD56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67A02299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055C36EE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3DB3F8CA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3C5C3D4B" w14:textId="77777777" w:rsidR="008805B0" w:rsidRDefault="008805B0">
            <w:pPr>
              <w:spacing w:after="0"/>
            </w:pPr>
          </w:p>
        </w:tc>
      </w:tr>
      <w:tr w:rsidR="008805B0" w14:paraId="3E5BC777" w14:textId="77777777">
        <w:trPr>
          <w:jc w:val="center"/>
        </w:trPr>
        <w:tc>
          <w:tcPr>
            <w:tcW w:w="567" w:type="dxa"/>
            <w:vAlign w:val="center"/>
          </w:tcPr>
          <w:p w14:paraId="03CF7EC7" w14:textId="77777777" w:rsidR="008805B0" w:rsidRDefault="0016782B">
            <w:pPr>
              <w:spacing w:after="0"/>
            </w:pPr>
            <w:r>
              <w:rPr>
                <w:sz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4A3F3823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659781E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61621C32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0BE0896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003E2B9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701DB6C9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3EFA2638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D990D16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1397B732" w14:textId="77777777" w:rsidR="008805B0" w:rsidRDefault="008805B0">
            <w:pPr>
              <w:spacing w:after="0"/>
            </w:pPr>
          </w:p>
        </w:tc>
      </w:tr>
      <w:tr w:rsidR="008805B0" w14:paraId="55A1EAA3" w14:textId="77777777">
        <w:trPr>
          <w:jc w:val="center"/>
        </w:trPr>
        <w:tc>
          <w:tcPr>
            <w:tcW w:w="567" w:type="dxa"/>
            <w:vAlign w:val="center"/>
          </w:tcPr>
          <w:p w14:paraId="61FFF2F3" w14:textId="77777777" w:rsidR="008805B0" w:rsidRDefault="0016782B">
            <w:pPr>
              <w:spacing w:after="0"/>
            </w:pPr>
            <w:r>
              <w:rPr>
                <w:sz w:val="16"/>
              </w:rPr>
              <w:t>3</w:t>
            </w:r>
          </w:p>
        </w:tc>
        <w:tc>
          <w:tcPr>
            <w:tcW w:w="2268" w:type="dxa"/>
            <w:vAlign w:val="center"/>
          </w:tcPr>
          <w:p w14:paraId="3318427F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4BBE365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770F6AB0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257CC95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3F44DB8F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4FA7C554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724A132F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ECEF2F4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044B3E4E" w14:textId="77777777" w:rsidR="008805B0" w:rsidRDefault="008805B0">
            <w:pPr>
              <w:spacing w:after="0"/>
            </w:pPr>
          </w:p>
        </w:tc>
      </w:tr>
      <w:tr w:rsidR="008805B0" w14:paraId="35C72CC6" w14:textId="77777777">
        <w:trPr>
          <w:jc w:val="center"/>
        </w:trPr>
        <w:tc>
          <w:tcPr>
            <w:tcW w:w="567" w:type="dxa"/>
            <w:vAlign w:val="center"/>
          </w:tcPr>
          <w:p w14:paraId="3FB340D0" w14:textId="77777777" w:rsidR="008805B0" w:rsidRDefault="0016782B">
            <w:pPr>
              <w:spacing w:after="0"/>
            </w:pPr>
            <w:r>
              <w:rPr>
                <w:sz w:val="16"/>
              </w:rPr>
              <w:t>4</w:t>
            </w:r>
          </w:p>
        </w:tc>
        <w:tc>
          <w:tcPr>
            <w:tcW w:w="2268" w:type="dxa"/>
            <w:vAlign w:val="center"/>
          </w:tcPr>
          <w:p w14:paraId="5ACA3DFB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BB8BEE5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19802292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3BB0A89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19901F42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490BF99F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6B743003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362C877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5FB1744A" w14:textId="77777777" w:rsidR="008805B0" w:rsidRDefault="008805B0">
            <w:pPr>
              <w:spacing w:after="0"/>
            </w:pPr>
          </w:p>
        </w:tc>
      </w:tr>
    </w:tbl>
    <w:p w14:paraId="350D855E" w14:textId="77777777" w:rsidR="008805B0" w:rsidRDefault="008805B0"/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3"/>
        <w:gridCol w:w="7937"/>
      </w:tblGrid>
      <w:tr w:rsidR="008805B0" w:rsidRPr="0088532F" w14:paraId="3C80B62E" w14:textId="77777777">
        <w:trPr>
          <w:tblHeader/>
          <w:jc w:val="center"/>
        </w:trPr>
        <w:tc>
          <w:tcPr>
            <w:tcW w:w="6803" w:type="dxa"/>
            <w:shd w:val="clear" w:color="auto" w:fill="D9EAF7"/>
            <w:vAlign w:val="center"/>
          </w:tcPr>
          <w:p w14:paraId="62C22E07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Pridedami įrodymai</w:t>
            </w:r>
          </w:p>
        </w:tc>
        <w:tc>
          <w:tcPr>
            <w:tcW w:w="7937" w:type="dxa"/>
            <w:shd w:val="clear" w:color="auto" w:fill="D9EAF7"/>
            <w:vAlign w:val="center"/>
          </w:tcPr>
          <w:p w14:paraId="4E6CBC4D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Pažymėti ir nurodyti failo pavadinimą / nuorodą</w:t>
            </w:r>
          </w:p>
        </w:tc>
      </w:tr>
      <w:tr w:rsidR="008805B0" w14:paraId="4ED1CBE6" w14:textId="77777777">
        <w:trPr>
          <w:jc w:val="center"/>
        </w:trPr>
        <w:tc>
          <w:tcPr>
            <w:tcW w:w="6803" w:type="dxa"/>
            <w:vAlign w:val="center"/>
          </w:tcPr>
          <w:p w14:paraId="30D9E53E" w14:textId="77777777" w:rsidR="008805B0" w:rsidRDefault="0016782B">
            <w:pPr>
              <w:spacing w:after="0"/>
            </w:pPr>
            <w:proofErr w:type="spellStart"/>
            <w:r>
              <w:rPr>
                <w:sz w:val="16"/>
              </w:rPr>
              <w:t>Užsakovo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pažyma</w:t>
            </w:r>
            <w:proofErr w:type="spellEnd"/>
          </w:p>
        </w:tc>
        <w:tc>
          <w:tcPr>
            <w:tcW w:w="7937" w:type="dxa"/>
            <w:vAlign w:val="center"/>
          </w:tcPr>
          <w:p w14:paraId="323C4FE5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  __________________________________</w:t>
            </w:r>
          </w:p>
        </w:tc>
      </w:tr>
      <w:tr w:rsidR="008805B0" w14:paraId="183100B1" w14:textId="77777777">
        <w:trPr>
          <w:jc w:val="center"/>
        </w:trPr>
        <w:tc>
          <w:tcPr>
            <w:tcW w:w="6803" w:type="dxa"/>
            <w:vAlign w:val="center"/>
          </w:tcPr>
          <w:p w14:paraId="618809E0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sz w:val="16"/>
                <w:lang w:val="pt-BR"/>
              </w:rPr>
              <w:t>Nuoroda į viešai prieinamą informaciją</w:t>
            </w:r>
          </w:p>
        </w:tc>
        <w:tc>
          <w:tcPr>
            <w:tcW w:w="7937" w:type="dxa"/>
            <w:vAlign w:val="center"/>
          </w:tcPr>
          <w:p w14:paraId="3AEFAF9D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  _</w:t>
            </w:r>
            <w:proofErr w:type="gramEnd"/>
            <w:r>
              <w:rPr>
                <w:sz w:val="16"/>
              </w:rPr>
              <w:t>_________________________________</w:t>
            </w:r>
          </w:p>
        </w:tc>
      </w:tr>
      <w:tr w:rsidR="008805B0" w14:paraId="434291A6" w14:textId="77777777">
        <w:trPr>
          <w:jc w:val="center"/>
        </w:trPr>
        <w:tc>
          <w:tcPr>
            <w:tcW w:w="6803" w:type="dxa"/>
            <w:vAlign w:val="center"/>
          </w:tcPr>
          <w:p w14:paraId="2AF433EF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sz w:val="16"/>
                <w:lang w:val="pt-BR"/>
              </w:rPr>
              <w:t>Kiti specialisto dalyvavimą ir funkcijas pagrindžiantys dokumentai</w:t>
            </w:r>
          </w:p>
        </w:tc>
        <w:tc>
          <w:tcPr>
            <w:tcW w:w="7937" w:type="dxa"/>
            <w:vAlign w:val="center"/>
          </w:tcPr>
          <w:p w14:paraId="7579230D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  _</w:t>
            </w:r>
            <w:proofErr w:type="gramEnd"/>
            <w:r>
              <w:rPr>
                <w:sz w:val="16"/>
              </w:rPr>
              <w:t>_________________________________</w:t>
            </w:r>
          </w:p>
        </w:tc>
      </w:tr>
    </w:tbl>
    <w:p w14:paraId="6BDA64BE" w14:textId="77777777" w:rsidR="008805B0" w:rsidRDefault="0016782B">
      <w:r>
        <w:t>Patvirtinu, kad pateikti duomenys yra teisingi ir išsamūs, o visi nurodyti renginiai yra papildomi ir nebuvo naudojami šio specialisto minimaliai kvalifikacijai pagrįsti.</w:t>
      </w:r>
    </w:p>
    <w:p w14:paraId="3457CC41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t>Specialisto vardas, pavardė, parašas, data: ______________________________</w:t>
      </w:r>
    </w:p>
    <w:p w14:paraId="27439D93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br w:type="page"/>
      </w:r>
    </w:p>
    <w:p w14:paraId="6800E093" w14:textId="77777777" w:rsidR="008805B0" w:rsidRDefault="0016782B">
      <w:r>
        <w:rPr>
          <w:b/>
          <w:sz w:val="20"/>
        </w:rPr>
        <w:t xml:space="preserve">T3 – </w:t>
      </w:r>
      <w:proofErr w:type="spellStart"/>
      <w:r>
        <w:rPr>
          <w:b/>
          <w:sz w:val="20"/>
        </w:rPr>
        <w:t>Renginių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koordinatorius</w:t>
      </w:r>
      <w:proofErr w:type="spellEnd"/>
      <w:r>
        <w:rPr>
          <w:b/>
          <w:sz w:val="20"/>
        </w:rPr>
        <w:t xml:space="preserve"> Nr. 2 papildoma patirtis (ne daugiau kaip 5 balų)</w:t>
      </w:r>
    </w:p>
    <w:p w14:paraId="04B44EE2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t>Vertinamas tas pats Renginių koordinatorius Nr. 2, kuris siūlomas pagal SPS 4 priedo 1 lentelės 2.3 papunktis. Šioje lentelėje negali būti nurodomas renginys, kuriuo grindžiamas minimalus kvalifikacijos reikalavimas.</w:t>
      </w:r>
    </w:p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69"/>
        <w:gridCol w:w="9071"/>
      </w:tblGrid>
      <w:tr w:rsidR="008805B0" w14:paraId="4705F6B7" w14:textId="77777777">
        <w:trPr>
          <w:jc w:val="center"/>
        </w:trPr>
        <w:tc>
          <w:tcPr>
            <w:tcW w:w="5669" w:type="dxa"/>
            <w:vAlign w:val="center"/>
          </w:tcPr>
          <w:p w14:paraId="1442E1A9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Specialisto vardas, pavardė</w:t>
            </w:r>
          </w:p>
        </w:tc>
        <w:tc>
          <w:tcPr>
            <w:tcW w:w="9071" w:type="dxa"/>
            <w:vAlign w:val="center"/>
          </w:tcPr>
          <w:p w14:paraId="64D7D4A7" w14:textId="77777777" w:rsidR="008805B0" w:rsidRDefault="008805B0">
            <w:pPr>
              <w:spacing w:after="0"/>
            </w:pPr>
          </w:p>
        </w:tc>
      </w:tr>
      <w:tr w:rsidR="008805B0" w14:paraId="64666369" w14:textId="77777777">
        <w:trPr>
          <w:jc w:val="center"/>
        </w:trPr>
        <w:tc>
          <w:tcPr>
            <w:tcW w:w="5669" w:type="dxa"/>
            <w:vAlign w:val="center"/>
          </w:tcPr>
          <w:p w14:paraId="4AD6A179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Pozicija</w:t>
            </w:r>
          </w:p>
        </w:tc>
        <w:tc>
          <w:tcPr>
            <w:tcW w:w="9071" w:type="dxa"/>
            <w:vAlign w:val="center"/>
          </w:tcPr>
          <w:p w14:paraId="26FD7461" w14:textId="77777777" w:rsidR="008805B0" w:rsidRDefault="0016782B">
            <w:pPr>
              <w:spacing w:after="0"/>
            </w:pPr>
            <w:r>
              <w:rPr>
                <w:sz w:val="16"/>
              </w:rPr>
              <w:t>Renginių koordinatorius Nr. 2</w:t>
            </w:r>
          </w:p>
        </w:tc>
      </w:tr>
      <w:tr w:rsidR="008805B0" w14:paraId="094C5E7A" w14:textId="77777777">
        <w:trPr>
          <w:jc w:val="center"/>
        </w:trPr>
        <w:tc>
          <w:tcPr>
            <w:tcW w:w="5669" w:type="dxa"/>
            <w:vAlign w:val="center"/>
          </w:tcPr>
          <w:p w14:paraId="4700997F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Kvalifikacijos reikalavimo nuoroda</w:t>
            </w:r>
          </w:p>
        </w:tc>
        <w:tc>
          <w:tcPr>
            <w:tcW w:w="9071" w:type="dxa"/>
            <w:vAlign w:val="center"/>
          </w:tcPr>
          <w:p w14:paraId="7D0D7B9E" w14:textId="77777777" w:rsidR="008805B0" w:rsidRDefault="0016782B">
            <w:pPr>
              <w:spacing w:after="0"/>
            </w:pPr>
            <w:r>
              <w:rPr>
                <w:sz w:val="16"/>
              </w:rPr>
              <w:t>SPS 4 priedo 1 lentelės 2.3 papunktis</w:t>
            </w:r>
          </w:p>
        </w:tc>
      </w:tr>
      <w:tr w:rsidR="008805B0" w14:paraId="0A652FAE" w14:textId="77777777">
        <w:trPr>
          <w:jc w:val="center"/>
        </w:trPr>
        <w:tc>
          <w:tcPr>
            <w:tcW w:w="5669" w:type="dxa"/>
            <w:vAlign w:val="center"/>
          </w:tcPr>
          <w:p w14:paraId="51D12E62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Patvirtinimas, kad tai tas pats kvalifikacijai pasiūlytas specialistas</w:t>
            </w:r>
          </w:p>
        </w:tc>
        <w:tc>
          <w:tcPr>
            <w:tcW w:w="9071" w:type="dxa"/>
            <w:vAlign w:val="center"/>
          </w:tcPr>
          <w:p w14:paraId="60ED4B0E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Ne</w:t>
            </w:r>
          </w:p>
        </w:tc>
      </w:tr>
    </w:tbl>
    <w:p w14:paraId="66E2E6A6" w14:textId="77777777" w:rsidR="008805B0" w:rsidRDefault="008805B0"/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701"/>
        <w:gridCol w:w="2268"/>
        <w:gridCol w:w="2268"/>
        <w:gridCol w:w="1134"/>
        <w:gridCol w:w="2835"/>
        <w:gridCol w:w="2268"/>
        <w:gridCol w:w="2268"/>
      </w:tblGrid>
      <w:tr w:rsidR="008805B0" w14:paraId="41C0877F" w14:textId="77777777">
        <w:trPr>
          <w:tblHeader/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29B7503D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Eil. Nr.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788DF725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Renginio pavadinimas ir trumpas aprašymas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794F2F1D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A ar B lygis ir požymių pagrindimas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6DCF624B" w14:textId="77777777" w:rsidR="008805B0" w:rsidRDefault="0016782B">
            <w:pPr>
              <w:spacing w:after="0"/>
            </w:pPr>
            <w:proofErr w:type="spellStart"/>
            <w:r>
              <w:rPr>
                <w:b/>
                <w:sz w:val="16"/>
              </w:rPr>
              <w:t>Renginio</w:t>
            </w:r>
            <w:proofErr w:type="spellEnd"/>
            <w:r>
              <w:rPr>
                <w:b/>
                <w:sz w:val="16"/>
              </w:rPr>
              <w:t xml:space="preserve"> data / </w:t>
            </w:r>
            <w:proofErr w:type="spellStart"/>
            <w:r>
              <w:rPr>
                <w:b/>
                <w:sz w:val="16"/>
              </w:rPr>
              <w:t>laikotarpis</w:t>
            </w:r>
            <w:proofErr w:type="spellEnd"/>
          </w:p>
        </w:tc>
        <w:tc>
          <w:tcPr>
            <w:tcW w:w="2268" w:type="dxa"/>
            <w:shd w:val="clear" w:color="auto" w:fill="D9EAF7"/>
            <w:vAlign w:val="center"/>
          </w:tcPr>
          <w:p w14:paraId="47FAD3B4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Organizatorius / užsakovas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7C986EFD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Užsakovo kontaktinis asmuo</w:t>
            </w:r>
          </w:p>
        </w:tc>
        <w:tc>
          <w:tcPr>
            <w:tcW w:w="1134" w:type="dxa"/>
            <w:shd w:val="clear" w:color="auto" w:fill="D9EAF7"/>
            <w:vAlign w:val="center"/>
          </w:tcPr>
          <w:p w14:paraId="7EE6CE80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Dalyvių skaičius</w:t>
            </w:r>
          </w:p>
        </w:tc>
        <w:tc>
          <w:tcPr>
            <w:tcW w:w="2835" w:type="dxa"/>
            <w:shd w:val="clear" w:color="auto" w:fill="D9EAF7"/>
            <w:vAlign w:val="center"/>
          </w:tcPr>
          <w:p w14:paraId="778D0898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Specialisto, kaip renginio koordinatoriaus, atliktos funkcijos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788FB869" w14:textId="77777777" w:rsidR="008805B0" w:rsidRDefault="0016782B">
            <w:pPr>
              <w:spacing w:after="0"/>
            </w:pPr>
            <w:r w:rsidRPr="0088532F">
              <w:rPr>
                <w:b/>
                <w:sz w:val="16"/>
                <w:lang w:val="pt-BR"/>
              </w:rPr>
              <w:t xml:space="preserve">Ar renginys naudojamas minimaliai kvalifikacijai pagrįsti?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</w:rPr>
              <w:t>turi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būti</w:t>
            </w:r>
            <w:proofErr w:type="spellEnd"/>
            <w:r>
              <w:rPr>
                <w:b/>
                <w:sz w:val="16"/>
              </w:rPr>
              <w:t xml:space="preserve"> „Ne“)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3CA28476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Įrodantis dokumentas / nuoroda</w:t>
            </w:r>
          </w:p>
        </w:tc>
      </w:tr>
      <w:tr w:rsidR="008805B0" w14:paraId="523EB646" w14:textId="77777777">
        <w:trPr>
          <w:jc w:val="center"/>
        </w:trPr>
        <w:tc>
          <w:tcPr>
            <w:tcW w:w="567" w:type="dxa"/>
            <w:vAlign w:val="center"/>
          </w:tcPr>
          <w:p w14:paraId="121AEACE" w14:textId="77777777" w:rsidR="008805B0" w:rsidRDefault="0016782B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2DAEA83E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20793056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6440169A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09AFF71A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3EA75C2A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3587882E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2B802D25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F50B583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065050F7" w14:textId="77777777" w:rsidR="008805B0" w:rsidRDefault="008805B0">
            <w:pPr>
              <w:spacing w:after="0"/>
            </w:pPr>
          </w:p>
        </w:tc>
      </w:tr>
      <w:tr w:rsidR="008805B0" w14:paraId="4422F34F" w14:textId="77777777">
        <w:trPr>
          <w:jc w:val="center"/>
        </w:trPr>
        <w:tc>
          <w:tcPr>
            <w:tcW w:w="567" w:type="dxa"/>
            <w:vAlign w:val="center"/>
          </w:tcPr>
          <w:p w14:paraId="4AE36B27" w14:textId="77777777" w:rsidR="008805B0" w:rsidRDefault="0016782B">
            <w:pPr>
              <w:spacing w:after="0"/>
            </w:pPr>
            <w:r>
              <w:rPr>
                <w:sz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11929B33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058B9CF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26DD2294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0C843C38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806E984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4C393722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4A04E672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39098E1D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3E9DBB30" w14:textId="77777777" w:rsidR="008805B0" w:rsidRDefault="008805B0">
            <w:pPr>
              <w:spacing w:after="0"/>
            </w:pPr>
          </w:p>
        </w:tc>
      </w:tr>
      <w:tr w:rsidR="008805B0" w14:paraId="23620441" w14:textId="77777777">
        <w:trPr>
          <w:jc w:val="center"/>
        </w:trPr>
        <w:tc>
          <w:tcPr>
            <w:tcW w:w="567" w:type="dxa"/>
            <w:vAlign w:val="center"/>
          </w:tcPr>
          <w:p w14:paraId="0BDCF37F" w14:textId="77777777" w:rsidR="008805B0" w:rsidRDefault="0016782B">
            <w:pPr>
              <w:spacing w:after="0"/>
            </w:pPr>
            <w:r>
              <w:rPr>
                <w:sz w:val="16"/>
              </w:rPr>
              <w:t>3</w:t>
            </w:r>
          </w:p>
        </w:tc>
        <w:tc>
          <w:tcPr>
            <w:tcW w:w="2268" w:type="dxa"/>
            <w:vAlign w:val="center"/>
          </w:tcPr>
          <w:p w14:paraId="367601CA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82F7421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7F86F658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77A57E6F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22F05AE4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79DBAC53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7B6EE1A3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7D32339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29FB2909" w14:textId="77777777" w:rsidR="008805B0" w:rsidRDefault="008805B0">
            <w:pPr>
              <w:spacing w:after="0"/>
            </w:pPr>
          </w:p>
        </w:tc>
      </w:tr>
      <w:tr w:rsidR="008805B0" w14:paraId="74095EE1" w14:textId="77777777">
        <w:trPr>
          <w:jc w:val="center"/>
        </w:trPr>
        <w:tc>
          <w:tcPr>
            <w:tcW w:w="567" w:type="dxa"/>
            <w:vAlign w:val="center"/>
          </w:tcPr>
          <w:p w14:paraId="0249FE1F" w14:textId="77777777" w:rsidR="008805B0" w:rsidRDefault="0016782B">
            <w:pPr>
              <w:spacing w:after="0"/>
            </w:pPr>
            <w:r>
              <w:rPr>
                <w:sz w:val="16"/>
              </w:rPr>
              <w:t>4</w:t>
            </w:r>
          </w:p>
        </w:tc>
        <w:tc>
          <w:tcPr>
            <w:tcW w:w="2268" w:type="dxa"/>
            <w:vAlign w:val="center"/>
          </w:tcPr>
          <w:p w14:paraId="6BA689D5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6F028E6A" w14:textId="77777777" w:rsidR="008805B0" w:rsidRDefault="008805B0">
            <w:pPr>
              <w:spacing w:after="0"/>
            </w:pPr>
          </w:p>
        </w:tc>
        <w:tc>
          <w:tcPr>
            <w:tcW w:w="1701" w:type="dxa"/>
            <w:vAlign w:val="center"/>
          </w:tcPr>
          <w:p w14:paraId="501E67C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39800D18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0083165B" w14:textId="77777777" w:rsidR="008805B0" w:rsidRDefault="008805B0">
            <w:pPr>
              <w:spacing w:after="0"/>
            </w:pPr>
          </w:p>
        </w:tc>
        <w:tc>
          <w:tcPr>
            <w:tcW w:w="1134" w:type="dxa"/>
            <w:vAlign w:val="center"/>
          </w:tcPr>
          <w:p w14:paraId="3FFD6338" w14:textId="77777777" w:rsidR="008805B0" w:rsidRDefault="008805B0">
            <w:pPr>
              <w:spacing w:after="0"/>
            </w:pPr>
          </w:p>
        </w:tc>
        <w:tc>
          <w:tcPr>
            <w:tcW w:w="2835" w:type="dxa"/>
            <w:vAlign w:val="center"/>
          </w:tcPr>
          <w:p w14:paraId="76D44417" w14:textId="77777777" w:rsidR="008805B0" w:rsidRDefault="008805B0">
            <w:pPr>
              <w:spacing w:after="0"/>
            </w:pPr>
          </w:p>
        </w:tc>
        <w:tc>
          <w:tcPr>
            <w:tcW w:w="2268" w:type="dxa"/>
            <w:vAlign w:val="center"/>
          </w:tcPr>
          <w:p w14:paraId="48452F79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</w:t>
            </w:r>
          </w:p>
        </w:tc>
        <w:tc>
          <w:tcPr>
            <w:tcW w:w="2268" w:type="dxa"/>
            <w:vAlign w:val="center"/>
          </w:tcPr>
          <w:p w14:paraId="213B1E62" w14:textId="77777777" w:rsidR="008805B0" w:rsidRDefault="008805B0">
            <w:pPr>
              <w:spacing w:after="0"/>
            </w:pPr>
          </w:p>
        </w:tc>
      </w:tr>
    </w:tbl>
    <w:p w14:paraId="2689D04E" w14:textId="77777777" w:rsidR="008805B0" w:rsidRDefault="008805B0"/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3"/>
        <w:gridCol w:w="7937"/>
      </w:tblGrid>
      <w:tr w:rsidR="008805B0" w:rsidRPr="0088532F" w14:paraId="1BEB3E4C" w14:textId="77777777">
        <w:trPr>
          <w:tblHeader/>
          <w:jc w:val="center"/>
        </w:trPr>
        <w:tc>
          <w:tcPr>
            <w:tcW w:w="6803" w:type="dxa"/>
            <w:shd w:val="clear" w:color="auto" w:fill="D9EAF7"/>
            <w:vAlign w:val="center"/>
          </w:tcPr>
          <w:p w14:paraId="10090FD7" w14:textId="77777777" w:rsidR="008805B0" w:rsidRDefault="0016782B">
            <w:pPr>
              <w:spacing w:after="0"/>
            </w:pPr>
            <w:r>
              <w:rPr>
                <w:b/>
                <w:sz w:val="16"/>
              </w:rPr>
              <w:t>Pridedami įrodymai</w:t>
            </w:r>
          </w:p>
        </w:tc>
        <w:tc>
          <w:tcPr>
            <w:tcW w:w="7937" w:type="dxa"/>
            <w:shd w:val="clear" w:color="auto" w:fill="D9EAF7"/>
            <w:vAlign w:val="center"/>
          </w:tcPr>
          <w:p w14:paraId="46B153DE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b/>
                <w:sz w:val="16"/>
                <w:lang w:val="pt-BR"/>
              </w:rPr>
              <w:t>Pažymėti ir nurodyti failo pavadinimą / nuorodą</w:t>
            </w:r>
          </w:p>
        </w:tc>
      </w:tr>
      <w:tr w:rsidR="008805B0" w14:paraId="15782B94" w14:textId="77777777">
        <w:trPr>
          <w:jc w:val="center"/>
        </w:trPr>
        <w:tc>
          <w:tcPr>
            <w:tcW w:w="6803" w:type="dxa"/>
            <w:vAlign w:val="center"/>
          </w:tcPr>
          <w:p w14:paraId="2AC1AA80" w14:textId="77777777" w:rsidR="008805B0" w:rsidRDefault="0016782B">
            <w:pPr>
              <w:spacing w:after="0"/>
            </w:pPr>
            <w:proofErr w:type="spellStart"/>
            <w:r>
              <w:rPr>
                <w:sz w:val="16"/>
              </w:rPr>
              <w:t>Užsakovo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pažyma</w:t>
            </w:r>
            <w:proofErr w:type="spellEnd"/>
          </w:p>
        </w:tc>
        <w:tc>
          <w:tcPr>
            <w:tcW w:w="7937" w:type="dxa"/>
            <w:vAlign w:val="center"/>
          </w:tcPr>
          <w:p w14:paraId="62B6AF83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Taip  ☐ Ne  __________________________________</w:t>
            </w:r>
          </w:p>
        </w:tc>
      </w:tr>
      <w:tr w:rsidR="008805B0" w14:paraId="1C6B52A1" w14:textId="77777777">
        <w:trPr>
          <w:jc w:val="center"/>
        </w:trPr>
        <w:tc>
          <w:tcPr>
            <w:tcW w:w="6803" w:type="dxa"/>
            <w:vAlign w:val="center"/>
          </w:tcPr>
          <w:p w14:paraId="3E2C9153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sz w:val="16"/>
                <w:lang w:val="pt-BR"/>
              </w:rPr>
              <w:t>Nuoroda į viešai prieinamą informaciją</w:t>
            </w:r>
          </w:p>
        </w:tc>
        <w:tc>
          <w:tcPr>
            <w:tcW w:w="7937" w:type="dxa"/>
            <w:vAlign w:val="center"/>
          </w:tcPr>
          <w:p w14:paraId="4ECFFEB5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  _</w:t>
            </w:r>
            <w:proofErr w:type="gramEnd"/>
            <w:r>
              <w:rPr>
                <w:sz w:val="16"/>
              </w:rPr>
              <w:t>_________________________________</w:t>
            </w:r>
          </w:p>
        </w:tc>
      </w:tr>
      <w:tr w:rsidR="008805B0" w14:paraId="7DF3CD11" w14:textId="77777777">
        <w:trPr>
          <w:jc w:val="center"/>
        </w:trPr>
        <w:tc>
          <w:tcPr>
            <w:tcW w:w="6803" w:type="dxa"/>
            <w:vAlign w:val="center"/>
          </w:tcPr>
          <w:p w14:paraId="5C4D9B0A" w14:textId="77777777" w:rsidR="008805B0" w:rsidRPr="0088532F" w:rsidRDefault="0016782B">
            <w:pPr>
              <w:spacing w:after="0"/>
              <w:rPr>
                <w:lang w:val="pt-BR"/>
              </w:rPr>
            </w:pPr>
            <w:r w:rsidRPr="0088532F">
              <w:rPr>
                <w:sz w:val="16"/>
                <w:lang w:val="pt-BR"/>
              </w:rPr>
              <w:t>Kiti specialisto dalyvavimą ir funkcijas pagrindžiantys dokumentai</w:t>
            </w:r>
          </w:p>
        </w:tc>
        <w:tc>
          <w:tcPr>
            <w:tcW w:w="7937" w:type="dxa"/>
            <w:vAlign w:val="center"/>
          </w:tcPr>
          <w:p w14:paraId="2841C373" w14:textId="77777777" w:rsidR="008805B0" w:rsidRDefault="0016782B">
            <w:pPr>
              <w:spacing w:after="0"/>
            </w:pPr>
            <w:r>
              <w:rPr>
                <w:sz w:val="16"/>
              </w:rPr>
              <w:t>☐</w:t>
            </w:r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Taip  ☐</w:t>
            </w:r>
            <w:proofErr w:type="gram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  _</w:t>
            </w:r>
            <w:proofErr w:type="gramEnd"/>
            <w:r>
              <w:rPr>
                <w:sz w:val="16"/>
              </w:rPr>
              <w:t>_________________________________</w:t>
            </w:r>
          </w:p>
        </w:tc>
      </w:tr>
    </w:tbl>
    <w:p w14:paraId="0D0F1185" w14:textId="77777777" w:rsidR="008805B0" w:rsidRDefault="0016782B">
      <w:r>
        <w:t>Patvirtinu, kad pateikti duomenys yra teisingi ir išsamūs, o visi nurodyti renginiai yra papildomi ir nebuvo naudojami šio specialisto minimaliai kvalifikacijai pagrįsti.</w:t>
      </w:r>
    </w:p>
    <w:p w14:paraId="161FD70A" w14:textId="77777777" w:rsidR="008805B0" w:rsidRPr="0088532F" w:rsidRDefault="0016782B">
      <w:pPr>
        <w:rPr>
          <w:lang w:val="pt-BR"/>
        </w:rPr>
      </w:pPr>
      <w:r w:rsidRPr="0088532F">
        <w:rPr>
          <w:lang w:val="pt-BR"/>
        </w:rPr>
        <w:t>Specialisto vardas, pavardė, parašas, data: ______________________________</w:t>
      </w:r>
    </w:p>
    <w:sectPr w:rsidR="008805B0" w:rsidRPr="0088532F" w:rsidSect="00034616">
      <w:pgSz w:w="15840" w:h="12240" w:orient="landscape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82705988">
    <w:abstractNumId w:val="8"/>
  </w:num>
  <w:num w:numId="2" w16cid:durableId="1909535395">
    <w:abstractNumId w:val="6"/>
  </w:num>
  <w:num w:numId="3" w16cid:durableId="2063866762">
    <w:abstractNumId w:val="5"/>
  </w:num>
  <w:num w:numId="4" w16cid:durableId="368380549">
    <w:abstractNumId w:val="4"/>
  </w:num>
  <w:num w:numId="5" w16cid:durableId="1878472809">
    <w:abstractNumId w:val="7"/>
  </w:num>
  <w:num w:numId="6" w16cid:durableId="1435633072">
    <w:abstractNumId w:val="3"/>
  </w:num>
  <w:num w:numId="7" w16cid:durableId="1518419419">
    <w:abstractNumId w:val="2"/>
  </w:num>
  <w:num w:numId="8" w16cid:durableId="557516689">
    <w:abstractNumId w:val="1"/>
  </w:num>
  <w:num w:numId="9" w16cid:durableId="1742486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doNotDisplayPageBoundaries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782B"/>
    <w:rsid w:val="0029639D"/>
    <w:rsid w:val="00326F90"/>
    <w:rsid w:val="008805B0"/>
    <w:rsid w:val="0088532F"/>
    <w:rsid w:val="008E2CA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8C1F84C8-468B-43FB-8E4E-12B02B50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693F"/>
    <w:pPr>
      <w:spacing w:after="80" w:line="240" w:lineRule="auto"/>
    </w:pPr>
    <w:rPr>
      <w:rFonts w:ascii="Arial" w:hAnsi="Arial"/>
      <w:sz w:val="18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618BF"/>
  </w:style>
  <w:style w:type="paragraph" w:styleId="Porat">
    <w:name w:val="footer"/>
    <w:basedOn w:val="prastasis"/>
    <w:link w:val="PoratDiagrama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618BF"/>
  </w:style>
  <w:style w:type="paragraph" w:styleId="Betarp">
    <w:name w:val="No Spacing"/>
    <w:uiPriority w:val="1"/>
    <w:qFormat/>
    <w:rsid w:val="00FC693F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FC693F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unhideWhenUsed/>
    <w:rsid w:val="00AA1D8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A1D8D"/>
  </w:style>
  <w:style w:type="paragraph" w:styleId="Pagrindinistekstas2">
    <w:name w:val="Body Text 2"/>
    <w:basedOn w:val="prastasis"/>
    <w:link w:val="Pagrindinistekstas2Diagrama"/>
    <w:uiPriority w:val="99"/>
    <w:unhideWhenUsed/>
    <w:rsid w:val="00AA1D8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A1D8D"/>
  </w:style>
  <w:style w:type="paragraph" w:styleId="Pagrindinistekstas3">
    <w:name w:val="Body Text 3"/>
    <w:basedOn w:val="prastasis"/>
    <w:link w:val="Pagrindinistekstas3Diagrama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AA1D8D"/>
    <w:rPr>
      <w:sz w:val="16"/>
      <w:szCs w:val="16"/>
    </w:rPr>
  </w:style>
  <w:style w:type="paragraph" w:styleId="Sraas">
    <w:name w:val="List"/>
    <w:basedOn w:val="prastasis"/>
    <w:uiPriority w:val="99"/>
    <w:unhideWhenUsed/>
    <w:rsid w:val="00AA1D8D"/>
    <w:pPr>
      <w:ind w:left="360" w:hanging="360"/>
      <w:contextualSpacing/>
    </w:pPr>
  </w:style>
  <w:style w:type="paragraph" w:styleId="Sraas2">
    <w:name w:val="List 2"/>
    <w:basedOn w:val="prastasis"/>
    <w:uiPriority w:val="99"/>
    <w:unhideWhenUsed/>
    <w:rsid w:val="00326F90"/>
    <w:pPr>
      <w:ind w:left="720" w:hanging="360"/>
      <w:contextualSpacing/>
    </w:pPr>
  </w:style>
  <w:style w:type="paragraph" w:styleId="Sraas3">
    <w:name w:val="List 3"/>
    <w:basedOn w:val="prastasis"/>
    <w:uiPriority w:val="99"/>
    <w:unhideWhenUsed/>
    <w:rsid w:val="00326F90"/>
    <w:pPr>
      <w:ind w:left="1080" w:hanging="360"/>
      <w:contextualSpacing/>
    </w:pPr>
  </w:style>
  <w:style w:type="paragraph" w:styleId="Sraassuenkleliais">
    <w:name w:val="List Bullet"/>
    <w:basedOn w:val="prastasis"/>
    <w:uiPriority w:val="99"/>
    <w:unhideWhenUsed/>
    <w:rsid w:val="00326F90"/>
    <w:pPr>
      <w:numPr>
        <w:numId w:val="1"/>
      </w:numPr>
      <w:contextualSpacing/>
    </w:pPr>
  </w:style>
  <w:style w:type="paragraph" w:styleId="Sraassuenkleliais2">
    <w:name w:val="List Bullet 2"/>
    <w:basedOn w:val="prastasis"/>
    <w:uiPriority w:val="99"/>
    <w:unhideWhenUsed/>
    <w:rsid w:val="00326F90"/>
    <w:pPr>
      <w:numPr>
        <w:numId w:val="2"/>
      </w:numPr>
      <w:contextualSpacing/>
    </w:pPr>
  </w:style>
  <w:style w:type="paragraph" w:styleId="Sraassuenkleliais3">
    <w:name w:val="List Bullet 3"/>
    <w:basedOn w:val="prastasis"/>
    <w:uiPriority w:val="99"/>
    <w:unhideWhenUsed/>
    <w:rsid w:val="00326F90"/>
    <w:pPr>
      <w:numPr>
        <w:numId w:val="3"/>
      </w:numPr>
      <w:contextualSpacing/>
    </w:pPr>
  </w:style>
  <w:style w:type="paragraph" w:styleId="Sraassunumeriais">
    <w:name w:val="List Number"/>
    <w:basedOn w:val="prastasis"/>
    <w:uiPriority w:val="99"/>
    <w:unhideWhenUsed/>
    <w:rsid w:val="00326F90"/>
    <w:pPr>
      <w:numPr>
        <w:numId w:val="5"/>
      </w:numPr>
      <w:contextualSpacing/>
    </w:pPr>
  </w:style>
  <w:style w:type="paragraph" w:styleId="Sraassunumeriais2">
    <w:name w:val="List Number 2"/>
    <w:basedOn w:val="prastasis"/>
    <w:uiPriority w:val="99"/>
    <w:unhideWhenUsed/>
    <w:rsid w:val="0029639D"/>
    <w:pPr>
      <w:numPr>
        <w:numId w:val="6"/>
      </w:numPr>
      <w:contextualSpacing/>
    </w:pPr>
  </w:style>
  <w:style w:type="paragraph" w:styleId="Sraassunumeriais3">
    <w:name w:val="List Number 3"/>
    <w:basedOn w:val="prastasis"/>
    <w:uiPriority w:val="99"/>
    <w:unhideWhenUsed/>
    <w:rsid w:val="0029639D"/>
    <w:pPr>
      <w:numPr>
        <w:numId w:val="7"/>
      </w:numPr>
      <w:contextualSpacing/>
    </w:pPr>
  </w:style>
  <w:style w:type="paragraph" w:styleId="Sraotsinys">
    <w:name w:val="List Continue"/>
    <w:basedOn w:val="prastasis"/>
    <w:uiPriority w:val="99"/>
    <w:unhideWhenUsed/>
    <w:rsid w:val="0029639D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unhideWhenUsed/>
    <w:rsid w:val="0029639D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unhideWhenUsed/>
    <w:rsid w:val="0029639D"/>
    <w:pPr>
      <w:spacing w:after="120"/>
      <w:ind w:left="1080"/>
      <w:contextualSpacing/>
    </w:pPr>
  </w:style>
  <w:style w:type="paragraph" w:styleId="Makrokomandostekstas">
    <w:name w:val="macro"/>
    <w:link w:val="MakrokomandostekstasDiagrama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rsid w:val="0029639D"/>
    <w:rPr>
      <w:rFonts w:ascii="Courier" w:hAnsi="Courier"/>
      <w:sz w:val="20"/>
      <w:szCs w:val="20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693F"/>
    <w:rPr>
      <w:i/>
      <w:iCs/>
      <w:color w:val="000000" w:themeColor="text1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693F"/>
    <w:rPr>
      <w:i/>
      <w:iCs/>
      <w:color w:val="000000" w:themeColor="text1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Grietas">
    <w:name w:val="Strong"/>
    <w:basedOn w:val="Numatytasispastraiposriftas"/>
    <w:uiPriority w:val="22"/>
    <w:qFormat/>
    <w:rsid w:val="00FC693F"/>
    <w:rPr>
      <w:b/>
      <w:bCs/>
    </w:rPr>
  </w:style>
  <w:style w:type="character" w:styleId="Emfaz">
    <w:name w:val="Emphasis"/>
    <w:basedOn w:val="Numatytasispastraiposriftas"/>
    <w:uiPriority w:val="20"/>
    <w:qFormat/>
    <w:rsid w:val="00FC693F"/>
    <w:rPr>
      <w:i/>
      <w:iCs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693F"/>
    <w:rPr>
      <w:b/>
      <w:bCs/>
      <w:i/>
      <w:iCs/>
      <w:color w:val="4F81BD" w:themeColor="accent1"/>
    </w:rPr>
  </w:style>
  <w:style w:type="character" w:styleId="Nerykuspabraukimas">
    <w:name w:val="Subtle Emphasis"/>
    <w:basedOn w:val="Numatytasispastraiposriftas"/>
    <w:uiPriority w:val="19"/>
    <w:qFormat/>
    <w:rsid w:val="00FC693F"/>
    <w:rPr>
      <w:i/>
      <w:iCs/>
      <w:color w:val="808080" w:themeColor="text1" w:themeTint="7F"/>
    </w:rPr>
  </w:style>
  <w:style w:type="character" w:styleId="Rykuspabraukimas">
    <w:name w:val="Intense Emphasis"/>
    <w:basedOn w:val="Numatytasispastraiposriftas"/>
    <w:uiPriority w:val="21"/>
    <w:qFormat/>
    <w:rsid w:val="00FC693F"/>
    <w:rPr>
      <w:b/>
      <w:bCs/>
      <w:i/>
      <w:iCs/>
      <w:color w:val="4F81BD" w:themeColor="accent1"/>
    </w:rPr>
  </w:style>
  <w:style w:type="character" w:styleId="Nerykinuoroda">
    <w:name w:val="Subtle Reference"/>
    <w:basedOn w:val="Numatytasispastraiposriftas"/>
    <w:uiPriority w:val="31"/>
    <w:qFormat/>
    <w:rsid w:val="00FC693F"/>
    <w:rPr>
      <w:smallCaps/>
      <w:color w:val="C0504D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FC693F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FC693F"/>
    <w:pPr>
      <w:outlineLvl w:val="9"/>
    </w:pPr>
  </w:style>
  <w:style w:type="table" w:styleId="Lentelstinklelis">
    <w:name w:val="Table Grid"/>
    <w:basedOn w:val="prastojilent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susisspalvinimas">
    <w:name w:val="Light Shading"/>
    <w:basedOn w:val="prastojilent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esusspalvinimas1parykinimas">
    <w:name w:val="Light Shading Accent 1"/>
    <w:basedOn w:val="prastojilent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esussraas">
    <w:name w:val="Light List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sraas1parykinimas">
    <w:name w:val="Light List Accent 1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esustinklelis">
    <w:name w:val="Light Grid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esustinklelis1parykinimas">
    <w:name w:val="Light Grid Accent 1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vidutinisspalvinimas">
    <w:name w:val="Medium Shading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1parykinimas">
    <w:name w:val="Medium Shading 1 Accent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vidutinisspalvinimas">
    <w:name w:val="Medium Shading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1parykinimas">
    <w:name w:val="Medium Shading 2 Accent 1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vidutinissraas">
    <w:name w:val="Medium Lis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vidutinissraas1parykinimas">
    <w:name w:val="Medium List 1 Accen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vidutinissraas">
    <w:name w:val="Medium Lis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vidutinistinklelis">
    <w:name w:val="Medium Grid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vidutinistinklelis">
    <w:name w:val="Medium Grid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">
    <w:name w:val="Medium Grid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sussraas">
    <w:name w:val="Dark List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sussraas2parykinimas">
    <w:name w:val="Dark List Accent 2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sussraas3parykinimas">
    <w:name w:val="Dark List Accent 3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sussraas4parykinimas">
    <w:name w:val="Dark List Accent 4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sussraas5parykinimas">
    <w:name w:val="Dark List Accent 5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sussraas6parykinimas">
    <w:name w:val="Dark List Accent 6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palvotasspalvinimas">
    <w:name w:val="Colorful Shading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raas">
    <w:name w:val="Colorful List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palvotastinklelis">
    <w:name w:val="Colorful Grid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63201a-d761-49ef-afc2-03171d55f11d">
      <Terms xmlns="http://schemas.microsoft.com/office/infopath/2007/PartnerControls"/>
    </lcf76f155ced4ddcb4097134ff3c332f>
    <TaxCatchAll xmlns="1277bd48-28a4-4c00-a55e-3f305905eb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D5C0C7019964BA6E444CFF78A6147" ma:contentTypeVersion="10" ma:contentTypeDescription="Create a new document." ma:contentTypeScope="" ma:versionID="1c368059f8f1a04b4aada2499ed3409e">
  <xsd:schema xmlns:xsd="http://www.w3.org/2001/XMLSchema" xmlns:xs="http://www.w3.org/2001/XMLSchema" xmlns:p="http://schemas.microsoft.com/office/2006/metadata/properties" xmlns:ns2="e363201a-d761-49ef-afc2-03171d55f11d" xmlns:ns3="1277bd48-28a4-4c00-a55e-3f305905eb9e" targetNamespace="http://schemas.microsoft.com/office/2006/metadata/properties" ma:root="true" ma:fieldsID="00eebd35c3fcdf1200528e874e54bb60" ns2:_="" ns3:_="">
    <xsd:import namespace="e363201a-d761-49ef-afc2-03171d55f11d"/>
    <xsd:import namespace="1277bd48-28a4-4c00-a55e-3f305905eb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3201a-d761-49ef-afc2-03171d55f1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3e4a36-fc0f-4cb5-85cd-a2cb488073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77bd48-28a4-4c00-a55e-3f305905eb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b52172e-93fc-41bb-b8ed-0a25ed6b94b7}" ma:internalName="TaxCatchAll" ma:showField="CatchAllData" ma:web="1277bd48-28a4-4c00-a55e-3f305905eb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DF509E-9243-491D-82F0-2F5D0BD08F1C}">
  <ds:schemaRefs>
    <ds:schemaRef ds:uri="http://schemas.microsoft.com/office/2006/metadata/properties"/>
    <ds:schemaRef ds:uri="http://schemas.microsoft.com/office/infopath/2007/PartnerControls"/>
    <ds:schemaRef ds:uri="e363201a-d761-49ef-afc2-03171d55f11d"/>
    <ds:schemaRef ds:uri="1277bd48-28a4-4c00-a55e-3f305905eb9e"/>
  </ds:schemaRefs>
</ds:datastoreItem>
</file>

<file path=customXml/itemProps3.xml><?xml version="1.0" encoding="utf-8"?>
<ds:datastoreItem xmlns:ds="http://schemas.openxmlformats.org/officeDocument/2006/customXml" ds:itemID="{5A040C4D-F745-4DDD-BF50-D1517322A7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850249-383C-443A-B16D-18DA1C16F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3201a-d761-49ef-afc2-03171d55f11d"/>
    <ds:schemaRef ds:uri="1277bd48-28a4-4c00-a55e-3f305905eb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3345</Words>
  <Characters>1907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Vaida Šopytė</cp:lastModifiedBy>
  <cp:revision>2</cp:revision>
  <dcterms:created xsi:type="dcterms:W3CDTF">2013-12-23T23:15:00Z</dcterms:created>
  <dcterms:modified xsi:type="dcterms:W3CDTF">2026-08-05T14:04:00Z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0x010100601D5C0C7019964BA6E444CFF78A6147</vt:lpwstr>
  </property>
</Properties>
</file>