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08FC4" w14:textId="3C433A67" w:rsidR="0063184F" w:rsidRDefault="0579CF20" w:rsidP="0579CF20">
      <w:pPr>
        <w:jc w:val="right"/>
        <w:rPr>
          <w:rFonts w:ascii="Times New Roman" w:eastAsia="Times New Roman" w:hAnsi="Times New Roman" w:cs="Times New Roman"/>
          <w:sz w:val="22"/>
          <w:lang w:val="lt-LT"/>
        </w:rPr>
      </w:pPr>
      <w:r w:rsidRPr="0579CF20">
        <w:rPr>
          <w:rFonts w:ascii="Times New Roman" w:eastAsia="Times New Roman" w:hAnsi="Times New Roman" w:cs="Times New Roman"/>
          <w:sz w:val="22"/>
          <w:lang w:val="lt-LT"/>
        </w:rPr>
        <w:t>Pirkimo sąlygų 13 priedas</w:t>
      </w:r>
      <w:r w:rsidR="00A5528B">
        <w:rPr>
          <w:rFonts w:ascii="Times New Roman" w:eastAsia="Times New Roman" w:hAnsi="Times New Roman" w:cs="Times New Roman"/>
          <w:sz w:val="22"/>
          <w:lang w:val="lt-LT"/>
        </w:rPr>
        <w:t xml:space="preserve"> </w:t>
      </w:r>
      <w:r w:rsidRPr="0579CF20">
        <w:rPr>
          <w:rFonts w:ascii="Times New Roman" w:eastAsia="Times New Roman" w:hAnsi="Times New Roman" w:cs="Times New Roman"/>
          <w:sz w:val="22"/>
          <w:lang w:val="lt-LT"/>
        </w:rPr>
        <w:t>„Tiekėjo kvalifikacijos atitikties lentelė“</w:t>
      </w:r>
      <w:r w:rsidR="00C22E97">
        <w:rPr>
          <w:rFonts w:ascii="Times New Roman" w:eastAsia="Times New Roman" w:hAnsi="Times New Roman" w:cs="Times New Roman"/>
          <w:sz w:val="22"/>
          <w:lang w:val="lt-LT"/>
        </w:rPr>
        <w:t xml:space="preserve"> </w:t>
      </w:r>
    </w:p>
    <w:p w14:paraId="1B8C38F7" w14:textId="77777777" w:rsidR="0063184F" w:rsidRDefault="0579CF20" w:rsidP="0579CF20">
      <w:pPr>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22"/>
          <w:lang w:val="lt-LT"/>
        </w:rPr>
        <w:t>TIEKĖJO KVALIFIKACIJOS ATITIKTIES LENTELĖ</w:t>
      </w:r>
    </w:p>
    <w:p w14:paraId="2D6642C0" w14:textId="77777777" w:rsidR="0063184F" w:rsidRDefault="0579CF20" w:rsidP="0579CF20">
      <w:pPr>
        <w:rPr>
          <w:rFonts w:ascii="Times New Roman" w:eastAsia="Times New Roman" w:hAnsi="Times New Roman" w:cs="Times New Roman"/>
          <w:sz w:val="22"/>
          <w:lang w:val="lt-LT"/>
        </w:rPr>
      </w:pPr>
      <w:r w:rsidRPr="0579CF20">
        <w:rPr>
          <w:rFonts w:ascii="Times New Roman" w:eastAsia="Times New Roman" w:hAnsi="Times New Roman" w:cs="Times New Roman"/>
          <w:sz w:val="22"/>
          <w:lang w:val="lt-LT"/>
        </w:rPr>
        <w:t>Formą pildo tiekėjas, kuris pagal vertinimo rezultatus gali būti pripažintas laimėjusiu, perkančiajai organizacijai pareikalavus pateikti kvalifikaciją įrodančius dokumentus.</w:t>
      </w:r>
    </w:p>
    <w:tbl>
      <w:tblPr>
        <w:tblStyle w:val="Lentelstinklelis"/>
        <w:tblW w:w="15400" w:type="dxa"/>
        <w:jc w:val="center"/>
        <w:tblLayout w:type="fixed"/>
        <w:tblLook w:val="04A0" w:firstRow="1" w:lastRow="0" w:firstColumn="1" w:lastColumn="0" w:noHBand="0" w:noVBand="1"/>
      </w:tblPr>
      <w:tblGrid>
        <w:gridCol w:w="4100"/>
        <w:gridCol w:w="11300"/>
      </w:tblGrid>
      <w:tr w:rsidR="0063184F" w14:paraId="3288ED9C" w14:textId="77777777" w:rsidTr="0579CF20">
        <w:trPr>
          <w:cantSplit/>
          <w:jc w:val="center"/>
        </w:trPr>
        <w:tc>
          <w:tcPr>
            <w:tcW w:w="4100" w:type="dxa"/>
            <w:tcMar>
              <w:top w:w="55" w:type="dxa"/>
              <w:left w:w="65" w:type="dxa"/>
              <w:bottom w:w="55" w:type="dxa"/>
              <w:right w:w="65" w:type="dxa"/>
            </w:tcMar>
            <w:vAlign w:val="center"/>
          </w:tcPr>
          <w:p w14:paraId="117BC08D"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lang w:val="lt-LT"/>
              </w:rPr>
              <w:t>Tiekėjo pavadinimas</w:t>
            </w:r>
          </w:p>
        </w:tc>
        <w:tc>
          <w:tcPr>
            <w:tcW w:w="11300" w:type="dxa"/>
            <w:tcMar>
              <w:top w:w="55" w:type="dxa"/>
              <w:left w:w="65" w:type="dxa"/>
              <w:bottom w:w="55" w:type="dxa"/>
              <w:right w:w="65" w:type="dxa"/>
            </w:tcMar>
            <w:vAlign w:val="center"/>
          </w:tcPr>
          <w:p w14:paraId="672A6659" w14:textId="77777777" w:rsidR="0063184F" w:rsidRDefault="0063184F" w:rsidP="0579CF20">
            <w:pPr>
              <w:spacing w:after="0"/>
              <w:rPr>
                <w:rFonts w:ascii="Times New Roman" w:eastAsia="Times New Roman" w:hAnsi="Times New Roman" w:cs="Times New Roman"/>
                <w:sz w:val="22"/>
                <w:lang w:val="lt-LT"/>
              </w:rPr>
            </w:pPr>
          </w:p>
        </w:tc>
      </w:tr>
      <w:tr w:rsidR="0063184F" w14:paraId="7EF810E7" w14:textId="77777777" w:rsidTr="0579CF20">
        <w:trPr>
          <w:cantSplit/>
          <w:jc w:val="center"/>
        </w:trPr>
        <w:tc>
          <w:tcPr>
            <w:tcW w:w="4100" w:type="dxa"/>
            <w:tcMar>
              <w:top w:w="55" w:type="dxa"/>
              <w:left w:w="65" w:type="dxa"/>
              <w:bottom w:w="55" w:type="dxa"/>
              <w:right w:w="65" w:type="dxa"/>
            </w:tcMar>
            <w:vAlign w:val="center"/>
          </w:tcPr>
          <w:p w14:paraId="65D47807"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lang w:val="lt-LT"/>
              </w:rPr>
              <w:t>Juridinio asmens kodas</w:t>
            </w:r>
          </w:p>
        </w:tc>
        <w:tc>
          <w:tcPr>
            <w:tcW w:w="11300" w:type="dxa"/>
            <w:tcMar>
              <w:top w:w="55" w:type="dxa"/>
              <w:left w:w="65" w:type="dxa"/>
              <w:bottom w:w="55" w:type="dxa"/>
              <w:right w:w="65" w:type="dxa"/>
            </w:tcMar>
            <w:vAlign w:val="center"/>
          </w:tcPr>
          <w:p w14:paraId="0A37501D" w14:textId="77777777" w:rsidR="0063184F" w:rsidRDefault="0063184F" w:rsidP="0579CF20">
            <w:pPr>
              <w:spacing w:after="0"/>
              <w:rPr>
                <w:rFonts w:ascii="Times New Roman" w:eastAsia="Times New Roman" w:hAnsi="Times New Roman" w:cs="Times New Roman"/>
                <w:sz w:val="22"/>
                <w:lang w:val="lt-LT"/>
              </w:rPr>
            </w:pPr>
          </w:p>
        </w:tc>
      </w:tr>
      <w:tr w:rsidR="0063184F" w:rsidRPr="00F06742" w14:paraId="07764D20" w14:textId="77777777" w:rsidTr="0579CF20">
        <w:trPr>
          <w:cantSplit/>
          <w:jc w:val="center"/>
        </w:trPr>
        <w:tc>
          <w:tcPr>
            <w:tcW w:w="4100" w:type="dxa"/>
            <w:tcMar>
              <w:top w:w="55" w:type="dxa"/>
              <w:left w:w="65" w:type="dxa"/>
              <w:bottom w:w="55" w:type="dxa"/>
              <w:right w:w="65" w:type="dxa"/>
            </w:tcMar>
            <w:vAlign w:val="center"/>
          </w:tcPr>
          <w:p w14:paraId="7B1B473A"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lang w:val="lt-LT"/>
              </w:rPr>
              <w:t>Kontaktinis asmuo, telefonas, el. paštas</w:t>
            </w:r>
          </w:p>
        </w:tc>
        <w:tc>
          <w:tcPr>
            <w:tcW w:w="11300" w:type="dxa"/>
            <w:tcMar>
              <w:top w:w="55" w:type="dxa"/>
              <w:left w:w="65" w:type="dxa"/>
              <w:bottom w:w="55" w:type="dxa"/>
              <w:right w:w="65" w:type="dxa"/>
            </w:tcMar>
            <w:vAlign w:val="center"/>
          </w:tcPr>
          <w:p w14:paraId="5DAB6C7B" w14:textId="77777777" w:rsidR="0063184F" w:rsidRDefault="0063184F" w:rsidP="0579CF20">
            <w:pPr>
              <w:spacing w:after="0"/>
              <w:rPr>
                <w:rFonts w:ascii="Times New Roman" w:eastAsia="Times New Roman" w:hAnsi="Times New Roman" w:cs="Times New Roman"/>
                <w:sz w:val="22"/>
                <w:lang w:val="lt-LT"/>
              </w:rPr>
            </w:pPr>
          </w:p>
        </w:tc>
      </w:tr>
    </w:tbl>
    <w:p w14:paraId="02EB378F" w14:textId="77777777" w:rsidR="0063184F" w:rsidRDefault="0063184F" w:rsidP="0579CF20">
      <w:pPr>
        <w:rPr>
          <w:rFonts w:ascii="Times New Roman" w:eastAsia="Times New Roman" w:hAnsi="Times New Roman" w:cs="Times New Roman"/>
          <w:sz w:val="22"/>
          <w:lang w:val="lt-LT"/>
        </w:rPr>
      </w:pPr>
    </w:p>
    <w:p w14:paraId="52E1288B" w14:textId="5A130D92" w:rsidR="0063184F" w:rsidRDefault="6903989C" w:rsidP="0579CF20">
      <w:pP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22"/>
          <w:lang w:val="lt-LT"/>
        </w:rPr>
        <w:t>1. Sutarties vykdymui siūlomi specialistai</w:t>
      </w:r>
    </w:p>
    <w:p w14:paraId="7DE23EBA" w14:textId="77777777" w:rsidR="0063184F" w:rsidRDefault="0579CF20" w:rsidP="0579CF20">
      <w:pPr>
        <w:rPr>
          <w:rFonts w:ascii="Times New Roman" w:eastAsia="Times New Roman" w:hAnsi="Times New Roman" w:cs="Times New Roman"/>
          <w:sz w:val="22"/>
          <w:lang w:val="lt-LT"/>
        </w:rPr>
      </w:pPr>
      <w:r w:rsidRPr="0579CF20">
        <w:rPr>
          <w:rFonts w:ascii="Times New Roman" w:eastAsia="Times New Roman" w:hAnsi="Times New Roman" w:cs="Times New Roman"/>
          <w:sz w:val="22"/>
          <w:lang w:val="lt-LT"/>
        </w:rPr>
        <w:t>Kiekvienai pozicijai nurodomas vienas specialistas. Tas pats specialistas negali būti siūlomas į daugiau kaip vieną poziciją. Šioje formoje nurodyti specialistai turi sutapti su Specialiųjų pirkimo sąlygų 12 priede nurodytais ir pagal T</w:t>
      </w:r>
      <w:r w:rsidRPr="00CC14BE">
        <w:rPr>
          <w:rFonts w:ascii="Times New Roman" w:eastAsia="Times New Roman" w:hAnsi="Times New Roman" w:cs="Times New Roman"/>
          <w:sz w:val="22"/>
          <w:vertAlign w:val="subscript"/>
          <w:lang w:val="lt-LT"/>
        </w:rPr>
        <w:t>1</w:t>
      </w:r>
      <w:r w:rsidRPr="0579CF20">
        <w:rPr>
          <w:rFonts w:ascii="Times New Roman" w:eastAsia="Times New Roman" w:hAnsi="Times New Roman" w:cs="Times New Roman"/>
          <w:sz w:val="22"/>
          <w:lang w:val="lt-LT"/>
        </w:rPr>
        <w:t>–T</w:t>
      </w:r>
      <w:r w:rsidRPr="00CC14BE">
        <w:rPr>
          <w:rFonts w:ascii="Times New Roman" w:eastAsia="Times New Roman" w:hAnsi="Times New Roman" w:cs="Times New Roman"/>
          <w:sz w:val="22"/>
          <w:vertAlign w:val="subscript"/>
          <w:lang w:val="lt-LT"/>
        </w:rPr>
        <w:t>3</w:t>
      </w:r>
      <w:r w:rsidRPr="0579CF20">
        <w:rPr>
          <w:rFonts w:ascii="Times New Roman" w:eastAsia="Times New Roman" w:hAnsi="Times New Roman" w:cs="Times New Roman"/>
          <w:sz w:val="22"/>
          <w:lang w:val="lt-LT"/>
        </w:rPr>
        <w:t xml:space="preserve"> vertinamais specialistais.</w:t>
      </w:r>
    </w:p>
    <w:tbl>
      <w:tblPr>
        <w:tblStyle w:val="Lentelstinklelis"/>
        <w:tblW w:w="15400" w:type="dxa"/>
        <w:jc w:val="center"/>
        <w:tblLayout w:type="fixed"/>
        <w:tblLook w:val="04A0" w:firstRow="1" w:lastRow="0" w:firstColumn="1" w:lastColumn="0" w:noHBand="0" w:noVBand="1"/>
      </w:tblPr>
      <w:tblGrid>
        <w:gridCol w:w="900"/>
        <w:gridCol w:w="2700"/>
        <w:gridCol w:w="2500"/>
        <w:gridCol w:w="2200"/>
        <w:gridCol w:w="3000"/>
        <w:gridCol w:w="4100"/>
      </w:tblGrid>
      <w:tr w:rsidR="0063184F" w:rsidRPr="005B4C0E" w14:paraId="3924E3AE" w14:textId="77777777" w:rsidTr="0579CF20">
        <w:trPr>
          <w:cantSplit/>
          <w:tblHeader/>
          <w:jc w:val="center"/>
        </w:trPr>
        <w:tc>
          <w:tcPr>
            <w:tcW w:w="900" w:type="dxa"/>
            <w:shd w:val="clear" w:color="auto" w:fill="D9EAF7"/>
            <w:tcMar>
              <w:top w:w="55" w:type="dxa"/>
              <w:left w:w="65" w:type="dxa"/>
              <w:bottom w:w="55" w:type="dxa"/>
              <w:right w:w="65" w:type="dxa"/>
            </w:tcMar>
            <w:vAlign w:val="center"/>
          </w:tcPr>
          <w:p w14:paraId="5D9A04C6"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lang w:val="lt-LT"/>
              </w:rPr>
              <w:t>Eil. Nr.</w:t>
            </w:r>
          </w:p>
        </w:tc>
        <w:tc>
          <w:tcPr>
            <w:tcW w:w="2700" w:type="dxa"/>
            <w:shd w:val="clear" w:color="auto" w:fill="D9EAF7"/>
            <w:tcMar>
              <w:top w:w="55" w:type="dxa"/>
              <w:left w:w="65" w:type="dxa"/>
              <w:bottom w:w="55" w:type="dxa"/>
              <w:right w:w="65" w:type="dxa"/>
            </w:tcMar>
            <w:vAlign w:val="center"/>
          </w:tcPr>
          <w:p w14:paraId="6C503F4B"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lang w:val="lt-LT"/>
              </w:rPr>
              <w:t>SPS 4 priedo reikalavimo nuoroda</w:t>
            </w:r>
          </w:p>
        </w:tc>
        <w:tc>
          <w:tcPr>
            <w:tcW w:w="2500" w:type="dxa"/>
            <w:shd w:val="clear" w:color="auto" w:fill="D9EAF7"/>
            <w:tcMar>
              <w:top w:w="55" w:type="dxa"/>
              <w:left w:w="65" w:type="dxa"/>
              <w:bottom w:w="55" w:type="dxa"/>
              <w:right w:w="65" w:type="dxa"/>
            </w:tcMar>
            <w:vAlign w:val="center"/>
          </w:tcPr>
          <w:p w14:paraId="645B2EEA"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lang w:val="lt-LT"/>
              </w:rPr>
              <w:t>Specialisto pozicija</w:t>
            </w:r>
          </w:p>
        </w:tc>
        <w:tc>
          <w:tcPr>
            <w:tcW w:w="2200" w:type="dxa"/>
            <w:shd w:val="clear" w:color="auto" w:fill="D9EAF7"/>
            <w:tcMar>
              <w:top w:w="55" w:type="dxa"/>
              <w:left w:w="65" w:type="dxa"/>
              <w:bottom w:w="55" w:type="dxa"/>
              <w:right w:w="65" w:type="dxa"/>
            </w:tcMar>
            <w:vAlign w:val="center"/>
          </w:tcPr>
          <w:p w14:paraId="26543420"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lang w:val="lt-LT"/>
              </w:rPr>
              <w:t>Vardas, pavardė</w:t>
            </w:r>
          </w:p>
        </w:tc>
        <w:tc>
          <w:tcPr>
            <w:tcW w:w="3000" w:type="dxa"/>
            <w:shd w:val="clear" w:color="auto" w:fill="D9EAF7"/>
            <w:tcMar>
              <w:top w:w="55" w:type="dxa"/>
              <w:left w:w="65" w:type="dxa"/>
              <w:bottom w:w="55" w:type="dxa"/>
              <w:right w:w="65" w:type="dxa"/>
            </w:tcMar>
            <w:vAlign w:val="center"/>
          </w:tcPr>
          <w:p w14:paraId="47FBD881"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lang w:val="lt-LT"/>
              </w:rPr>
              <w:t>Teisinis ryšys su tiekėju / ūkio subjektu</w:t>
            </w:r>
          </w:p>
        </w:tc>
        <w:tc>
          <w:tcPr>
            <w:tcW w:w="4100" w:type="dxa"/>
            <w:shd w:val="clear" w:color="auto" w:fill="D9EAF7"/>
            <w:tcMar>
              <w:top w:w="55" w:type="dxa"/>
              <w:left w:w="65" w:type="dxa"/>
              <w:bottom w:w="55" w:type="dxa"/>
              <w:right w:w="65" w:type="dxa"/>
            </w:tcMar>
            <w:vAlign w:val="center"/>
          </w:tcPr>
          <w:p w14:paraId="293F8E00"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lang w:val="lt-LT"/>
              </w:rPr>
              <w:t>Pridedamas įrodantis dokumentas / failo pavadinimas</w:t>
            </w:r>
          </w:p>
        </w:tc>
      </w:tr>
      <w:tr w:rsidR="0063184F" w14:paraId="6313B3F8" w14:textId="77777777" w:rsidTr="0579CF20">
        <w:trPr>
          <w:cantSplit/>
          <w:jc w:val="center"/>
        </w:trPr>
        <w:tc>
          <w:tcPr>
            <w:tcW w:w="900" w:type="dxa"/>
            <w:tcMar>
              <w:top w:w="55" w:type="dxa"/>
              <w:left w:w="65" w:type="dxa"/>
              <w:bottom w:w="55" w:type="dxa"/>
              <w:right w:w="65" w:type="dxa"/>
            </w:tcMar>
            <w:vAlign w:val="center"/>
          </w:tcPr>
          <w:p w14:paraId="0135CBF0" w14:textId="77777777" w:rsidR="0063184F" w:rsidRDefault="0579CF20" w:rsidP="0579CF20">
            <w:pPr>
              <w:spacing w:after="0"/>
              <w:rPr>
                <w:rFonts w:ascii="Times New Roman" w:eastAsia="Times New Roman" w:hAnsi="Times New Roman" w:cs="Times New Roman"/>
                <w:sz w:val="22"/>
                <w:lang w:val="lt-LT"/>
              </w:rPr>
            </w:pPr>
            <w:r w:rsidRPr="0579CF20">
              <w:rPr>
                <w:rFonts w:ascii="Times New Roman" w:eastAsia="Times New Roman" w:hAnsi="Times New Roman" w:cs="Times New Roman"/>
                <w:lang w:val="lt-LT"/>
              </w:rPr>
              <w:t>1.</w:t>
            </w:r>
          </w:p>
        </w:tc>
        <w:tc>
          <w:tcPr>
            <w:tcW w:w="2700" w:type="dxa"/>
            <w:tcMar>
              <w:top w:w="55" w:type="dxa"/>
              <w:left w:w="65" w:type="dxa"/>
              <w:bottom w:w="55" w:type="dxa"/>
              <w:right w:w="65" w:type="dxa"/>
            </w:tcMar>
            <w:vAlign w:val="center"/>
          </w:tcPr>
          <w:p w14:paraId="743015FF" w14:textId="77777777" w:rsidR="0063184F" w:rsidRDefault="0579CF20" w:rsidP="0579CF20">
            <w:pPr>
              <w:spacing w:after="0"/>
              <w:rPr>
                <w:rFonts w:ascii="Times New Roman" w:eastAsia="Times New Roman" w:hAnsi="Times New Roman" w:cs="Times New Roman"/>
                <w:sz w:val="22"/>
                <w:lang w:val="lt-LT"/>
              </w:rPr>
            </w:pPr>
            <w:r w:rsidRPr="0579CF20">
              <w:rPr>
                <w:rFonts w:ascii="Times New Roman" w:eastAsia="Times New Roman" w:hAnsi="Times New Roman" w:cs="Times New Roman"/>
                <w:lang w:val="lt-LT"/>
              </w:rPr>
              <w:t>1 lentelės 2.1 papunktis</w:t>
            </w:r>
          </w:p>
        </w:tc>
        <w:tc>
          <w:tcPr>
            <w:tcW w:w="2500" w:type="dxa"/>
            <w:tcMar>
              <w:top w:w="55" w:type="dxa"/>
              <w:left w:w="65" w:type="dxa"/>
              <w:bottom w:w="55" w:type="dxa"/>
              <w:right w:w="65" w:type="dxa"/>
            </w:tcMar>
            <w:vAlign w:val="center"/>
          </w:tcPr>
          <w:p w14:paraId="3BB16FB5" w14:textId="77777777" w:rsidR="0063184F" w:rsidRDefault="0579CF20" w:rsidP="0579CF20">
            <w:pPr>
              <w:spacing w:after="0"/>
              <w:rPr>
                <w:rFonts w:ascii="Times New Roman" w:eastAsia="Times New Roman" w:hAnsi="Times New Roman" w:cs="Times New Roman"/>
                <w:sz w:val="22"/>
                <w:lang w:val="lt-LT"/>
              </w:rPr>
            </w:pPr>
            <w:r w:rsidRPr="0579CF20">
              <w:rPr>
                <w:rFonts w:ascii="Times New Roman" w:eastAsia="Times New Roman" w:hAnsi="Times New Roman" w:cs="Times New Roman"/>
                <w:lang w:val="lt-LT"/>
              </w:rPr>
              <w:t>Renginių organizavimo vadovas</w:t>
            </w:r>
          </w:p>
        </w:tc>
        <w:tc>
          <w:tcPr>
            <w:tcW w:w="2200" w:type="dxa"/>
            <w:tcMar>
              <w:top w:w="55" w:type="dxa"/>
              <w:left w:w="65" w:type="dxa"/>
              <w:bottom w:w="55" w:type="dxa"/>
              <w:right w:w="65" w:type="dxa"/>
            </w:tcMar>
            <w:vAlign w:val="center"/>
          </w:tcPr>
          <w:p w14:paraId="72A3D3EC" w14:textId="77777777" w:rsidR="0063184F" w:rsidRDefault="0063184F" w:rsidP="0579CF20">
            <w:pPr>
              <w:spacing w:after="0"/>
              <w:rPr>
                <w:rFonts w:ascii="Times New Roman" w:eastAsia="Times New Roman" w:hAnsi="Times New Roman" w:cs="Times New Roman"/>
                <w:sz w:val="22"/>
                <w:lang w:val="lt-LT"/>
              </w:rPr>
            </w:pPr>
          </w:p>
        </w:tc>
        <w:tc>
          <w:tcPr>
            <w:tcW w:w="3000" w:type="dxa"/>
            <w:tcMar>
              <w:top w:w="55" w:type="dxa"/>
              <w:left w:w="65" w:type="dxa"/>
              <w:bottom w:w="55" w:type="dxa"/>
              <w:right w:w="65" w:type="dxa"/>
            </w:tcMar>
            <w:vAlign w:val="center"/>
          </w:tcPr>
          <w:p w14:paraId="0D0B940D" w14:textId="77777777" w:rsidR="0063184F" w:rsidRDefault="0063184F" w:rsidP="0579CF20">
            <w:pPr>
              <w:spacing w:after="0"/>
              <w:rPr>
                <w:rFonts w:ascii="Times New Roman" w:eastAsia="Times New Roman" w:hAnsi="Times New Roman" w:cs="Times New Roman"/>
                <w:sz w:val="22"/>
                <w:lang w:val="lt-LT"/>
              </w:rPr>
            </w:pPr>
          </w:p>
        </w:tc>
        <w:tc>
          <w:tcPr>
            <w:tcW w:w="4100" w:type="dxa"/>
            <w:tcMar>
              <w:top w:w="55" w:type="dxa"/>
              <w:left w:w="65" w:type="dxa"/>
              <w:bottom w:w="55" w:type="dxa"/>
              <w:right w:w="65" w:type="dxa"/>
            </w:tcMar>
            <w:vAlign w:val="center"/>
          </w:tcPr>
          <w:p w14:paraId="0E27B00A" w14:textId="77777777" w:rsidR="0063184F" w:rsidRDefault="0063184F" w:rsidP="0579CF20">
            <w:pPr>
              <w:spacing w:after="0"/>
              <w:rPr>
                <w:rFonts w:ascii="Times New Roman" w:eastAsia="Times New Roman" w:hAnsi="Times New Roman" w:cs="Times New Roman"/>
                <w:sz w:val="22"/>
                <w:lang w:val="lt-LT"/>
              </w:rPr>
            </w:pPr>
          </w:p>
        </w:tc>
      </w:tr>
      <w:tr w:rsidR="0063184F" w14:paraId="0359FD95" w14:textId="77777777" w:rsidTr="0579CF20">
        <w:trPr>
          <w:cantSplit/>
          <w:jc w:val="center"/>
        </w:trPr>
        <w:tc>
          <w:tcPr>
            <w:tcW w:w="900" w:type="dxa"/>
            <w:tcMar>
              <w:top w:w="55" w:type="dxa"/>
              <w:left w:w="65" w:type="dxa"/>
              <w:bottom w:w="55" w:type="dxa"/>
              <w:right w:w="65" w:type="dxa"/>
            </w:tcMar>
            <w:vAlign w:val="center"/>
          </w:tcPr>
          <w:p w14:paraId="47886996" w14:textId="77777777" w:rsidR="0063184F" w:rsidRDefault="0579CF20" w:rsidP="0579CF20">
            <w:pPr>
              <w:spacing w:after="0"/>
              <w:rPr>
                <w:rFonts w:ascii="Times New Roman" w:eastAsia="Times New Roman" w:hAnsi="Times New Roman" w:cs="Times New Roman"/>
                <w:sz w:val="22"/>
                <w:lang w:val="lt-LT"/>
              </w:rPr>
            </w:pPr>
            <w:r w:rsidRPr="0579CF20">
              <w:rPr>
                <w:rFonts w:ascii="Times New Roman" w:eastAsia="Times New Roman" w:hAnsi="Times New Roman" w:cs="Times New Roman"/>
                <w:lang w:val="lt-LT"/>
              </w:rPr>
              <w:t>2.</w:t>
            </w:r>
          </w:p>
        </w:tc>
        <w:tc>
          <w:tcPr>
            <w:tcW w:w="2700" w:type="dxa"/>
            <w:tcMar>
              <w:top w:w="55" w:type="dxa"/>
              <w:left w:w="65" w:type="dxa"/>
              <w:bottom w:w="55" w:type="dxa"/>
              <w:right w:w="65" w:type="dxa"/>
            </w:tcMar>
            <w:vAlign w:val="center"/>
          </w:tcPr>
          <w:p w14:paraId="66B455A1" w14:textId="77777777" w:rsidR="0063184F" w:rsidRDefault="0579CF20" w:rsidP="0579CF20">
            <w:pPr>
              <w:spacing w:after="0"/>
              <w:rPr>
                <w:rFonts w:ascii="Times New Roman" w:eastAsia="Times New Roman" w:hAnsi="Times New Roman" w:cs="Times New Roman"/>
                <w:sz w:val="22"/>
                <w:lang w:val="lt-LT"/>
              </w:rPr>
            </w:pPr>
            <w:r w:rsidRPr="0579CF20">
              <w:rPr>
                <w:rFonts w:ascii="Times New Roman" w:eastAsia="Times New Roman" w:hAnsi="Times New Roman" w:cs="Times New Roman"/>
                <w:lang w:val="lt-LT"/>
              </w:rPr>
              <w:t>1 lentelės 2.2 papunktis</w:t>
            </w:r>
          </w:p>
        </w:tc>
        <w:tc>
          <w:tcPr>
            <w:tcW w:w="2500" w:type="dxa"/>
            <w:tcMar>
              <w:top w:w="55" w:type="dxa"/>
              <w:left w:w="65" w:type="dxa"/>
              <w:bottom w:w="55" w:type="dxa"/>
              <w:right w:w="65" w:type="dxa"/>
            </w:tcMar>
            <w:vAlign w:val="center"/>
          </w:tcPr>
          <w:p w14:paraId="6E4E4669" w14:textId="77777777" w:rsidR="0063184F" w:rsidRDefault="0579CF20" w:rsidP="0579CF20">
            <w:pPr>
              <w:spacing w:after="0"/>
              <w:rPr>
                <w:rFonts w:ascii="Times New Roman" w:eastAsia="Times New Roman" w:hAnsi="Times New Roman" w:cs="Times New Roman"/>
                <w:sz w:val="22"/>
                <w:lang w:val="lt-LT"/>
              </w:rPr>
            </w:pPr>
            <w:r w:rsidRPr="0579CF20">
              <w:rPr>
                <w:rFonts w:ascii="Times New Roman" w:eastAsia="Times New Roman" w:hAnsi="Times New Roman" w:cs="Times New Roman"/>
                <w:lang w:val="lt-LT"/>
              </w:rPr>
              <w:t>Renginių koordinatorius Nr. 1</w:t>
            </w:r>
          </w:p>
        </w:tc>
        <w:tc>
          <w:tcPr>
            <w:tcW w:w="2200" w:type="dxa"/>
            <w:tcMar>
              <w:top w:w="55" w:type="dxa"/>
              <w:left w:w="65" w:type="dxa"/>
              <w:bottom w:w="55" w:type="dxa"/>
              <w:right w:w="65" w:type="dxa"/>
            </w:tcMar>
            <w:vAlign w:val="center"/>
          </w:tcPr>
          <w:p w14:paraId="60061E4C" w14:textId="77777777" w:rsidR="0063184F" w:rsidRDefault="0063184F" w:rsidP="0579CF20">
            <w:pPr>
              <w:spacing w:after="0"/>
              <w:rPr>
                <w:rFonts w:ascii="Times New Roman" w:eastAsia="Times New Roman" w:hAnsi="Times New Roman" w:cs="Times New Roman"/>
                <w:sz w:val="22"/>
                <w:lang w:val="lt-LT"/>
              </w:rPr>
            </w:pPr>
          </w:p>
        </w:tc>
        <w:tc>
          <w:tcPr>
            <w:tcW w:w="3000" w:type="dxa"/>
            <w:tcMar>
              <w:top w:w="55" w:type="dxa"/>
              <w:left w:w="65" w:type="dxa"/>
              <w:bottom w:w="55" w:type="dxa"/>
              <w:right w:w="65" w:type="dxa"/>
            </w:tcMar>
            <w:vAlign w:val="center"/>
          </w:tcPr>
          <w:p w14:paraId="44EAFD9C" w14:textId="77777777" w:rsidR="0063184F" w:rsidRDefault="0063184F" w:rsidP="0579CF20">
            <w:pPr>
              <w:spacing w:after="0"/>
              <w:rPr>
                <w:rFonts w:ascii="Times New Roman" w:eastAsia="Times New Roman" w:hAnsi="Times New Roman" w:cs="Times New Roman"/>
                <w:sz w:val="22"/>
                <w:lang w:val="lt-LT"/>
              </w:rPr>
            </w:pPr>
          </w:p>
        </w:tc>
        <w:tc>
          <w:tcPr>
            <w:tcW w:w="4100" w:type="dxa"/>
            <w:tcMar>
              <w:top w:w="55" w:type="dxa"/>
              <w:left w:w="65" w:type="dxa"/>
              <w:bottom w:w="55" w:type="dxa"/>
              <w:right w:w="65" w:type="dxa"/>
            </w:tcMar>
            <w:vAlign w:val="center"/>
          </w:tcPr>
          <w:p w14:paraId="4B94D5A5" w14:textId="77777777" w:rsidR="0063184F" w:rsidRDefault="0063184F" w:rsidP="0579CF20">
            <w:pPr>
              <w:spacing w:after="0"/>
              <w:rPr>
                <w:rFonts w:ascii="Times New Roman" w:eastAsia="Times New Roman" w:hAnsi="Times New Roman" w:cs="Times New Roman"/>
                <w:sz w:val="22"/>
                <w:lang w:val="lt-LT"/>
              </w:rPr>
            </w:pPr>
          </w:p>
        </w:tc>
      </w:tr>
      <w:tr w:rsidR="0063184F" w14:paraId="22B883CB" w14:textId="77777777" w:rsidTr="0579CF20">
        <w:trPr>
          <w:cantSplit/>
          <w:jc w:val="center"/>
        </w:trPr>
        <w:tc>
          <w:tcPr>
            <w:tcW w:w="900" w:type="dxa"/>
            <w:tcMar>
              <w:top w:w="55" w:type="dxa"/>
              <w:left w:w="65" w:type="dxa"/>
              <w:bottom w:w="55" w:type="dxa"/>
              <w:right w:w="65" w:type="dxa"/>
            </w:tcMar>
            <w:vAlign w:val="center"/>
          </w:tcPr>
          <w:p w14:paraId="1F75A9DD" w14:textId="77777777" w:rsidR="0063184F" w:rsidRDefault="0579CF20" w:rsidP="0579CF20">
            <w:pPr>
              <w:spacing w:after="0"/>
              <w:rPr>
                <w:rFonts w:ascii="Times New Roman" w:eastAsia="Times New Roman" w:hAnsi="Times New Roman" w:cs="Times New Roman"/>
                <w:sz w:val="22"/>
                <w:lang w:val="lt-LT"/>
              </w:rPr>
            </w:pPr>
            <w:r w:rsidRPr="0579CF20">
              <w:rPr>
                <w:rFonts w:ascii="Times New Roman" w:eastAsia="Times New Roman" w:hAnsi="Times New Roman" w:cs="Times New Roman"/>
                <w:lang w:val="lt-LT"/>
              </w:rPr>
              <w:t>3.</w:t>
            </w:r>
          </w:p>
        </w:tc>
        <w:tc>
          <w:tcPr>
            <w:tcW w:w="2700" w:type="dxa"/>
            <w:tcMar>
              <w:top w:w="55" w:type="dxa"/>
              <w:left w:w="65" w:type="dxa"/>
              <w:bottom w:w="55" w:type="dxa"/>
              <w:right w:w="65" w:type="dxa"/>
            </w:tcMar>
            <w:vAlign w:val="center"/>
          </w:tcPr>
          <w:p w14:paraId="1188C5A7" w14:textId="77777777" w:rsidR="0063184F" w:rsidRDefault="0579CF20" w:rsidP="0579CF20">
            <w:pPr>
              <w:spacing w:after="0"/>
              <w:rPr>
                <w:rFonts w:ascii="Times New Roman" w:eastAsia="Times New Roman" w:hAnsi="Times New Roman" w:cs="Times New Roman"/>
                <w:sz w:val="22"/>
                <w:lang w:val="lt-LT"/>
              </w:rPr>
            </w:pPr>
            <w:r w:rsidRPr="0579CF20">
              <w:rPr>
                <w:rFonts w:ascii="Times New Roman" w:eastAsia="Times New Roman" w:hAnsi="Times New Roman" w:cs="Times New Roman"/>
                <w:lang w:val="lt-LT"/>
              </w:rPr>
              <w:t>1 lentelės 2.3 papunktis</w:t>
            </w:r>
          </w:p>
        </w:tc>
        <w:tc>
          <w:tcPr>
            <w:tcW w:w="2500" w:type="dxa"/>
            <w:tcMar>
              <w:top w:w="55" w:type="dxa"/>
              <w:left w:w="65" w:type="dxa"/>
              <w:bottom w:w="55" w:type="dxa"/>
              <w:right w:w="65" w:type="dxa"/>
            </w:tcMar>
            <w:vAlign w:val="center"/>
          </w:tcPr>
          <w:p w14:paraId="4A6852D4" w14:textId="77777777" w:rsidR="0063184F" w:rsidRDefault="0579CF20" w:rsidP="0579CF20">
            <w:pPr>
              <w:spacing w:after="0"/>
              <w:rPr>
                <w:rFonts w:ascii="Times New Roman" w:eastAsia="Times New Roman" w:hAnsi="Times New Roman" w:cs="Times New Roman"/>
                <w:sz w:val="22"/>
                <w:lang w:val="lt-LT"/>
              </w:rPr>
            </w:pPr>
            <w:r w:rsidRPr="0579CF20">
              <w:rPr>
                <w:rFonts w:ascii="Times New Roman" w:eastAsia="Times New Roman" w:hAnsi="Times New Roman" w:cs="Times New Roman"/>
                <w:lang w:val="lt-LT"/>
              </w:rPr>
              <w:t>Renginių koordinatorius Nr. 2</w:t>
            </w:r>
          </w:p>
        </w:tc>
        <w:tc>
          <w:tcPr>
            <w:tcW w:w="2200" w:type="dxa"/>
            <w:tcMar>
              <w:top w:w="55" w:type="dxa"/>
              <w:left w:w="65" w:type="dxa"/>
              <w:bottom w:w="55" w:type="dxa"/>
              <w:right w:w="65" w:type="dxa"/>
            </w:tcMar>
            <w:vAlign w:val="center"/>
          </w:tcPr>
          <w:p w14:paraId="3DEEC669" w14:textId="77777777" w:rsidR="0063184F" w:rsidRDefault="0063184F" w:rsidP="0579CF20">
            <w:pPr>
              <w:spacing w:after="0"/>
              <w:rPr>
                <w:rFonts w:ascii="Times New Roman" w:eastAsia="Times New Roman" w:hAnsi="Times New Roman" w:cs="Times New Roman"/>
                <w:sz w:val="22"/>
                <w:lang w:val="lt-LT"/>
              </w:rPr>
            </w:pPr>
          </w:p>
        </w:tc>
        <w:tc>
          <w:tcPr>
            <w:tcW w:w="3000" w:type="dxa"/>
            <w:tcMar>
              <w:top w:w="55" w:type="dxa"/>
              <w:left w:w="65" w:type="dxa"/>
              <w:bottom w:w="55" w:type="dxa"/>
              <w:right w:w="65" w:type="dxa"/>
            </w:tcMar>
            <w:vAlign w:val="center"/>
          </w:tcPr>
          <w:p w14:paraId="3656B9AB" w14:textId="77777777" w:rsidR="0063184F" w:rsidRDefault="0063184F" w:rsidP="0579CF20">
            <w:pPr>
              <w:spacing w:after="0"/>
              <w:rPr>
                <w:rFonts w:ascii="Times New Roman" w:eastAsia="Times New Roman" w:hAnsi="Times New Roman" w:cs="Times New Roman"/>
                <w:sz w:val="22"/>
                <w:lang w:val="lt-LT"/>
              </w:rPr>
            </w:pPr>
          </w:p>
        </w:tc>
        <w:tc>
          <w:tcPr>
            <w:tcW w:w="4100" w:type="dxa"/>
            <w:tcMar>
              <w:top w:w="55" w:type="dxa"/>
              <w:left w:w="65" w:type="dxa"/>
              <w:bottom w:w="55" w:type="dxa"/>
              <w:right w:w="65" w:type="dxa"/>
            </w:tcMar>
            <w:vAlign w:val="center"/>
          </w:tcPr>
          <w:p w14:paraId="45FB0818" w14:textId="77777777" w:rsidR="0063184F" w:rsidRDefault="0063184F" w:rsidP="0579CF20">
            <w:pPr>
              <w:spacing w:after="0"/>
              <w:rPr>
                <w:rFonts w:ascii="Times New Roman" w:eastAsia="Times New Roman" w:hAnsi="Times New Roman" w:cs="Times New Roman"/>
                <w:sz w:val="22"/>
                <w:lang w:val="lt-LT"/>
              </w:rPr>
            </w:pPr>
          </w:p>
        </w:tc>
      </w:tr>
    </w:tbl>
    <w:p w14:paraId="258430D1" w14:textId="60CC08A1" w:rsidR="0063184F" w:rsidRDefault="7D28B4AE" w:rsidP="0579CF20">
      <w:pPr>
        <w:keepNext/>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22"/>
          <w:lang w:val="lt-LT"/>
        </w:rPr>
        <w:t>1</w:t>
      </w:r>
      <w:r w:rsidR="7239C85E" w:rsidRPr="0579CF20">
        <w:rPr>
          <w:rFonts w:ascii="Times New Roman" w:eastAsia="Times New Roman" w:hAnsi="Times New Roman" w:cs="Times New Roman"/>
          <w:b/>
          <w:bCs/>
          <w:sz w:val="22"/>
          <w:lang w:val="lt-LT"/>
        </w:rPr>
        <w:t>.1. Renginių organizavimo vadovas – atitikties duomenys (SPS 4 priedo 1 lentelės 2.1 papunktis)</w:t>
      </w:r>
    </w:p>
    <w:p w14:paraId="31408A66" w14:textId="4E119D2E" w:rsidR="0063184F" w:rsidRDefault="0579CF20" w:rsidP="0579CF20">
      <w:pPr>
        <w:rPr>
          <w:rFonts w:ascii="Times New Roman" w:eastAsia="Times New Roman" w:hAnsi="Times New Roman" w:cs="Times New Roman"/>
          <w:sz w:val="22"/>
          <w:lang w:val="lt-LT"/>
        </w:rPr>
      </w:pPr>
      <w:r w:rsidRPr="0579CF20">
        <w:rPr>
          <w:rFonts w:ascii="Times New Roman" w:eastAsia="Times New Roman" w:hAnsi="Times New Roman" w:cs="Times New Roman"/>
          <w:sz w:val="22"/>
          <w:lang w:val="lt-LT"/>
        </w:rPr>
        <w:t>Per paskutinius 5 metus iki pasiūlymo pateikimo termino pabaigos</w:t>
      </w:r>
      <w:r w:rsidR="008F0B47">
        <w:rPr>
          <w:rFonts w:ascii="Times New Roman" w:eastAsia="Times New Roman" w:hAnsi="Times New Roman" w:cs="Times New Roman"/>
          <w:sz w:val="22"/>
          <w:lang w:val="lt-LT"/>
        </w:rPr>
        <w:t>,</w:t>
      </w:r>
      <w:r w:rsidRPr="0579CF20">
        <w:rPr>
          <w:rFonts w:ascii="Times New Roman" w:eastAsia="Times New Roman" w:hAnsi="Times New Roman" w:cs="Times New Roman"/>
          <w:sz w:val="22"/>
          <w:lang w:val="lt-LT"/>
        </w:rPr>
        <w:t xml:space="preserve"> </w:t>
      </w:r>
      <w:r w:rsidR="008F0B47" w:rsidRPr="008F0B47">
        <w:rPr>
          <w:rFonts w:asciiTheme="majorBidi" w:hAnsiTheme="majorBidi" w:cstheme="majorBidi"/>
          <w:color w:val="000000"/>
          <w:sz w:val="22"/>
          <w:lang w:val="lt-LT"/>
        </w:rPr>
        <w:t>eidamas renginių organizavimo vadovo ar projekto vadovo pareigas arba vykdydamas lygiavertes funkcijas, būtų vadovavęs tinkamai organizuojant ne mažiau kaip 1 (vieną) kontaktinį aukšto lygio tarptautinį renginį, kuriame dalyvavo ne mažiau kaip 100 asmenų. Renginių organizavimo vadovo funkcijomis laikomas bendras renginio organizavimo planavimas, organizavimo komandos ir pasitelktų paslaugų teikėjų darbo koordinavimas</w:t>
      </w:r>
      <w:r w:rsidRPr="0579CF20">
        <w:rPr>
          <w:rFonts w:ascii="Times New Roman" w:eastAsia="Times New Roman" w:hAnsi="Times New Roman" w:cs="Times New Roman"/>
          <w:sz w:val="22"/>
          <w:lang w:val="lt-LT"/>
        </w:rPr>
        <w:t>.</w:t>
      </w:r>
    </w:p>
    <w:tbl>
      <w:tblPr>
        <w:tblStyle w:val="Lentelstinklelis"/>
        <w:tblW w:w="15400" w:type="dxa"/>
        <w:jc w:val="center"/>
        <w:tblLayout w:type="fixed"/>
        <w:tblLook w:val="04A0" w:firstRow="1" w:lastRow="0" w:firstColumn="1" w:lastColumn="0" w:noHBand="0" w:noVBand="1"/>
      </w:tblPr>
      <w:tblGrid>
        <w:gridCol w:w="650"/>
        <w:gridCol w:w="2200"/>
        <w:gridCol w:w="1222"/>
        <w:gridCol w:w="1978"/>
        <w:gridCol w:w="1650"/>
        <w:gridCol w:w="850"/>
        <w:gridCol w:w="2300"/>
        <w:gridCol w:w="2700"/>
        <w:gridCol w:w="1850"/>
      </w:tblGrid>
      <w:tr w:rsidR="0063184F" w14:paraId="65FEC66E" w14:textId="77777777" w:rsidTr="00326EF4">
        <w:trPr>
          <w:cantSplit/>
          <w:jc w:val="center"/>
        </w:trPr>
        <w:tc>
          <w:tcPr>
            <w:tcW w:w="6050" w:type="dxa"/>
            <w:gridSpan w:val="4"/>
            <w:tcMar>
              <w:top w:w="55" w:type="dxa"/>
              <w:left w:w="65" w:type="dxa"/>
              <w:bottom w:w="55" w:type="dxa"/>
              <w:right w:w="65" w:type="dxa"/>
            </w:tcMar>
            <w:vAlign w:val="center"/>
          </w:tcPr>
          <w:p w14:paraId="62E4F85F"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Specialisto vardas, pavardė</w:t>
            </w:r>
          </w:p>
        </w:tc>
        <w:tc>
          <w:tcPr>
            <w:tcW w:w="9350" w:type="dxa"/>
            <w:gridSpan w:val="5"/>
            <w:tcMar>
              <w:top w:w="55" w:type="dxa"/>
              <w:left w:w="65" w:type="dxa"/>
              <w:bottom w:w="55" w:type="dxa"/>
              <w:right w:w="65" w:type="dxa"/>
            </w:tcMar>
            <w:vAlign w:val="center"/>
          </w:tcPr>
          <w:p w14:paraId="049F31CB" w14:textId="77777777" w:rsidR="0063184F" w:rsidRDefault="0063184F" w:rsidP="0579CF20">
            <w:pPr>
              <w:spacing w:after="0"/>
              <w:jc w:val="center"/>
              <w:rPr>
                <w:rFonts w:ascii="Times New Roman" w:eastAsia="Times New Roman" w:hAnsi="Times New Roman" w:cs="Times New Roman"/>
                <w:sz w:val="22"/>
                <w:lang w:val="lt-LT"/>
              </w:rPr>
            </w:pPr>
          </w:p>
        </w:tc>
      </w:tr>
      <w:tr w:rsidR="0063184F" w14:paraId="6C8AB684" w14:textId="77777777" w:rsidTr="00326EF4">
        <w:trPr>
          <w:cantSplit/>
          <w:jc w:val="center"/>
        </w:trPr>
        <w:tc>
          <w:tcPr>
            <w:tcW w:w="6050" w:type="dxa"/>
            <w:gridSpan w:val="4"/>
            <w:tcMar>
              <w:top w:w="55" w:type="dxa"/>
              <w:left w:w="65" w:type="dxa"/>
              <w:bottom w:w="55" w:type="dxa"/>
              <w:right w:w="65" w:type="dxa"/>
            </w:tcMar>
            <w:vAlign w:val="center"/>
          </w:tcPr>
          <w:p w14:paraId="3AF82A86"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Siūloma pozicija</w:t>
            </w:r>
          </w:p>
        </w:tc>
        <w:tc>
          <w:tcPr>
            <w:tcW w:w="9350" w:type="dxa"/>
            <w:gridSpan w:val="5"/>
            <w:tcMar>
              <w:top w:w="55" w:type="dxa"/>
              <w:left w:w="65" w:type="dxa"/>
              <w:bottom w:w="55" w:type="dxa"/>
              <w:right w:w="65" w:type="dxa"/>
            </w:tcMar>
            <w:vAlign w:val="center"/>
          </w:tcPr>
          <w:p w14:paraId="73847DB2"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6"/>
                <w:lang w:val="lt-LT"/>
              </w:rPr>
              <w:t>Renginių organizavimo vadovas</w:t>
            </w:r>
          </w:p>
        </w:tc>
      </w:tr>
      <w:tr w:rsidR="0063184F" w14:paraId="6177BFD2" w14:textId="77777777" w:rsidTr="00326EF4">
        <w:trPr>
          <w:cantSplit/>
          <w:tblHeader/>
          <w:jc w:val="center"/>
        </w:trPr>
        <w:tc>
          <w:tcPr>
            <w:tcW w:w="650" w:type="dxa"/>
            <w:shd w:val="clear" w:color="auto" w:fill="D9EAF7"/>
            <w:tcMar>
              <w:top w:w="55" w:type="dxa"/>
              <w:left w:w="65" w:type="dxa"/>
              <w:bottom w:w="55" w:type="dxa"/>
              <w:right w:w="65" w:type="dxa"/>
            </w:tcMar>
            <w:vAlign w:val="center"/>
          </w:tcPr>
          <w:p w14:paraId="60D7521B"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Eil. Nr.</w:t>
            </w:r>
          </w:p>
        </w:tc>
        <w:tc>
          <w:tcPr>
            <w:tcW w:w="2200" w:type="dxa"/>
            <w:shd w:val="clear" w:color="auto" w:fill="D9EAF7"/>
            <w:tcMar>
              <w:top w:w="55" w:type="dxa"/>
              <w:left w:w="65" w:type="dxa"/>
              <w:bottom w:w="55" w:type="dxa"/>
              <w:right w:w="65" w:type="dxa"/>
            </w:tcMar>
            <w:vAlign w:val="center"/>
          </w:tcPr>
          <w:p w14:paraId="76918360"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Renginio pavadinimas ir trumpas aprašymas</w:t>
            </w:r>
          </w:p>
        </w:tc>
        <w:tc>
          <w:tcPr>
            <w:tcW w:w="1222" w:type="dxa"/>
            <w:shd w:val="clear" w:color="auto" w:fill="D9EAF7"/>
            <w:tcMar>
              <w:top w:w="55" w:type="dxa"/>
              <w:left w:w="65" w:type="dxa"/>
              <w:bottom w:w="55" w:type="dxa"/>
              <w:right w:w="65" w:type="dxa"/>
            </w:tcMar>
            <w:vAlign w:val="center"/>
          </w:tcPr>
          <w:p w14:paraId="7902A1D7" w14:textId="5448B033"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Renginio data</w:t>
            </w:r>
          </w:p>
        </w:tc>
        <w:tc>
          <w:tcPr>
            <w:tcW w:w="1978" w:type="dxa"/>
            <w:shd w:val="clear" w:color="auto" w:fill="D9EAF7"/>
            <w:tcMar>
              <w:top w:w="55" w:type="dxa"/>
              <w:left w:w="65" w:type="dxa"/>
              <w:bottom w:w="55" w:type="dxa"/>
              <w:right w:w="65" w:type="dxa"/>
            </w:tcMar>
            <w:vAlign w:val="center"/>
          </w:tcPr>
          <w:p w14:paraId="1A559456"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Renginio organizatorius / užsakovas</w:t>
            </w:r>
          </w:p>
        </w:tc>
        <w:tc>
          <w:tcPr>
            <w:tcW w:w="1650" w:type="dxa"/>
            <w:shd w:val="clear" w:color="auto" w:fill="D9EAF7"/>
            <w:tcMar>
              <w:top w:w="55" w:type="dxa"/>
              <w:left w:w="65" w:type="dxa"/>
              <w:bottom w:w="55" w:type="dxa"/>
              <w:right w:w="65" w:type="dxa"/>
            </w:tcMar>
            <w:vAlign w:val="center"/>
          </w:tcPr>
          <w:p w14:paraId="01660CA4"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Kontaktinio asmens duomenys</w:t>
            </w:r>
          </w:p>
        </w:tc>
        <w:tc>
          <w:tcPr>
            <w:tcW w:w="850" w:type="dxa"/>
            <w:shd w:val="clear" w:color="auto" w:fill="D9EAF7"/>
            <w:tcMar>
              <w:top w:w="55" w:type="dxa"/>
              <w:left w:w="65" w:type="dxa"/>
              <w:bottom w:w="55" w:type="dxa"/>
              <w:right w:w="65" w:type="dxa"/>
            </w:tcMar>
            <w:vAlign w:val="center"/>
          </w:tcPr>
          <w:p w14:paraId="4E47348F"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Dalyvių skaičius</w:t>
            </w:r>
          </w:p>
        </w:tc>
        <w:tc>
          <w:tcPr>
            <w:tcW w:w="2300" w:type="dxa"/>
            <w:shd w:val="clear" w:color="auto" w:fill="D9EAF7"/>
            <w:tcMar>
              <w:top w:w="55" w:type="dxa"/>
              <w:left w:w="65" w:type="dxa"/>
              <w:bottom w:w="55" w:type="dxa"/>
              <w:right w:w="65" w:type="dxa"/>
            </w:tcMar>
            <w:vAlign w:val="center"/>
          </w:tcPr>
          <w:p w14:paraId="16A39DA2"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Specialisto pareigos ir atliktos funkcijos</w:t>
            </w:r>
          </w:p>
        </w:tc>
        <w:tc>
          <w:tcPr>
            <w:tcW w:w="2700" w:type="dxa"/>
            <w:shd w:val="clear" w:color="auto" w:fill="D9EAF7"/>
            <w:tcMar>
              <w:top w:w="55" w:type="dxa"/>
              <w:left w:w="65" w:type="dxa"/>
              <w:bottom w:w="55" w:type="dxa"/>
              <w:right w:w="65" w:type="dxa"/>
            </w:tcMar>
            <w:vAlign w:val="center"/>
          </w:tcPr>
          <w:p w14:paraId="70A77737"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Aukšto lygio tarptautinio renginio požymių pagrindimas</w:t>
            </w:r>
          </w:p>
        </w:tc>
        <w:tc>
          <w:tcPr>
            <w:tcW w:w="1850" w:type="dxa"/>
            <w:shd w:val="clear" w:color="auto" w:fill="D9EAF7"/>
            <w:tcMar>
              <w:top w:w="55" w:type="dxa"/>
              <w:left w:w="65" w:type="dxa"/>
              <w:bottom w:w="55" w:type="dxa"/>
              <w:right w:w="65" w:type="dxa"/>
            </w:tcMar>
            <w:vAlign w:val="center"/>
          </w:tcPr>
          <w:p w14:paraId="68A84CE3"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Įrodantis dokumentas / failo pavadinimas</w:t>
            </w:r>
          </w:p>
        </w:tc>
      </w:tr>
      <w:tr w:rsidR="0063184F" w14:paraId="649841BE" w14:textId="77777777" w:rsidTr="00326EF4">
        <w:trPr>
          <w:cantSplit/>
          <w:jc w:val="center"/>
        </w:trPr>
        <w:tc>
          <w:tcPr>
            <w:tcW w:w="650" w:type="dxa"/>
            <w:tcMar>
              <w:top w:w="55" w:type="dxa"/>
              <w:left w:w="65" w:type="dxa"/>
              <w:bottom w:w="55" w:type="dxa"/>
              <w:right w:w="65" w:type="dxa"/>
            </w:tcMar>
            <w:vAlign w:val="center"/>
          </w:tcPr>
          <w:p w14:paraId="56B20A0C"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1</w:t>
            </w:r>
          </w:p>
        </w:tc>
        <w:tc>
          <w:tcPr>
            <w:tcW w:w="2200" w:type="dxa"/>
            <w:tcMar>
              <w:top w:w="55" w:type="dxa"/>
              <w:left w:w="65" w:type="dxa"/>
              <w:bottom w:w="55" w:type="dxa"/>
              <w:right w:w="65" w:type="dxa"/>
            </w:tcMar>
            <w:vAlign w:val="center"/>
          </w:tcPr>
          <w:p w14:paraId="53128261"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62486C05"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4101652C"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4B99056E"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1299C43A"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4DDBEF00"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3461D779"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3CF2D8B6" w14:textId="77777777" w:rsidR="0063184F" w:rsidRDefault="0063184F" w:rsidP="0579CF20">
            <w:pPr>
              <w:spacing w:after="0"/>
              <w:rPr>
                <w:rFonts w:ascii="Times New Roman" w:eastAsia="Times New Roman" w:hAnsi="Times New Roman" w:cs="Times New Roman"/>
                <w:sz w:val="22"/>
                <w:lang w:val="lt-LT"/>
              </w:rPr>
            </w:pPr>
          </w:p>
        </w:tc>
      </w:tr>
      <w:tr w:rsidR="0063184F" w14:paraId="18F999B5" w14:textId="77777777" w:rsidTr="00326EF4">
        <w:trPr>
          <w:cantSplit/>
          <w:jc w:val="center"/>
        </w:trPr>
        <w:tc>
          <w:tcPr>
            <w:tcW w:w="650" w:type="dxa"/>
            <w:tcMar>
              <w:top w:w="55" w:type="dxa"/>
              <w:left w:w="65" w:type="dxa"/>
              <w:bottom w:w="55" w:type="dxa"/>
              <w:right w:w="65" w:type="dxa"/>
            </w:tcMar>
            <w:vAlign w:val="center"/>
          </w:tcPr>
          <w:p w14:paraId="7144751B"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2</w:t>
            </w:r>
          </w:p>
        </w:tc>
        <w:tc>
          <w:tcPr>
            <w:tcW w:w="2200" w:type="dxa"/>
            <w:tcMar>
              <w:top w:w="55" w:type="dxa"/>
              <w:left w:w="65" w:type="dxa"/>
              <w:bottom w:w="55" w:type="dxa"/>
              <w:right w:w="65" w:type="dxa"/>
            </w:tcMar>
            <w:vAlign w:val="center"/>
          </w:tcPr>
          <w:p w14:paraId="0FB78278"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1FC39945"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0562CB0E"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34CE0A41"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62EBF3C5"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6D98A12B"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2946DB82"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5997CC1D" w14:textId="77777777" w:rsidR="0063184F" w:rsidRDefault="0063184F" w:rsidP="0579CF20">
            <w:pPr>
              <w:spacing w:after="0"/>
              <w:rPr>
                <w:rFonts w:ascii="Times New Roman" w:eastAsia="Times New Roman" w:hAnsi="Times New Roman" w:cs="Times New Roman"/>
                <w:sz w:val="22"/>
                <w:lang w:val="lt-LT"/>
              </w:rPr>
            </w:pPr>
          </w:p>
        </w:tc>
      </w:tr>
      <w:tr w:rsidR="0063184F" w14:paraId="5FCD5EC4" w14:textId="77777777" w:rsidTr="00326EF4">
        <w:trPr>
          <w:cantSplit/>
          <w:jc w:val="center"/>
        </w:trPr>
        <w:tc>
          <w:tcPr>
            <w:tcW w:w="650" w:type="dxa"/>
            <w:tcMar>
              <w:top w:w="55" w:type="dxa"/>
              <w:left w:w="65" w:type="dxa"/>
              <w:bottom w:w="55" w:type="dxa"/>
              <w:right w:w="65" w:type="dxa"/>
            </w:tcMar>
            <w:vAlign w:val="center"/>
          </w:tcPr>
          <w:p w14:paraId="0B778152"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3</w:t>
            </w:r>
          </w:p>
        </w:tc>
        <w:tc>
          <w:tcPr>
            <w:tcW w:w="2200" w:type="dxa"/>
            <w:tcMar>
              <w:top w:w="55" w:type="dxa"/>
              <w:left w:w="65" w:type="dxa"/>
              <w:bottom w:w="55" w:type="dxa"/>
              <w:right w:w="65" w:type="dxa"/>
            </w:tcMar>
            <w:vAlign w:val="center"/>
          </w:tcPr>
          <w:p w14:paraId="110FFD37"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6B699379"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3FE9F23F"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1F72F646"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08CE6F91"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61CDCEAD"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6BB9E253"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23DE523C" w14:textId="77777777" w:rsidR="0063184F" w:rsidRDefault="0063184F" w:rsidP="0579CF20">
            <w:pPr>
              <w:spacing w:after="0"/>
              <w:rPr>
                <w:rFonts w:ascii="Times New Roman" w:eastAsia="Times New Roman" w:hAnsi="Times New Roman" w:cs="Times New Roman"/>
                <w:sz w:val="22"/>
                <w:lang w:val="lt-LT"/>
              </w:rPr>
            </w:pPr>
          </w:p>
        </w:tc>
      </w:tr>
      <w:tr w:rsidR="0063184F" w14:paraId="2598DEE6" w14:textId="77777777" w:rsidTr="00326EF4">
        <w:trPr>
          <w:cantSplit/>
          <w:jc w:val="center"/>
        </w:trPr>
        <w:tc>
          <w:tcPr>
            <w:tcW w:w="650" w:type="dxa"/>
            <w:tcMar>
              <w:top w:w="55" w:type="dxa"/>
              <w:left w:w="65" w:type="dxa"/>
              <w:bottom w:w="55" w:type="dxa"/>
              <w:right w:w="65" w:type="dxa"/>
            </w:tcMar>
            <w:vAlign w:val="center"/>
          </w:tcPr>
          <w:p w14:paraId="279935FF"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4</w:t>
            </w:r>
          </w:p>
        </w:tc>
        <w:tc>
          <w:tcPr>
            <w:tcW w:w="2200" w:type="dxa"/>
            <w:tcMar>
              <w:top w:w="55" w:type="dxa"/>
              <w:left w:w="65" w:type="dxa"/>
              <w:bottom w:w="55" w:type="dxa"/>
              <w:right w:w="65" w:type="dxa"/>
            </w:tcMar>
            <w:vAlign w:val="center"/>
          </w:tcPr>
          <w:p w14:paraId="52E56223"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07547A01"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5043CB0F"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07459315"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6537F28F"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6DFB9E20"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70DF9E56"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44E871BC" w14:textId="77777777" w:rsidR="0063184F" w:rsidRDefault="0063184F" w:rsidP="0579CF20">
            <w:pPr>
              <w:spacing w:after="0"/>
              <w:rPr>
                <w:rFonts w:ascii="Times New Roman" w:eastAsia="Times New Roman" w:hAnsi="Times New Roman" w:cs="Times New Roman"/>
                <w:sz w:val="22"/>
                <w:lang w:val="lt-LT"/>
              </w:rPr>
            </w:pPr>
          </w:p>
        </w:tc>
      </w:tr>
    </w:tbl>
    <w:p w14:paraId="33683B2D" w14:textId="1621CDEA" w:rsidR="0063184F" w:rsidRDefault="7D393FFF" w:rsidP="0579CF20">
      <w:pPr>
        <w:keepNext/>
        <w:pageBreakBefore/>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22"/>
          <w:lang w:val="lt-LT"/>
        </w:rPr>
        <w:lastRenderedPageBreak/>
        <w:t>1</w:t>
      </w:r>
      <w:r w:rsidR="7239C85E" w:rsidRPr="0579CF20">
        <w:rPr>
          <w:rFonts w:ascii="Times New Roman" w:eastAsia="Times New Roman" w:hAnsi="Times New Roman" w:cs="Times New Roman"/>
          <w:b/>
          <w:bCs/>
          <w:sz w:val="22"/>
          <w:lang w:val="lt-LT"/>
        </w:rPr>
        <w:t>.2. Renginių koordinatorius Nr. 1 – atitikties duomenys (SPS 4 priedo 1 lentelės 2.2 papunktis)</w:t>
      </w:r>
    </w:p>
    <w:p w14:paraId="44CF6B97" w14:textId="77777777" w:rsidR="009F5B49" w:rsidRPr="009F5B49" w:rsidRDefault="0579CF20" w:rsidP="009F5B49">
      <w:pPr>
        <w:contextualSpacing/>
        <w:jc w:val="both"/>
        <w:rPr>
          <w:rFonts w:asciiTheme="majorBidi" w:hAnsiTheme="majorBidi" w:cstheme="majorBidi"/>
          <w:sz w:val="22"/>
          <w:lang w:val="lt-LT"/>
        </w:rPr>
      </w:pPr>
      <w:r w:rsidRPr="0579CF20">
        <w:rPr>
          <w:rFonts w:ascii="Times New Roman" w:eastAsia="Times New Roman" w:hAnsi="Times New Roman" w:cs="Times New Roman"/>
          <w:sz w:val="22"/>
          <w:lang w:val="lt-LT"/>
        </w:rPr>
        <w:t>Per paskutinius 5 metus iki pasiūlymo pateikimo termino pabaigos</w:t>
      </w:r>
      <w:r w:rsidR="009F5B49">
        <w:rPr>
          <w:rFonts w:ascii="Times New Roman" w:eastAsia="Times New Roman" w:hAnsi="Times New Roman" w:cs="Times New Roman"/>
          <w:sz w:val="22"/>
          <w:lang w:val="lt-LT"/>
        </w:rPr>
        <w:t>,</w:t>
      </w:r>
      <w:r w:rsidRPr="0579CF20">
        <w:rPr>
          <w:rFonts w:ascii="Times New Roman" w:eastAsia="Times New Roman" w:hAnsi="Times New Roman" w:cs="Times New Roman"/>
          <w:sz w:val="22"/>
          <w:lang w:val="lt-LT"/>
        </w:rPr>
        <w:t xml:space="preserve"> </w:t>
      </w:r>
      <w:r w:rsidR="009F5B49" w:rsidRPr="009F5B49">
        <w:rPr>
          <w:rFonts w:asciiTheme="majorBidi" w:hAnsiTheme="majorBidi" w:cstheme="majorBidi"/>
          <w:color w:val="000000"/>
          <w:sz w:val="22"/>
          <w:lang w:val="lt-LT"/>
        </w:rPr>
        <w:t>eidamas renginių koordinatoriaus pareigas arba vykdydamas lygiavertes funkcijas, būtų dalyvavęs tinkamai organizuojant ne mažiau kaip 1 (vieną) kontaktinį aukšto lygio tarptautinį renginį. Renginių koordinatoriaus funkcijomis laikomas praktinis renginio organizavimo veiklų koordinavimas, užduočių vykdymo kontrolė, informacijos teikimas užsakovui, dalyviams ir paslaugų teikėjams bei operatyvus renginio metu kylančių organizacinių klausimų sprendimas.</w:t>
      </w:r>
    </w:p>
    <w:p w14:paraId="633C29F8" w14:textId="645F6874" w:rsidR="0063184F" w:rsidRDefault="0063184F" w:rsidP="0579CF20">
      <w:pPr>
        <w:rPr>
          <w:rFonts w:ascii="Times New Roman" w:eastAsia="Times New Roman" w:hAnsi="Times New Roman" w:cs="Times New Roman"/>
          <w:sz w:val="22"/>
          <w:lang w:val="lt-LT"/>
        </w:rPr>
      </w:pPr>
    </w:p>
    <w:tbl>
      <w:tblPr>
        <w:tblStyle w:val="Lentelstinklelis"/>
        <w:tblW w:w="15400" w:type="dxa"/>
        <w:jc w:val="center"/>
        <w:tblLayout w:type="fixed"/>
        <w:tblLook w:val="04A0" w:firstRow="1" w:lastRow="0" w:firstColumn="1" w:lastColumn="0" w:noHBand="0" w:noVBand="1"/>
      </w:tblPr>
      <w:tblGrid>
        <w:gridCol w:w="650"/>
        <w:gridCol w:w="2200"/>
        <w:gridCol w:w="1222"/>
        <w:gridCol w:w="1978"/>
        <w:gridCol w:w="1650"/>
        <w:gridCol w:w="850"/>
        <w:gridCol w:w="2300"/>
        <w:gridCol w:w="2700"/>
        <w:gridCol w:w="1850"/>
      </w:tblGrid>
      <w:tr w:rsidR="0063184F" w14:paraId="5814F191" w14:textId="77777777" w:rsidTr="009F5B49">
        <w:trPr>
          <w:cantSplit/>
          <w:jc w:val="center"/>
        </w:trPr>
        <w:tc>
          <w:tcPr>
            <w:tcW w:w="6050" w:type="dxa"/>
            <w:gridSpan w:val="4"/>
            <w:tcMar>
              <w:top w:w="55" w:type="dxa"/>
              <w:left w:w="65" w:type="dxa"/>
              <w:bottom w:w="55" w:type="dxa"/>
              <w:right w:w="65" w:type="dxa"/>
            </w:tcMar>
            <w:vAlign w:val="center"/>
          </w:tcPr>
          <w:p w14:paraId="36BE304A"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Specialisto vardas, pavardė</w:t>
            </w:r>
          </w:p>
        </w:tc>
        <w:tc>
          <w:tcPr>
            <w:tcW w:w="9350" w:type="dxa"/>
            <w:gridSpan w:val="5"/>
            <w:tcMar>
              <w:top w:w="55" w:type="dxa"/>
              <w:left w:w="65" w:type="dxa"/>
              <w:bottom w:w="55" w:type="dxa"/>
              <w:right w:w="65" w:type="dxa"/>
            </w:tcMar>
            <w:vAlign w:val="center"/>
          </w:tcPr>
          <w:p w14:paraId="144A5D23" w14:textId="77777777" w:rsidR="0063184F" w:rsidRDefault="0063184F" w:rsidP="0579CF20">
            <w:pPr>
              <w:spacing w:after="0"/>
              <w:jc w:val="center"/>
              <w:rPr>
                <w:rFonts w:ascii="Times New Roman" w:eastAsia="Times New Roman" w:hAnsi="Times New Roman" w:cs="Times New Roman"/>
                <w:sz w:val="22"/>
                <w:lang w:val="lt-LT"/>
              </w:rPr>
            </w:pPr>
          </w:p>
        </w:tc>
      </w:tr>
      <w:tr w:rsidR="0063184F" w14:paraId="08DAB256" w14:textId="77777777" w:rsidTr="009F5B49">
        <w:trPr>
          <w:cantSplit/>
          <w:jc w:val="center"/>
        </w:trPr>
        <w:tc>
          <w:tcPr>
            <w:tcW w:w="6050" w:type="dxa"/>
            <w:gridSpan w:val="4"/>
            <w:tcMar>
              <w:top w:w="55" w:type="dxa"/>
              <w:left w:w="65" w:type="dxa"/>
              <w:bottom w:w="55" w:type="dxa"/>
              <w:right w:w="65" w:type="dxa"/>
            </w:tcMar>
            <w:vAlign w:val="center"/>
          </w:tcPr>
          <w:p w14:paraId="3F465FC9"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Siūloma pozicija</w:t>
            </w:r>
          </w:p>
        </w:tc>
        <w:tc>
          <w:tcPr>
            <w:tcW w:w="9350" w:type="dxa"/>
            <w:gridSpan w:val="5"/>
            <w:tcMar>
              <w:top w:w="55" w:type="dxa"/>
              <w:left w:w="65" w:type="dxa"/>
              <w:bottom w:w="55" w:type="dxa"/>
              <w:right w:w="65" w:type="dxa"/>
            </w:tcMar>
            <w:vAlign w:val="center"/>
          </w:tcPr>
          <w:p w14:paraId="61FDF68C"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6"/>
                <w:lang w:val="lt-LT"/>
              </w:rPr>
              <w:t>Renginių koordinatorius Nr. 1</w:t>
            </w:r>
          </w:p>
        </w:tc>
      </w:tr>
      <w:tr w:rsidR="0063184F" w14:paraId="15C06788" w14:textId="77777777" w:rsidTr="009F5B49">
        <w:trPr>
          <w:cantSplit/>
          <w:tblHeader/>
          <w:jc w:val="center"/>
        </w:trPr>
        <w:tc>
          <w:tcPr>
            <w:tcW w:w="650" w:type="dxa"/>
            <w:shd w:val="clear" w:color="auto" w:fill="D9EAF7"/>
            <w:tcMar>
              <w:top w:w="55" w:type="dxa"/>
              <w:left w:w="65" w:type="dxa"/>
              <w:bottom w:w="55" w:type="dxa"/>
              <w:right w:w="65" w:type="dxa"/>
            </w:tcMar>
            <w:vAlign w:val="center"/>
          </w:tcPr>
          <w:p w14:paraId="34F103BF"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Eil. Nr.</w:t>
            </w:r>
          </w:p>
        </w:tc>
        <w:tc>
          <w:tcPr>
            <w:tcW w:w="2200" w:type="dxa"/>
            <w:shd w:val="clear" w:color="auto" w:fill="D9EAF7"/>
            <w:tcMar>
              <w:top w:w="55" w:type="dxa"/>
              <w:left w:w="65" w:type="dxa"/>
              <w:bottom w:w="55" w:type="dxa"/>
              <w:right w:w="65" w:type="dxa"/>
            </w:tcMar>
            <w:vAlign w:val="center"/>
          </w:tcPr>
          <w:p w14:paraId="33EAA3A1"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Renginio pavadinimas ir trumpas aprašymas</w:t>
            </w:r>
          </w:p>
        </w:tc>
        <w:tc>
          <w:tcPr>
            <w:tcW w:w="1222" w:type="dxa"/>
            <w:shd w:val="clear" w:color="auto" w:fill="D9EAF7"/>
            <w:tcMar>
              <w:top w:w="55" w:type="dxa"/>
              <w:left w:w="65" w:type="dxa"/>
              <w:bottom w:w="55" w:type="dxa"/>
              <w:right w:w="65" w:type="dxa"/>
            </w:tcMar>
            <w:vAlign w:val="center"/>
          </w:tcPr>
          <w:p w14:paraId="4A5AED1F" w14:textId="64E63F6C"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Renginio data</w:t>
            </w:r>
          </w:p>
        </w:tc>
        <w:tc>
          <w:tcPr>
            <w:tcW w:w="1978" w:type="dxa"/>
            <w:shd w:val="clear" w:color="auto" w:fill="D9EAF7"/>
            <w:tcMar>
              <w:top w:w="55" w:type="dxa"/>
              <w:left w:w="65" w:type="dxa"/>
              <w:bottom w:w="55" w:type="dxa"/>
              <w:right w:w="65" w:type="dxa"/>
            </w:tcMar>
            <w:vAlign w:val="center"/>
          </w:tcPr>
          <w:p w14:paraId="459E4F79"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Renginio organizatorius / užsakovas</w:t>
            </w:r>
          </w:p>
        </w:tc>
        <w:tc>
          <w:tcPr>
            <w:tcW w:w="1650" w:type="dxa"/>
            <w:shd w:val="clear" w:color="auto" w:fill="D9EAF7"/>
            <w:tcMar>
              <w:top w:w="55" w:type="dxa"/>
              <w:left w:w="65" w:type="dxa"/>
              <w:bottom w:w="55" w:type="dxa"/>
              <w:right w:w="65" w:type="dxa"/>
            </w:tcMar>
            <w:vAlign w:val="center"/>
          </w:tcPr>
          <w:p w14:paraId="3F737913"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Kontaktinio asmens duomenys</w:t>
            </w:r>
          </w:p>
        </w:tc>
        <w:tc>
          <w:tcPr>
            <w:tcW w:w="850" w:type="dxa"/>
            <w:shd w:val="clear" w:color="auto" w:fill="D9EAF7"/>
            <w:tcMar>
              <w:top w:w="55" w:type="dxa"/>
              <w:left w:w="65" w:type="dxa"/>
              <w:bottom w:w="55" w:type="dxa"/>
              <w:right w:w="65" w:type="dxa"/>
            </w:tcMar>
            <w:vAlign w:val="center"/>
          </w:tcPr>
          <w:p w14:paraId="5DCC48F3"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Dalyvių skaičius</w:t>
            </w:r>
          </w:p>
        </w:tc>
        <w:tc>
          <w:tcPr>
            <w:tcW w:w="2300" w:type="dxa"/>
            <w:shd w:val="clear" w:color="auto" w:fill="D9EAF7"/>
            <w:tcMar>
              <w:top w:w="55" w:type="dxa"/>
              <w:left w:w="65" w:type="dxa"/>
              <w:bottom w:w="55" w:type="dxa"/>
              <w:right w:w="65" w:type="dxa"/>
            </w:tcMar>
            <w:vAlign w:val="center"/>
          </w:tcPr>
          <w:p w14:paraId="151AFE61"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Specialisto pareigos ir atliktos funkcijos</w:t>
            </w:r>
          </w:p>
        </w:tc>
        <w:tc>
          <w:tcPr>
            <w:tcW w:w="2700" w:type="dxa"/>
            <w:shd w:val="clear" w:color="auto" w:fill="D9EAF7"/>
            <w:tcMar>
              <w:top w:w="55" w:type="dxa"/>
              <w:left w:w="65" w:type="dxa"/>
              <w:bottom w:w="55" w:type="dxa"/>
              <w:right w:w="65" w:type="dxa"/>
            </w:tcMar>
            <w:vAlign w:val="center"/>
          </w:tcPr>
          <w:p w14:paraId="0A592E45"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Aukšto lygio tarptautinio renginio požymių pagrindimas</w:t>
            </w:r>
          </w:p>
        </w:tc>
        <w:tc>
          <w:tcPr>
            <w:tcW w:w="1850" w:type="dxa"/>
            <w:shd w:val="clear" w:color="auto" w:fill="D9EAF7"/>
            <w:tcMar>
              <w:top w:w="55" w:type="dxa"/>
              <w:left w:w="65" w:type="dxa"/>
              <w:bottom w:w="55" w:type="dxa"/>
              <w:right w:w="65" w:type="dxa"/>
            </w:tcMar>
            <w:vAlign w:val="center"/>
          </w:tcPr>
          <w:p w14:paraId="7FEC2B0B"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Įrodantis dokumentas / failo pavadinimas</w:t>
            </w:r>
          </w:p>
        </w:tc>
      </w:tr>
      <w:tr w:rsidR="0063184F" w14:paraId="249FAAB8" w14:textId="77777777" w:rsidTr="009F5B49">
        <w:trPr>
          <w:cantSplit/>
          <w:jc w:val="center"/>
        </w:trPr>
        <w:tc>
          <w:tcPr>
            <w:tcW w:w="650" w:type="dxa"/>
            <w:tcMar>
              <w:top w:w="55" w:type="dxa"/>
              <w:left w:w="65" w:type="dxa"/>
              <w:bottom w:w="55" w:type="dxa"/>
              <w:right w:w="65" w:type="dxa"/>
            </w:tcMar>
            <w:vAlign w:val="center"/>
          </w:tcPr>
          <w:p w14:paraId="19F14E3C"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1</w:t>
            </w:r>
          </w:p>
        </w:tc>
        <w:tc>
          <w:tcPr>
            <w:tcW w:w="2200" w:type="dxa"/>
            <w:tcMar>
              <w:top w:w="55" w:type="dxa"/>
              <w:left w:w="65" w:type="dxa"/>
              <w:bottom w:w="55" w:type="dxa"/>
              <w:right w:w="65" w:type="dxa"/>
            </w:tcMar>
            <w:vAlign w:val="center"/>
          </w:tcPr>
          <w:p w14:paraId="738610EB"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637805D2"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463F29E8"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3B7B4B86"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3A0FF5F2"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5630AD66"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61829076"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2BA226A1" w14:textId="77777777" w:rsidR="0063184F" w:rsidRDefault="0063184F" w:rsidP="0579CF20">
            <w:pPr>
              <w:spacing w:after="0"/>
              <w:rPr>
                <w:rFonts w:ascii="Times New Roman" w:eastAsia="Times New Roman" w:hAnsi="Times New Roman" w:cs="Times New Roman"/>
                <w:sz w:val="22"/>
                <w:lang w:val="lt-LT"/>
              </w:rPr>
            </w:pPr>
          </w:p>
        </w:tc>
      </w:tr>
      <w:tr w:rsidR="0063184F" w14:paraId="78E884CA" w14:textId="77777777" w:rsidTr="009F5B49">
        <w:trPr>
          <w:cantSplit/>
          <w:jc w:val="center"/>
        </w:trPr>
        <w:tc>
          <w:tcPr>
            <w:tcW w:w="650" w:type="dxa"/>
            <w:tcMar>
              <w:top w:w="55" w:type="dxa"/>
              <w:left w:w="65" w:type="dxa"/>
              <w:bottom w:w="55" w:type="dxa"/>
              <w:right w:w="65" w:type="dxa"/>
            </w:tcMar>
            <w:vAlign w:val="center"/>
          </w:tcPr>
          <w:p w14:paraId="7842F596"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2</w:t>
            </w:r>
          </w:p>
        </w:tc>
        <w:tc>
          <w:tcPr>
            <w:tcW w:w="2200" w:type="dxa"/>
            <w:tcMar>
              <w:top w:w="55" w:type="dxa"/>
              <w:left w:w="65" w:type="dxa"/>
              <w:bottom w:w="55" w:type="dxa"/>
              <w:right w:w="65" w:type="dxa"/>
            </w:tcMar>
            <w:vAlign w:val="center"/>
          </w:tcPr>
          <w:p w14:paraId="17AD93B2"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0DE4B5B7"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66204FF1"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2DBF0D7D"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6B62F1B3"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02F2C34E"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680A4E5D"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19219836" w14:textId="77777777" w:rsidR="0063184F" w:rsidRDefault="0063184F" w:rsidP="0579CF20">
            <w:pPr>
              <w:spacing w:after="0"/>
              <w:rPr>
                <w:rFonts w:ascii="Times New Roman" w:eastAsia="Times New Roman" w:hAnsi="Times New Roman" w:cs="Times New Roman"/>
                <w:sz w:val="22"/>
                <w:lang w:val="lt-LT"/>
              </w:rPr>
            </w:pPr>
          </w:p>
        </w:tc>
      </w:tr>
      <w:tr w:rsidR="0063184F" w14:paraId="7A036E3D" w14:textId="77777777" w:rsidTr="009F5B49">
        <w:trPr>
          <w:cantSplit/>
          <w:jc w:val="center"/>
        </w:trPr>
        <w:tc>
          <w:tcPr>
            <w:tcW w:w="650" w:type="dxa"/>
            <w:tcMar>
              <w:top w:w="55" w:type="dxa"/>
              <w:left w:w="65" w:type="dxa"/>
              <w:bottom w:w="55" w:type="dxa"/>
              <w:right w:w="65" w:type="dxa"/>
            </w:tcMar>
            <w:vAlign w:val="center"/>
          </w:tcPr>
          <w:p w14:paraId="68D9363B"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3</w:t>
            </w:r>
          </w:p>
        </w:tc>
        <w:tc>
          <w:tcPr>
            <w:tcW w:w="2200" w:type="dxa"/>
            <w:tcMar>
              <w:top w:w="55" w:type="dxa"/>
              <w:left w:w="65" w:type="dxa"/>
              <w:bottom w:w="55" w:type="dxa"/>
              <w:right w:w="65" w:type="dxa"/>
            </w:tcMar>
            <w:vAlign w:val="center"/>
          </w:tcPr>
          <w:p w14:paraId="296FEF7D"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7194DBDC"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769D0D3C"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54CD245A"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1231BE67"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36FEB5B0"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30D7AA69"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7196D064" w14:textId="77777777" w:rsidR="0063184F" w:rsidRDefault="0063184F" w:rsidP="0579CF20">
            <w:pPr>
              <w:spacing w:after="0"/>
              <w:rPr>
                <w:rFonts w:ascii="Times New Roman" w:eastAsia="Times New Roman" w:hAnsi="Times New Roman" w:cs="Times New Roman"/>
                <w:sz w:val="22"/>
                <w:lang w:val="lt-LT"/>
              </w:rPr>
            </w:pPr>
          </w:p>
        </w:tc>
      </w:tr>
      <w:tr w:rsidR="0063184F" w14:paraId="7C964D78" w14:textId="77777777" w:rsidTr="009F5B49">
        <w:trPr>
          <w:cantSplit/>
          <w:jc w:val="center"/>
        </w:trPr>
        <w:tc>
          <w:tcPr>
            <w:tcW w:w="650" w:type="dxa"/>
            <w:tcMar>
              <w:top w:w="55" w:type="dxa"/>
              <w:left w:w="65" w:type="dxa"/>
              <w:bottom w:w="55" w:type="dxa"/>
              <w:right w:w="65" w:type="dxa"/>
            </w:tcMar>
            <w:vAlign w:val="center"/>
          </w:tcPr>
          <w:p w14:paraId="17310F6F"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4</w:t>
            </w:r>
          </w:p>
        </w:tc>
        <w:tc>
          <w:tcPr>
            <w:tcW w:w="2200" w:type="dxa"/>
            <w:tcMar>
              <w:top w:w="55" w:type="dxa"/>
              <w:left w:w="65" w:type="dxa"/>
              <w:bottom w:w="55" w:type="dxa"/>
              <w:right w:w="65" w:type="dxa"/>
            </w:tcMar>
            <w:vAlign w:val="center"/>
          </w:tcPr>
          <w:p w14:paraId="34FF1C98"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6D072C0D"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48A21919"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6BD18F9B"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238601FE"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0F3CABC7"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5B08B5D1"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16DEB4AB" w14:textId="77777777" w:rsidR="0063184F" w:rsidRDefault="0063184F" w:rsidP="0579CF20">
            <w:pPr>
              <w:spacing w:after="0"/>
              <w:rPr>
                <w:rFonts w:ascii="Times New Roman" w:eastAsia="Times New Roman" w:hAnsi="Times New Roman" w:cs="Times New Roman"/>
                <w:sz w:val="22"/>
                <w:lang w:val="lt-LT"/>
              </w:rPr>
            </w:pPr>
          </w:p>
        </w:tc>
      </w:tr>
    </w:tbl>
    <w:p w14:paraId="678B6407" w14:textId="28B5AC3F" w:rsidR="0063184F" w:rsidRDefault="609F8D6D" w:rsidP="0579CF20">
      <w:pPr>
        <w:keepNext/>
        <w:pageBreakBefore/>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22"/>
          <w:lang w:val="lt-LT"/>
        </w:rPr>
        <w:lastRenderedPageBreak/>
        <w:t>1</w:t>
      </w:r>
      <w:r w:rsidR="7239C85E" w:rsidRPr="0579CF20">
        <w:rPr>
          <w:rFonts w:ascii="Times New Roman" w:eastAsia="Times New Roman" w:hAnsi="Times New Roman" w:cs="Times New Roman"/>
          <w:b/>
          <w:bCs/>
          <w:sz w:val="22"/>
          <w:lang w:val="lt-LT"/>
        </w:rPr>
        <w:t>.3. Renginių koordinatorius Nr. 2 – atitikties duomenys (SPS 4 priedo 1 lentelės 2.3 papunktis)</w:t>
      </w:r>
    </w:p>
    <w:p w14:paraId="377B8B20" w14:textId="4D85C3F6" w:rsidR="0063184F" w:rsidRDefault="0579CF20" w:rsidP="0579CF20">
      <w:pPr>
        <w:rPr>
          <w:rFonts w:ascii="Times New Roman" w:eastAsia="Times New Roman" w:hAnsi="Times New Roman" w:cs="Times New Roman"/>
          <w:sz w:val="22"/>
          <w:lang w:val="lt-LT"/>
        </w:rPr>
      </w:pPr>
      <w:r w:rsidRPr="0579CF20">
        <w:rPr>
          <w:rFonts w:ascii="Times New Roman" w:eastAsia="Times New Roman" w:hAnsi="Times New Roman" w:cs="Times New Roman"/>
          <w:sz w:val="22"/>
          <w:lang w:val="lt-LT"/>
        </w:rPr>
        <w:t>Per paskutinius 5 metus iki pasiūlymo pateikimo termino pabaigos</w:t>
      </w:r>
      <w:r w:rsidR="000E14E1">
        <w:rPr>
          <w:rFonts w:ascii="Times New Roman" w:eastAsia="Times New Roman" w:hAnsi="Times New Roman" w:cs="Times New Roman"/>
          <w:sz w:val="22"/>
          <w:lang w:val="lt-LT"/>
        </w:rPr>
        <w:t>,</w:t>
      </w:r>
      <w:r w:rsidRPr="0579CF20">
        <w:rPr>
          <w:rFonts w:ascii="Times New Roman" w:eastAsia="Times New Roman" w:hAnsi="Times New Roman" w:cs="Times New Roman"/>
          <w:sz w:val="22"/>
          <w:lang w:val="lt-LT"/>
        </w:rPr>
        <w:t xml:space="preserve"> </w:t>
      </w:r>
      <w:r w:rsidR="000E14E1" w:rsidRPr="000E14E1">
        <w:rPr>
          <w:rFonts w:asciiTheme="majorBidi" w:hAnsiTheme="majorBidi" w:cstheme="majorBidi"/>
          <w:color w:val="000000"/>
          <w:sz w:val="22"/>
          <w:lang w:val="lt-LT"/>
        </w:rPr>
        <w:t>eidamas renginių koordinatoriaus pareigas arba vykdydamas lygiavertes funkcijas, būtų dalyvavęs tinkamai organizuojant ne mažiau kaip 1 (vieną) kontaktinį aukšto lygio tarptautinį renginį. Renginių koordinatoriaus funkcijomis laikomas praktinis renginio organizavimo veiklų koordinavimas, užduočių vykdymo kontrolė, informacijos teikimas užsakovui, dalyviams ir paslaugų teikėjams bei operatyvus renginio metu kylančių organizacinių klausimų sprendimas</w:t>
      </w:r>
      <w:r w:rsidRPr="0579CF20">
        <w:rPr>
          <w:rFonts w:ascii="Times New Roman" w:eastAsia="Times New Roman" w:hAnsi="Times New Roman" w:cs="Times New Roman"/>
          <w:sz w:val="22"/>
          <w:lang w:val="lt-LT"/>
        </w:rPr>
        <w:t>.</w:t>
      </w:r>
    </w:p>
    <w:tbl>
      <w:tblPr>
        <w:tblStyle w:val="Lentelstinklelis"/>
        <w:tblW w:w="15400" w:type="dxa"/>
        <w:jc w:val="center"/>
        <w:tblLayout w:type="fixed"/>
        <w:tblLook w:val="04A0" w:firstRow="1" w:lastRow="0" w:firstColumn="1" w:lastColumn="0" w:noHBand="0" w:noVBand="1"/>
      </w:tblPr>
      <w:tblGrid>
        <w:gridCol w:w="650"/>
        <w:gridCol w:w="2200"/>
        <w:gridCol w:w="1222"/>
        <w:gridCol w:w="1978"/>
        <w:gridCol w:w="1650"/>
        <w:gridCol w:w="850"/>
        <w:gridCol w:w="2300"/>
        <w:gridCol w:w="2700"/>
        <w:gridCol w:w="1850"/>
      </w:tblGrid>
      <w:tr w:rsidR="0063184F" w14:paraId="2E541160" w14:textId="77777777" w:rsidTr="000E14E1">
        <w:trPr>
          <w:cantSplit/>
          <w:jc w:val="center"/>
        </w:trPr>
        <w:tc>
          <w:tcPr>
            <w:tcW w:w="6050" w:type="dxa"/>
            <w:gridSpan w:val="4"/>
            <w:tcMar>
              <w:top w:w="55" w:type="dxa"/>
              <w:left w:w="65" w:type="dxa"/>
              <w:bottom w:w="55" w:type="dxa"/>
              <w:right w:w="65" w:type="dxa"/>
            </w:tcMar>
            <w:vAlign w:val="center"/>
          </w:tcPr>
          <w:p w14:paraId="64A8CDBA"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Specialisto vardas, pavardė</w:t>
            </w:r>
          </w:p>
        </w:tc>
        <w:tc>
          <w:tcPr>
            <w:tcW w:w="9350" w:type="dxa"/>
            <w:gridSpan w:val="5"/>
            <w:tcMar>
              <w:top w:w="55" w:type="dxa"/>
              <w:left w:w="65" w:type="dxa"/>
              <w:bottom w:w="55" w:type="dxa"/>
              <w:right w:w="65" w:type="dxa"/>
            </w:tcMar>
            <w:vAlign w:val="center"/>
          </w:tcPr>
          <w:p w14:paraId="0AD9C6F4" w14:textId="77777777" w:rsidR="0063184F" w:rsidRDefault="0063184F" w:rsidP="0579CF20">
            <w:pPr>
              <w:spacing w:after="0"/>
              <w:jc w:val="center"/>
              <w:rPr>
                <w:rFonts w:ascii="Times New Roman" w:eastAsia="Times New Roman" w:hAnsi="Times New Roman" w:cs="Times New Roman"/>
                <w:sz w:val="22"/>
                <w:lang w:val="lt-LT"/>
              </w:rPr>
            </w:pPr>
          </w:p>
        </w:tc>
      </w:tr>
      <w:tr w:rsidR="0063184F" w14:paraId="6B27F0E5" w14:textId="77777777" w:rsidTr="000E14E1">
        <w:trPr>
          <w:cantSplit/>
          <w:jc w:val="center"/>
        </w:trPr>
        <w:tc>
          <w:tcPr>
            <w:tcW w:w="6050" w:type="dxa"/>
            <w:gridSpan w:val="4"/>
            <w:tcMar>
              <w:top w:w="55" w:type="dxa"/>
              <w:left w:w="65" w:type="dxa"/>
              <w:bottom w:w="55" w:type="dxa"/>
              <w:right w:w="65" w:type="dxa"/>
            </w:tcMar>
            <w:vAlign w:val="center"/>
          </w:tcPr>
          <w:p w14:paraId="46376271"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Siūloma pozicija</w:t>
            </w:r>
          </w:p>
        </w:tc>
        <w:tc>
          <w:tcPr>
            <w:tcW w:w="9350" w:type="dxa"/>
            <w:gridSpan w:val="5"/>
            <w:tcMar>
              <w:top w:w="55" w:type="dxa"/>
              <w:left w:w="65" w:type="dxa"/>
              <w:bottom w:w="55" w:type="dxa"/>
              <w:right w:w="65" w:type="dxa"/>
            </w:tcMar>
            <w:vAlign w:val="center"/>
          </w:tcPr>
          <w:p w14:paraId="73FC9F27"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6"/>
                <w:lang w:val="lt-LT"/>
              </w:rPr>
              <w:t>Renginių koordinatorius Nr. 2</w:t>
            </w:r>
          </w:p>
        </w:tc>
      </w:tr>
      <w:tr w:rsidR="0063184F" w14:paraId="5B90C475" w14:textId="77777777" w:rsidTr="000E14E1">
        <w:trPr>
          <w:cantSplit/>
          <w:tblHeader/>
          <w:jc w:val="center"/>
        </w:trPr>
        <w:tc>
          <w:tcPr>
            <w:tcW w:w="650" w:type="dxa"/>
            <w:shd w:val="clear" w:color="auto" w:fill="D9EAF7"/>
            <w:tcMar>
              <w:top w:w="55" w:type="dxa"/>
              <w:left w:w="65" w:type="dxa"/>
              <w:bottom w:w="55" w:type="dxa"/>
              <w:right w:w="65" w:type="dxa"/>
            </w:tcMar>
            <w:vAlign w:val="center"/>
          </w:tcPr>
          <w:p w14:paraId="6DAFAEA0"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Eil. Nr.</w:t>
            </w:r>
          </w:p>
        </w:tc>
        <w:tc>
          <w:tcPr>
            <w:tcW w:w="2200" w:type="dxa"/>
            <w:shd w:val="clear" w:color="auto" w:fill="D9EAF7"/>
            <w:tcMar>
              <w:top w:w="55" w:type="dxa"/>
              <w:left w:w="65" w:type="dxa"/>
              <w:bottom w:w="55" w:type="dxa"/>
              <w:right w:w="65" w:type="dxa"/>
            </w:tcMar>
            <w:vAlign w:val="center"/>
          </w:tcPr>
          <w:p w14:paraId="2B15D204"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Renginio pavadinimas ir trumpas aprašymas</w:t>
            </w:r>
          </w:p>
        </w:tc>
        <w:tc>
          <w:tcPr>
            <w:tcW w:w="1222" w:type="dxa"/>
            <w:shd w:val="clear" w:color="auto" w:fill="D9EAF7"/>
            <w:tcMar>
              <w:top w:w="55" w:type="dxa"/>
              <w:left w:w="65" w:type="dxa"/>
              <w:bottom w:w="55" w:type="dxa"/>
              <w:right w:w="65" w:type="dxa"/>
            </w:tcMar>
            <w:vAlign w:val="center"/>
          </w:tcPr>
          <w:p w14:paraId="180D33A6" w14:textId="7739B7CD"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Renginio data</w:t>
            </w:r>
          </w:p>
        </w:tc>
        <w:tc>
          <w:tcPr>
            <w:tcW w:w="1978" w:type="dxa"/>
            <w:shd w:val="clear" w:color="auto" w:fill="D9EAF7"/>
            <w:tcMar>
              <w:top w:w="55" w:type="dxa"/>
              <w:left w:w="65" w:type="dxa"/>
              <w:bottom w:w="55" w:type="dxa"/>
              <w:right w:w="65" w:type="dxa"/>
            </w:tcMar>
            <w:vAlign w:val="center"/>
          </w:tcPr>
          <w:p w14:paraId="2AE7416B"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Renginio organizatorius / užsakovas</w:t>
            </w:r>
          </w:p>
        </w:tc>
        <w:tc>
          <w:tcPr>
            <w:tcW w:w="1650" w:type="dxa"/>
            <w:shd w:val="clear" w:color="auto" w:fill="D9EAF7"/>
            <w:tcMar>
              <w:top w:w="55" w:type="dxa"/>
              <w:left w:w="65" w:type="dxa"/>
              <w:bottom w:w="55" w:type="dxa"/>
              <w:right w:w="65" w:type="dxa"/>
            </w:tcMar>
            <w:vAlign w:val="center"/>
          </w:tcPr>
          <w:p w14:paraId="316ED4E5"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Kontaktinio asmens duomenys</w:t>
            </w:r>
          </w:p>
        </w:tc>
        <w:tc>
          <w:tcPr>
            <w:tcW w:w="850" w:type="dxa"/>
            <w:shd w:val="clear" w:color="auto" w:fill="D9EAF7"/>
            <w:tcMar>
              <w:top w:w="55" w:type="dxa"/>
              <w:left w:w="65" w:type="dxa"/>
              <w:bottom w:w="55" w:type="dxa"/>
              <w:right w:w="65" w:type="dxa"/>
            </w:tcMar>
            <w:vAlign w:val="center"/>
          </w:tcPr>
          <w:p w14:paraId="5A5C6230" w14:textId="77777777" w:rsidR="0063184F" w:rsidRDefault="0579CF20" w:rsidP="0579CF20">
            <w:pPr>
              <w:spacing w:after="0"/>
              <w:jc w:val="center"/>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Dalyvių skaičius</w:t>
            </w:r>
          </w:p>
        </w:tc>
        <w:tc>
          <w:tcPr>
            <w:tcW w:w="2300" w:type="dxa"/>
            <w:shd w:val="clear" w:color="auto" w:fill="D9EAF7"/>
            <w:tcMar>
              <w:top w:w="55" w:type="dxa"/>
              <w:left w:w="65" w:type="dxa"/>
              <w:bottom w:w="55" w:type="dxa"/>
              <w:right w:w="65" w:type="dxa"/>
            </w:tcMar>
            <w:vAlign w:val="center"/>
          </w:tcPr>
          <w:p w14:paraId="0115C39C"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Specialisto pareigos ir atliktos funkcijos</w:t>
            </w:r>
          </w:p>
        </w:tc>
        <w:tc>
          <w:tcPr>
            <w:tcW w:w="2700" w:type="dxa"/>
            <w:shd w:val="clear" w:color="auto" w:fill="D9EAF7"/>
            <w:tcMar>
              <w:top w:w="55" w:type="dxa"/>
              <w:left w:w="65" w:type="dxa"/>
              <w:bottom w:w="55" w:type="dxa"/>
              <w:right w:w="65" w:type="dxa"/>
            </w:tcMar>
            <w:vAlign w:val="center"/>
          </w:tcPr>
          <w:p w14:paraId="41E009C9"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Aukšto lygio tarptautinio renginio požymių pagrindimas</w:t>
            </w:r>
          </w:p>
        </w:tc>
        <w:tc>
          <w:tcPr>
            <w:tcW w:w="1850" w:type="dxa"/>
            <w:shd w:val="clear" w:color="auto" w:fill="D9EAF7"/>
            <w:tcMar>
              <w:top w:w="55" w:type="dxa"/>
              <w:left w:w="65" w:type="dxa"/>
              <w:bottom w:w="55" w:type="dxa"/>
              <w:right w:w="65" w:type="dxa"/>
            </w:tcMar>
            <w:vAlign w:val="center"/>
          </w:tcPr>
          <w:p w14:paraId="062AC25E" w14:textId="77777777" w:rsidR="0063184F" w:rsidRDefault="0579CF20" w:rsidP="0579CF20">
            <w:pPr>
              <w:spacing w:after="0"/>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16"/>
                <w:lang w:val="lt-LT"/>
              </w:rPr>
              <w:t>Įrodantis dokumentas / failo pavadinimas</w:t>
            </w:r>
          </w:p>
        </w:tc>
      </w:tr>
      <w:tr w:rsidR="0063184F" w14:paraId="065D2414" w14:textId="77777777" w:rsidTr="000E14E1">
        <w:trPr>
          <w:cantSplit/>
          <w:jc w:val="center"/>
        </w:trPr>
        <w:tc>
          <w:tcPr>
            <w:tcW w:w="650" w:type="dxa"/>
            <w:tcMar>
              <w:top w:w="55" w:type="dxa"/>
              <w:left w:w="65" w:type="dxa"/>
              <w:bottom w:w="55" w:type="dxa"/>
              <w:right w:w="65" w:type="dxa"/>
            </w:tcMar>
            <w:vAlign w:val="center"/>
          </w:tcPr>
          <w:p w14:paraId="2E32D521"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1</w:t>
            </w:r>
          </w:p>
        </w:tc>
        <w:tc>
          <w:tcPr>
            <w:tcW w:w="2200" w:type="dxa"/>
            <w:tcMar>
              <w:top w:w="55" w:type="dxa"/>
              <w:left w:w="65" w:type="dxa"/>
              <w:bottom w:w="55" w:type="dxa"/>
              <w:right w:w="65" w:type="dxa"/>
            </w:tcMar>
            <w:vAlign w:val="center"/>
          </w:tcPr>
          <w:p w14:paraId="4B1F511A"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65F9C3DC"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5023141B"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1F3B1409"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562C75D1"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664355AD"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1A965116"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7DF4E37C" w14:textId="77777777" w:rsidR="0063184F" w:rsidRDefault="0063184F" w:rsidP="0579CF20">
            <w:pPr>
              <w:spacing w:after="0"/>
              <w:rPr>
                <w:rFonts w:ascii="Times New Roman" w:eastAsia="Times New Roman" w:hAnsi="Times New Roman" w:cs="Times New Roman"/>
                <w:sz w:val="22"/>
                <w:lang w:val="lt-LT"/>
              </w:rPr>
            </w:pPr>
          </w:p>
        </w:tc>
      </w:tr>
      <w:tr w:rsidR="0063184F" w14:paraId="2CC21B90" w14:textId="77777777" w:rsidTr="000E14E1">
        <w:trPr>
          <w:cantSplit/>
          <w:jc w:val="center"/>
        </w:trPr>
        <w:tc>
          <w:tcPr>
            <w:tcW w:w="650" w:type="dxa"/>
            <w:tcMar>
              <w:top w:w="55" w:type="dxa"/>
              <w:left w:w="65" w:type="dxa"/>
              <w:bottom w:w="55" w:type="dxa"/>
              <w:right w:w="65" w:type="dxa"/>
            </w:tcMar>
            <w:vAlign w:val="center"/>
          </w:tcPr>
          <w:p w14:paraId="138328F9"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2</w:t>
            </w:r>
          </w:p>
        </w:tc>
        <w:tc>
          <w:tcPr>
            <w:tcW w:w="2200" w:type="dxa"/>
            <w:tcMar>
              <w:top w:w="55" w:type="dxa"/>
              <w:left w:w="65" w:type="dxa"/>
              <w:bottom w:w="55" w:type="dxa"/>
              <w:right w:w="65" w:type="dxa"/>
            </w:tcMar>
            <w:vAlign w:val="center"/>
          </w:tcPr>
          <w:p w14:paraId="44FB30F8"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1DA6542E"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3041E394"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722B00AE"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42C6D796"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6E1831B3"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54E11D2A"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31126E5D" w14:textId="77777777" w:rsidR="0063184F" w:rsidRDefault="0063184F" w:rsidP="0579CF20">
            <w:pPr>
              <w:spacing w:after="0"/>
              <w:rPr>
                <w:rFonts w:ascii="Times New Roman" w:eastAsia="Times New Roman" w:hAnsi="Times New Roman" w:cs="Times New Roman"/>
                <w:sz w:val="22"/>
                <w:lang w:val="lt-LT"/>
              </w:rPr>
            </w:pPr>
          </w:p>
        </w:tc>
      </w:tr>
      <w:tr w:rsidR="0063184F" w14:paraId="57AB7477" w14:textId="77777777" w:rsidTr="000E14E1">
        <w:trPr>
          <w:cantSplit/>
          <w:jc w:val="center"/>
        </w:trPr>
        <w:tc>
          <w:tcPr>
            <w:tcW w:w="650" w:type="dxa"/>
            <w:tcMar>
              <w:top w:w="55" w:type="dxa"/>
              <w:left w:w="65" w:type="dxa"/>
              <w:bottom w:w="55" w:type="dxa"/>
              <w:right w:w="65" w:type="dxa"/>
            </w:tcMar>
            <w:vAlign w:val="center"/>
          </w:tcPr>
          <w:p w14:paraId="297C039E"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3</w:t>
            </w:r>
          </w:p>
        </w:tc>
        <w:tc>
          <w:tcPr>
            <w:tcW w:w="2200" w:type="dxa"/>
            <w:tcMar>
              <w:top w:w="55" w:type="dxa"/>
              <w:left w:w="65" w:type="dxa"/>
              <w:bottom w:w="55" w:type="dxa"/>
              <w:right w:w="65" w:type="dxa"/>
            </w:tcMar>
            <w:vAlign w:val="center"/>
          </w:tcPr>
          <w:p w14:paraId="2DE403A5"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62431CDC"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49E398E2"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16287F21"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5BE93A62"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384BA73E"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34B3F2EB"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7D34F5C7" w14:textId="77777777" w:rsidR="0063184F" w:rsidRDefault="0063184F" w:rsidP="0579CF20">
            <w:pPr>
              <w:spacing w:after="0"/>
              <w:rPr>
                <w:rFonts w:ascii="Times New Roman" w:eastAsia="Times New Roman" w:hAnsi="Times New Roman" w:cs="Times New Roman"/>
                <w:sz w:val="22"/>
                <w:lang w:val="lt-LT"/>
              </w:rPr>
            </w:pPr>
          </w:p>
        </w:tc>
      </w:tr>
      <w:tr w:rsidR="0063184F" w14:paraId="22C3D751" w14:textId="77777777" w:rsidTr="000E14E1">
        <w:trPr>
          <w:cantSplit/>
          <w:jc w:val="center"/>
        </w:trPr>
        <w:tc>
          <w:tcPr>
            <w:tcW w:w="650" w:type="dxa"/>
            <w:tcMar>
              <w:top w:w="55" w:type="dxa"/>
              <w:left w:w="65" w:type="dxa"/>
              <w:bottom w:w="55" w:type="dxa"/>
              <w:right w:w="65" w:type="dxa"/>
            </w:tcMar>
            <w:vAlign w:val="center"/>
          </w:tcPr>
          <w:p w14:paraId="5055DCC4" w14:textId="77777777" w:rsidR="0063184F" w:rsidRDefault="0579CF20" w:rsidP="0579CF20">
            <w:pPr>
              <w:spacing w:after="0"/>
              <w:jc w:val="center"/>
              <w:rPr>
                <w:rFonts w:ascii="Times New Roman" w:eastAsia="Times New Roman" w:hAnsi="Times New Roman" w:cs="Times New Roman"/>
                <w:sz w:val="22"/>
                <w:lang w:val="lt-LT"/>
              </w:rPr>
            </w:pPr>
            <w:r w:rsidRPr="0579CF20">
              <w:rPr>
                <w:rFonts w:ascii="Times New Roman" w:eastAsia="Times New Roman" w:hAnsi="Times New Roman" w:cs="Times New Roman"/>
                <w:sz w:val="17"/>
                <w:lang w:val="lt-LT"/>
              </w:rPr>
              <w:t>4</w:t>
            </w:r>
          </w:p>
        </w:tc>
        <w:tc>
          <w:tcPr>
            <w:tcW w:w="2200" w:type="dxa"/>
            <w:tcMar>
              <w:top w:w="55" w:type="dxa"/>
              <w:left w:w="65" w:type="dxa"/>
              <w:bottom w:w="55" w:type="dxa"/>
              <w:right w:w="65" w:type="dxa"/>
            </w:tcMar>
            <w:vAlign w:val="center"/>
          </w:tcPr>
          <w:p w14:paraId="0B4020A7" w14:textId="77777777" w:rsidR="0063184F" w:rsidRDefault="0063184F" w:rsidP="0579CF20">
            <w:pPr>
              <w:spacing w:after="0"/>
              <w:rPr>
                <w:rFonts w:ascii="Times New Roman" w:eastAsia="Times New Roman" w:hAnsi="Times New Roman" w:cs="Times New Roman"/>
                <w:sz w:val="22"/>
                <w:lang w:val="lt-LT"/>
              </w:rPr>
            </w:pPr>
          </w:p>
        </w:tc>
        <w:tc>
          <w:tcPr>
            <w:tcW w:w="1222" w:type="dxa"/>
            <w:tcMar>
              <w:top w:w="55" w:type="dxa"/>
              <w:left w:w="65" w:type="dxa"/>
              <w:bottom w:w="55" w:type="dxa"/>
              <w:right w:w="65" w:type="dxa"/>
            </w:tcMar>
            <w:vAlign w:val="center"/>
          </w:tcPr>
          <w:p w14:paraId="1D7B270A" w14:textId="77777777" w:rsidR="0063184F" w:rsidRDefault="0063184F" w:rsidP="0579CF20">
            <w:pPr>
              <w:spacing w:after="0"/>
              <w:rPr>
                <w:rFonts w:ascii="Times New Roman" w:eastAsia="Times New Roman" w:hAnsi="Times New Roman" w:cs="Times New Roman"/>
                <w:sz w:val="22"/>
                <w:lang w:val="lt-LT"/>
              </w:rPr>
            </w:pPr>
          </w:p>
        </w:tc>
        <w:tc>
          <w:tcPr>
            <w:tcW w:w="1978" w:type="dxa"/>
            <w:tcMar>
              <w:top w:w="55" w:type="dxa"/>
              <w:left w:w="65" w:type="dxa"/>
              <w:bottom w:w="55" w:type="dxa"/>
              <w:right w:w="65" w:type="dxa"/>
            </w:tcMar>
            <w:vAlign w:val="center"/>
          </w:tcPr>
          <w:p w14:paraId="4F904CB7" w14:textId="77777777" w:rsidR="0063184F" w:rsidRDefault="0063184F" w:rsidP="0579CF20">
            <w:pPr>
              <w:spacing w:after="0"/>
              <w:rPr>
                <w:rFonts w:ascii="Times New Roman" w:eastAsia="Times New Roman" w:hAnsi="Times New Roman" w:cs="Times New Roman"/>
                <w:sz w:val="22"/>
                <w:lang w:val="lt-LT"/>
              </w:rPr>
            </w:pPr>
          </w:p>
        </w:tc>
        <w:tc>
          <w:tcPr>
            <w:tcW w:w="1650" w:type="dxa"/>
            <w:tcMar>
              <w:top w:w="55" w:type="dxa"/>
              <w:left w:w="65" w:type="dxa"/>
              <w:bottom w:w="55" w:type="dxa"/>
              <w:right w:w="65" w:type="dxa"/>
            </w:tcMar>
            <w:vAlign w:val="center"/>
          </w:tcPr>
          <w:p w14:paraId="06971CD3" w14:textId="77777777" w:rsidR="0063184F" w:rsidRDefault="0063184F" w:rsidP="0579CF20">
            <w:pPr>
              <w:spacing w:after="0"/>
              <w:rPr>
                <w:rFonts w:ascii="Times New Roman" w:eastAsia="Times New Roman" w:hAnsi="Times New Roman" w:cs="Times New Roman"/>
                <w:sz w:val="22"/>
                <w:lang w:val="lt-LT"/>
              </w:rPr>
            </w:pPr>
          </w:p>
        </w:tc>
        <w:tc>
          <w:tcPr>
            <w:tcW w:w="850" w:type="dxa"/>
            <w:tcMar>
              <w:top w:w="55" w:type="dxa"/>
              <w:left w:w="65" w:type="dxa"/>
              <w:bottom w:w="55" w:type="dxa"/>
              <w:right w:w="65" w:type="dxa"/>
            </w:tcMar>
            <w:vAlign w:val="center"/>
          </w:tcPr>
          <w:p w14:paraId="2A1F701D" w14:textId="77777777" w:rsidR="0063184F" w:rsidRDefault="0063184F" w:rsidP="0579CF20">
            <w:pPr>
              <w:spacing w:after="0"/>
              <w:jc w:val="center"/>
              <w:rPr>
                <w:rFonts w:ascii="Times New Roman" w:eastAsia="Times New Roman" w:hAnsi="Times New Roman" w:cs="Times New Roman"/>
                <w:sz w:val="22"/>
                <w:lang w:val="lt-LT"/>
              </w:rPr>
            </w:pPr>
          </w:p>
        </w:tc>
        <w:tc>
          <w:tcPr>
            <w:tcW w:w="2300" w:type="dxa"/>
            <w:tcMar>
              <w:top w:w="55" w:type="dxa"/>
              <w:left w:w="65" w:type="dxa"/>
              <w:bottom w:w="55" w:type="dxa"/>
              <w:right w:w="65" w:type="dxa"/>
            </w:tcMar>
            <w:vAlign w:val="center"/>
          </w:tcPr>
          <w:p w14:paraId="03EFCA41" w14:textId="77777777" w:rsidR="0063184F" w:rsidRDefault="0063184F" w:rsidP="0579CF20">
            <w:pPr>
              <w:spacing w:after="0"/>
              <w:rPr>
                <w:rFonts w:ascii="Times New Roman" w:eastAsia="Times New Roman" w:hAnsi="Times New Roman" w:cs="Times New Roman"/>
                <w:sz w:val="22"/>
                <w:lang w:val="lt-LT"/>
              </w:rPr>
            </w:pPr>
          </w:p>
        </w:tc>
        <w:tc>
          <w:tcPr>
            <w:tcW w:w="2700" w:type="dxa"/>
            <w:tcMar>
              <w:top w:w="55" w:type="dxa"/>
              <w:left w:w="65" w:type="dxa"/>
              <w:bottom w:w="55" w:type="dxa"/>
              <w:right w:w="65" w:type="dxa"/>
            </w:tcMar>
            <w:vAlign w:val="center"/>
          </w:tcPr>
          <w:p w14:paraId="5F96A722" w14:textId="77777777" w:rsidR="0063184F" w:rsidRDefault="0063184F" w:rsidP="0579CF20">
            <w:pPr>
              <w:spacing w:after="0"/>
              <w:rPr>
                <w:rFonts w:ascii="Times New Roman" w:eastAsia="Times New Roman" w:hAnsi="Times New Roman" w:cs="Times New Roman"/>
                <w:sz w:val="22"/>
                <w:lang w:val="lt-LT"/>
              </w:rPr>
            </w:pPr>
          </w:p>
        </w:tc>
        <w:tc>
          <w:tcPr>
            <w:tcW w:w="1850" w:type="dxa"/>
            <w:tcMar>
              <w:top w:w="55" w:type="dxa"/>
              <w:left w:w="65" w:type="dxa"/>
              <w:bottom w:w="55" w:type="dxa"/>
              <w:right w:w="65" w:type="dxa"/>
            </w:tcMar>
            <w:vAlign w:val="center"/>
          </w:tcPr>
          <w:p w14:paraId="5B95CD12" w14:textId="77777777" w:rsidR="0063184F" w:rsidRDefault="0063184F" w:rsidP="0579CF20">
            <w:pPr>
              <w:spacing w:after="0"/>
              <w:rPr>
                <w:rFonts w:ascii="Times New Roman" w:eastAsia="Times New Roman" w:hAnsi="Times New Roman" w:cs="Times New Roman"/>
                <w:sz w:val="22"/>
                <w:lang w:val="lt-LT"/>
              </w:rPr>
            </w:pPr>
          </w:p>
        </w:tc>
      </w:tr>
    </w:tbl>
    <w:p w14:paraId="53AC4554" w14:textId="34D481CA" w:rsidR="0063184F" w:rsidRDefault="673BDC88" w:rsidP="0579CF20">
      <w:pPr>
        <w:keepNext/>
        <w:rPr>
          <w:rFonts w:ascii="Times New Roman" w:eastAsia="Times New Roman" w:hAnsi="Times New Roman" w:cs="Times New Roman"/>
          <w:b/>
          <w:bCs/>
          <w:sz w:val="22"/>
          <w:lang w:val="lt-LT"/>
        </w:rPr>
      </w:pPr>
      <w:r w:rsidRPr="0579CF20">
        <w:rPr>
          <w:rFonts w:ascii="Times New Roman" w:eastAsia="Times New Roman" w:hAnsi="Times New Roman" w:cs="Times New Roman"/>
          <w:b/>
          <w:bCs/>
          <w:sz w:val="22"/>
          <w:lang w:val="lt-LT"/>
        </w:rPr>
        <w:t>2</w:t>
      </w:r>
      <w:r w:rsidR="7239C85E" w:rsidRPr="0579CF20">
        <w:rPr>
          <w:rFonts w:ascii="Times New Roman" w:eastAsia="Times New Roman" w:hAnsi="Times New Roman" w:cs="Times New Roman"/>
          <w:b/>
          <w:bCs/>
          <w:sz w:val="22"/>
          <w:lang w:val="lt-LT"/>
        </w:rPr>
        <w:t>. Tiekėjo patvirtinimas</w:t>
      </w:r>
    </w:p>
    <w:p w14:paraId="56BBC680" w14:textId="77777777" w:rsidR="0063184F" w:rsidRDefault="0579CF20" w:rsidP="0579CF20">
      <w:pPr>
        <w:rPr>
          <w:rFonts w:ascii="Times New Roman" w:eastAsia="Times New Roman" w:hAnsi="Times New Roman" w:cs="Times New Roman"/>
          <w:sz w:val="22"/>
          <w:lang w:val="lt-LT"/>
        </w:rPr>
      </w:pPr>
      <w:r w:rsidRPr="0579CF20">
        <w:rPr>
          <w:rFonts w:ascii="Times New Roman" w:eastAsia="Times New Roman" w:hAnsi="Times New Roman" w:cs="Times New Roman"/>
          <w:sz w:val="22"/>
          <w:lang w:val="lt-LT"/>
        </w:rPr>
        <w:t>Patvirtiname, kad pateikti duomenys yra teisingi, specialistai atitinka nurodytus kvalifikacijos reikalavimus, o jų patirtis įgyta iki pasiūlymų pateikimo termino pabaigos. Suprantame, kad perkančioji organizacija gali patikrinti pateiktą informaciją.</w:t>
      </w:r>
    </w:p>
    <w:p w14:paraId="1C818A12" w14:textId="77777777" w:rsidR="00CC14BE" w:rsidRDefault="00E91CF9" w:rsidP="0579CF20">
      <w:pPr>
        <w:rPr>
          <w:rFonts w:ascii="Times New Roman" w:eastAsia="Times New Roman" w:hAnsi="Times New Roman" w:cs="Times New Roman"/>
          <w:sz w:val="22"/>
          <w:lang w:val="lt-LT"/>
        </w:rPr>
      </w:pPr>
      <w:r w:rsidRPr="00BD6DB3">
        <w:rPr>
          <w:lang w:val="lt-LT"/>
        </w:rPr>
        <w:br/>
      </w:r>
    </w:p>
    <w:p w14:paraId="377CE3CB" w14:textId="77777777" w:rsidR="00CC14BE" w:rsidRDefault="00CC14BE" w:rsidP="0579CF20">
      <w:pPr>
        <w:rPr>
          <w:rFonts w:ascii="Times New Roman" w:eastAsia="Times New Roman" w:hAnsi="Times New Roman" w:cs="Times New Roman"/>
          <w:sz w:val="22"/>
          <w:lang w:val="lt-LT"/>
        </w:rPr>
      </w:pPr>
    </w:p>
    <w:p w14:paraId="47F55189" w14:textId="309AA371" w:rsidR="0063184F" w:rsidRDefault="0579CF20" w:rsidP="0579CF20">
      <w:pPr>
        <w:rPr>
          <w:rFonts w:ascii="Times New Roman" w:eastAsia="Times New Roman" w:hAnsi="Times New Roman" w:cs="Times New Roman"/>
          <w:sz w:val="22"/>
          <w:lang w:val="lt-LT"/>
        </w:rPr>
      </w:pPr>
      <w:r w:rsidRPr="0579CF20">
        <w:rPr>
          <w:rFonts w:ascii="Times New Roman" w:eastAsia="Times New Roman" w:hAnsi="Times New Roman" w:cs="Times New Roman"/>
          <w:sz w:val="22"/>
          <w:lang w:val="lt-LT"/>
        </w:rPr>
        <w:t>Tiekėjo įgalioto asmens vardas, pavardė, pareigos: ______________________________</w:t>
      </w:r>
    </w:p>
    <w:p w14:paraId="51C1BDCA" w14:textId="77777777" w:rsidR="00CC14BE" w:rsidRDefault="00CC14BE" w:rsidP="0579CF20">
      <w:pPr>
        <w:rPr>
          <w:rFonts w:ascii="Times New Roman" w:eastAsia="Times New Roman" w:hAnsi="Times New Roman" w:cs="Times New Roman"/>
          <w:sz w:val="22"/>
          <w:lang w:val="lt-LT"/>
        </w:rPr>
      </w:pPr>
    </w:p>
    <w:p w14:paraId="515FFF3A" w14:textId="6FF62A4D" w:rsidR="0063184F" w:rsidRDefault="0579CF20" w:rsidP="0579CF20">
      <w:pPr>
        <w:rPr>
          <w:rFonts w:ascii="Times New Roman" w:eastAsia="Times New Roman" w:hAnsi="Times New Roman" w:cs="Times New Roman"/>
          <w:sz w:val="22"/>
          <w:lang w:val="lt-LT"/>
        </w:rPr>
      </w:pPr>
      <w:r w:rsidRPr="0579CF20">
        <w:rPr>
          <w:rFonts w:ascii="Times New Roman" w:eastAsia="Times New Roman" w:hAnsi="Times New Roman" w:cs="Times New Roman"/>
          <w:sz w:val="22"/>
          <w:lang w:val="lt-LT"/>
        </w:rPr>
        <w:t>Data, parašas: __________________________________</w:t>
      </w:r>
    </w:p>
    <w:sectPr w:rsidR="0063184F" w:rsidSect="00034616">
      <w:pgSz w:w="16838" w:h="11906" w:orient="landscape"/>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1608854020">
    <w:abstractNumId w:val="5"/>
  </w:num>
  <w:num w:numId="2" w16cid:durableId="1865091584">
    <w:abstractNumId w:val="2"/>
  </w:num>
  <w:num w:numId="3" w16cid:durableId="2024085722">
    <w:abstractNumId w:val="3"/>
  </w:num>
  <w:num w:numId="4" w16cid:durableId="2114474643">
    <w:abstractNumId w:val="8"/>
  </w:num>
  <w:num w:numId="5" w16cid:durableId="224528927">
    <w:abstractNumId w:val="0"/>
  </w:num>
  <w:num w:numId="6" w16cid:durableId="520510213">
    <w:abstractNumId w:val="6"/>
  </w:num>
  <w:num w:numId="7" w16cid:durableId="566382201">
    <w:abstractNumId w:val="4"/>
  </w:num>
  <w:num w:numId="8" w16cid:durableId="855534461">
    <w:abstractNumId w:val="7"/>
  </w:num>
  <w:num w:numId="9" w16cid:durableId="990255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14E1"/>
    <w:rsid w:val="0015074B"/>
    <w:rsid w:val="0029017E"/>
    <w:rsid w:val="0029639D"/>
    <w:rsid w:val="00326EF4"/>
    <w:rsid w:val="00326F90"/>
    <w:rsid w:val="005A28EE"/>
    <w:rsid w:val="005B4C0E"/>
    <w:rsid w:val="0063184F"/>
    <w:rsid w:val="008F0B47"/>
    <w:rsid w:val="009303E0"/>
    <w:rsid w:val="009F5B49"/>
    <w:rsid w:val="00A5528B"/>
    <w:rsid w:val="00AA1D8D"/>
    <w:rsid w:val="00B47730"/>
    <w:rsid w:val="00BD6DB3"/>
    <w:rsid w:val="00BF4B44"/>
    <w:rsid w:val="00C00F54"/>
    <w:rsid w:val="00C22E97"/>
    <w:rsid w:val="00C259B5"/>
    <w:rsid w:val="00CB0664"/>
    <w:rsid w:val="00CC14BE"/>
    <w:rsid w:val="00E449FB"/>
    <w:rsid w:val="00E874F1"/>
    <w:rsid w:val="00E91CF9"/>
    <w:rsid w:val="00F06742"/>
    <w:rsid w:val="00F14C0E"/>
    <w:rsid w:val="00F846D0"/>
    <w:rsid w:val="00FC693F"/>
    <w:rsid w:val="026861E4"/>
    <w:rsid w:val="0579CF20"/>
    <w:rsid w:val="0AA3FB1D"/>
    <w:rsid w:val="2193C2C4"/>
    <w:rsid w:val="3CBE3B43"/>
    <w:rsid w:val="5A0A2707"/>
    <w:rsid w:val="609F8D6D"/>
    <w:rsid w:val="673BDC88"/>
    <w:rsid w:val="6903989C"/>
    <w:rsid w:val="7239C85E"/>
    <w:rsid w:val="743C6579"/>
    <w:rsid w:val="7464856B"/>
    <w:rsid w:val="7D28B4AE"/>
    <w:rsid w:val="7D393F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F8A0584-D3E7-4DBD-92D6-47A7664A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80" w:line="240" w:lineRule="auto"/>
    </w:pPr>
    <w:rPr>
      <w:rFonts w:ascii="Arial" w:hAnsi="Arial"/>
      <w:sz w:val="18"/>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ntrats">
    <w:name w:val="header"/>
    <w:basedOn w:val="prastasis"/>
    <w:link w:val="AntratsDiagrama"/>
    <w:uiPriority w:val="99"/>
    <w:unhideWhenUsed/>
    <w:rsid w:val="00E618BF"/>
    <w:pPr>
      <w:tabs>
        <w:tab w:val="center" w:pos="4680"/>
        <w:tab w:val="right" w:pos="9360"/>
      </w:tabs>
      <w:spacing w:after="0"/>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000000"/>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4"/>
      </w:numPr>
      <w:contextualSpacing/>
    </w:pPr>
  </w:style>
  <w:style w:type="paragraph" w:styleId="Sraassuenkleliais2">
    <w:name w:val="List Bullet 2"/>
    <w:basedOn w:val="prastasis"/>
    <w:uiPriority w:val="99"/>
    <w:unhideWhenUsed/>
    <w:rsid w:val="00326F90"/>
    <w:pPr>
      <w:numPr>
        <w:numId w:val="6"/>
      </w:numPr>
      <w:contextualSpacing/>
    </w:pPr>
  </w:style>
  <w:style w:type="paragraph" w:styleId="Sraassuenkleliais3">
    <w:name w:val="List Bullet 3"/>
    <w:basedOn w:val="prastasis"/>
    <w:uiPriority w:val="99"/>
    <w:unhideWhenUsed/>
    <w:rsid w:val="00326F90"/>
    <w:pPr>
      <w:numPr>
        <w:numId w:val="1"/>
      </w:numPr>
      <w:contextualSpacing/>
    </w:pPr>
  </w:style>
  <w:style w:type="paragraph" w:styleId="Sraassunumeriais">
    <w:name w:val="List Number"/>
    <w:basedOn w:val="prastasis"/>
    <w:uiPriority w:val="99"/>
    <w:unhideWhenUsed/>
    <w:rsid w:val="00326F90"/>
    <w:pPr>
      <w:numPr>
        <w:numId w:val="8"/>
      </w:numPr>
      <w:contextualSpacing/>
    </w:pPr>
  </w:style>
  <w:style w:type="paragraph" w:styleId="Sraassunumeriais2">
    <w:name w:val="List Number 2"/>
    <w:basedOn w:val="prastasis"/>
    <w:uiPriority w:val="99"/>
    <w:unhideWhenUsed/>
    <w:rsid w:val="0029639D"/>
    <w:pPr>
      <w:numPr>
        <w:numId w:val="3"/>
      </w:numPr>
      <w:contextualSpacing/>
    </w:pPr>
  </w:style>
  <w:style w:type="paragraph" w:styleId="Sraassunumeriais3">
    <w:name w:val="List Number 3"/>
    <w:basedOn w:val="prastasis"/>
    <w:uiPriority w:val="99"/>
    <w:unhideWhenUsed/>
    <w:rsid w:val="0029639D"/>
    <w:pPr>
      <w:numPr>
        <w:numId w:val="2"/>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customStyle="1" w:styleId="MacroText">
    <w:name w:val="Macro Text"/>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Numatytasispastraiposriftas"/>
    <w:link w:val="MacroText"/>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
    <w:name w:val="Light Shading -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
    <w:name w:val="Light Shading -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
    <w:name w:val="Light Shading -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
    <w:name w:val="Light Shading -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
    <w:name w:val="Light Shading -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6">
    <w:name w:val="Light Shading -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
    <w:name w:val="Light List -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
    <w:name w:val="Light List -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
    <w:name w:val="Light List -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
    <w:name w:val="Light List -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
    <w:name w:val="Light List -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
    <w:name w:val="Light List -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
    <w:name w:val="Light Grid -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2">
    <w:name w:val="Light Grid -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3">
    <w:name w:val="Light Grid -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4">
    <w:name w:val="Light Grid -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5">
    <w:name w:val="Light Grid -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6">
    <w:name w:val="Light Grid -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
    <w:name w:val="Medium Shading 1 -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
    <w:name w:val="Medium Shading 1 -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
    <w:name w:val="Medium Shading 1 -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
    <w:name w:val="Medium Shading 1 -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
    <w:name w:val="Medium Shading 1 -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
    <w:name w:val="Medium Shading 1 -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
    <w:name w:val="Medium Shading 2 -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
    <w:name w:val="Medium Shading 2 -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
    <w:name w:val="Medium Shading 2 -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
    <w:name w:val="Medium Shading 2 -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
    <w:name w:val="Medium Shading 2 -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
    <w:name w:val="Medium Shading 2 -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
    <w:name w:val="Medium List 1 -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
    <w:name w:val="Medium List 1 -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
    <w:name w:val="Medium List 1 -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
    <w:name w:val="Medium List 1 -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
    <w:name w:val="Medium List 1 -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
    <w:name w:val="Medium List 1 -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
    <w:name w:val="Medium List 2 -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
    <w:name w:val="Medium List 2 -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
    <w:name w:val="Medium List 2 -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
    <w:name w:val="Medium List 2 -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
    <w:name w:val="Medium List 2 -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
    <w:name w:val="Medium List 2 -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
    <w:name w:val="Medium Grid 1 -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
    <w:name w:val="Medium Grid 1 -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
    <w:name w:val="Medium Grid 1 -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
    <w:name w:val="Medium Grid 1 -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
    <w:name w:val="Medium Grid 1 -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
    <w:name w:val="Medium Grid 1 -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
    <w:name w:val="Medium Grid 2 -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
    <w:name w:val="Medium Grid 2 -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
    <w:name w:val="Medium Grid 2 -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
    <w:name w:val="Medium Grid 2 -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
    <w:name w:val="Medium Grid 2 -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
    <w:name w:val="Medium Grid 2 -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
    <w:name w:val="Medium Grid 3 -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
    <w:name w:val="Medium Grid 3 -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
    <w:name w:val="Medium Grid 3 -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4">
    <w:name w:val="Medium Grid 3 -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5">
    <w:name w:val="Medium Grid 3 -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6">
    <w:name w:val="Medium Grid 3 -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
    <w:name w:val="Dark List -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
    <w:name w:val="Dark List -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
    <w:name w:val="Dark List -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
    <w:name w:val="Dark List -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
    <w:name w:val="Dark List -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
    <w:name w:val="Dark List -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
    <w:name w:val="Colorful Shading -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
    <w:name w:val="Colorful Shading -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
    <w:name w:val="Colorful Shading -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
    <w:name w:val="Colorful Shading -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
    <w:name w:val="Colorful Shading -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
    <w:name w:val="Colorful Shading -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
    <w:name w:val="Colorful List -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
    <w:name w:val="Colorful List -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
    <w:name w:val="Colorful List -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
    <w:name w:val="Colorful List -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
    <w:name w:val="Colorful List -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
    <w:name w:val="Colorful List -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
    <w:name w:val="Colorful Grid -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
    <w:name w:val="Colorful Grid -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
    <w:name w:val="Colorful Grid -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
    <w:name w:val="Colorful Grid -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
    <w:name w:val="Colorful Grid -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
    <w:name w:val="Colorful Grid -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63201a-d761-49ef-afc2-03171d55f11d">
      <Terms xmlns="http://schemas.microsoft.com/office/infopath/2007/PartnerControls"/>
    </lcf76f155ced4ddcb4097134ff3c332f>
    <TaxCatchAll xmlns="1277bd48-28a4-4c00-a55e-3f305905eb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601D5C0C7019964BA6E444CFF78A6147" ma:contentTypeVersion="10" ma:contentTypeDescription="Kurkite naują dokumentą." ma:contentTypeScope="" ma:versionID="034095d1983fbaea287e4461f534e2eb">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5e751ba9d64a713f3a34cf69d82eabc3"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76C62-0D58-4BCF-9124-6225847E784C}">
  <ds:schemaRefs>
    <ds:schemaRef ds:uri="http://schemas.microsoft.com/office/2006/metadata/properties"/>
    <ds:schemaRef ds:uri="http://schemas.microsoft.com/office/infopath/2007/PartnerControls"/>
    <ds:schemaRef ds:uri="e363201a-d761-49ef-afc2-03171d55f11d"/>
    <ds:schemaRef ds:uri="1277bd48-28a4-4c00-a55e-3f305905eb9e"/>
  </ds:schemaRefs>
</ds:datastoreItem>
</file>

<file path=customXml/itemProps2.xml><?xml version="1.0" encoding="utf-8"?>
<ds:datastoreItem xmlns:ds="http://schemas.openxmlformats.org/officeDocument/2006/customXml" ds:itemID="{EB21989E-41F0-47B8-B5F4-A1298ED58FF4}">
  <ds:schemaRefs>
    <ds:schemaRef ds:uri="http://schemas.microsoft.com/sharepoint/v3/contenttype/forms"/>
  </ds:schemaRefs>
</ds:datastoreItem>
</file>

<file path=customXml/itemProps3.xml><?xml version="1.0" encoding="utf-8"?>
<ds:datastoreItem xmlns:ds="http://schemas.openxmlformats.org/officeDocument/2006/customXml" ds:itemID="{6F533365-8A4E-4B24-99E3-32FA3A3324E7}"/>
</file>

<file path=docProps/app.xml><?xml version="1.0" encoding="utf-8"?>
<Properties xmlns="http://schemas.openxmlformats.org/officeDocument/2006/extended-properties" xmlns:vt="http://schemas.openxmlformats.org/officeDocument/2006/docPropsVTypes">
  <Template>Normal</Template>
  <TotalTime>2</TotalTime>
  <Pages>3</Pages>
  <Words>2870</Words>
  <Characters>1637</Characters>
  <Application>Microsoft Office Word</Application>
  <DocSecurity>0</DocSecurity>
  <Lines>13</Lines>
  <Paragraphs>8</Paragraphs>
  <ScaleCrop>false</ScaleCrop>
  <Manager/>
  <Company/>
  <LinksUpToDate>false</LinksUpToDate>
  <CharactersWithSpaces>4499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Česlava Vaznienė</cp:lastModifiedBy>
  <cp:revision>8</cp:revision>
  <dcterms:created xsi:type="dcterms:W3CDTF">2026-08-04T13:35:00Z</dcterms:created>
  <dcterms:modified xsi:type="dcterms:W3CDTF">2026-08-06T12:51:00Z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