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7BEC4" w14:textId="77777777" w:rsidR="0065658C" w:rsidRPr="008F10D2" w:rsidRDefault="0095740E">
      <w:pPr>
        <w:jc w:val="center"/>
        <w:rPr>
          <w:rFonts w:ascii="Palemonas" w:hAnsi="Palemonas" w:cs="Palemonas"/>
          <w:sz w:val="24"/>
          <w:szCs w:val="24"/>
          <w:lang w:val="lt-LT"/>
        </w:rPr>
      </w:pPr>
      <w:r w:rsidRPr="008F10D2">
        <w:rPr>
          <w:rFonts w:ascii="Palemonas" w:hAnsi="Palemonas" w:cs="Palemonas"/>
          <w:b/>
          <w:sz w:val="24"/>
          <w:szCs w:val="24"/>
          <w:lang w:val="lt-LT"/>
        </w:rPr>
        <w:t>TECHNINĖ SPECIFIKACIJA</w:t>
      </w:r>
    </w:p>
    <w:p w14:paraId="37FE50CD" w14:textId="07CDEBCF" w:rsidR="0065658C" w:rsidRPr="008F10D2" w:rsidRDefault="00651227">
      <w:pPr>
        <w:jc w:val="center"/>
        <w:rPr>
          <w:rFonts w:ascii="Palemonas" w:hAnsi="Palemonas" w:cs="Palemonas"/>
          <w:sz w:val="24"/>
          <w:szCs w:val="24"/>
          <w:lang w:val="lt-LT"/>
        </w:rPr>
      </w:pPr>
      <w:r w:rsidRPr="00876D3C">
        <w:rPr>
          <w:rFonts w:ascii="Palemonas" w:hAnsi="Palemonas" w:cs="Palemonas"/>
          <w:b/>
          <w:sz w:val="32"/>
          <w:lang w:val="lt-LT"/>
        </w:rPr>
        <w:t xml:space="preserve"> </w:t>
      </w:r>
      <w:r w:rsidRPr="008F10D2">
        <w:rPr>
          <w:rFonts w:ascii="Palemonas" w:hAnsi="Palemonas" w:cs="Palemonas"/>
          <w:b/>
          <w:sz w:val="24"/>
          <w:szCs w:val="24"/>
          <w:lang w:val="lt-LT"/>
        </w:rPr>
        <w:t xml:space="preserve">86 </w:t>
      </w:r>
      <w:proofErr w:type="spellStart"/>
      <w:r w:rsidRPr="008F10D2">
        <w:rPr>
          <w:rFonts w:ascii="Palemonas" w:hAnsi="Palemonas" w:cs="Palemonas"/>
          <w:b/>
          <w:sz w:val="24"/>
          <w:szCs w:val="24"/>
          <w:lang w:val="lt-LT"/>
        </w:rPr>
        <w:t>col</w:t>
      </w:r>
      <w:proofErr w:type="spellEnd"/>
      <w:r w:rsidRPr="008F10D2">
        <w:rPr>
          <w:rFonts w:ascii="Palemonas" w:hAnsi="Palemonas" w:cs="Palemonas"/>
          <w:b/>
          <w:sz w:val="24"/>
          <w:szCs w:val="24"/>
          <w:lang w:val="lt-LT"/>
        </w:rPr>
        <w:t>. interaktyvus ekranas / išmanioji lenta švietimo reikmėms</w:t>
      </w:r>
    </w:p>
    <w:p w14:paraId="341E38CF" w14:textId="6AA9E998" w:rsidR="0065658C" w:rsidRPr="007D6A9D" w:rsidRDefault="0095740E" w:rsidP="00381D0D">
      <w:pPr>
        <w:pStyle w:val="Heading1"/>
        <w:numPr>
          <w:ilvl w:val="0"/>
          <w:numId w:val="10"/>
        </w:numPr>
        <w:spacing w:before="120" w:after="120"/>
        <w:ind w:left="0" w:firstLine="0"/>
        <w:rPr>
          <w:rFonts w:ascii="Palemonas" w:hAnsi="Palemonas" w:cs="Palemonas"/>
          <w:color w:val="auto"/>
          <w:sz w:val="24"/>
          <w:szCs w:val="24"/>
          <w:lang w:val="lt-LT"/>
        </w:rPr>
      </w:pPr>
      <w:r w:rsidRPr="007D6A9D">
        <w:rPr>
          <w:rFonts w:ascii="Palemonas" w:hAnsi="Palemonas" w:cs="Palemonas"/>
          <w:color w:val="auto"/>
          <w:sz w:val="24"/>
          <w:szCs w:val="24"/>
          <w:lang w:val="lt-LT"/>
        </w:rPr>
        <w:t>Pirkimo objekto apibūdinimas</w:t>
      </w:r>
    </w:p>
    <w:p w14:paraId="0676256F" w14:textId="77777777" w:rsidR="0065658C" w:rsidRPr="007D6A9D" w:rsidRDefault="0095740E" w:rsidP="00381D0D">
      <w:pPr>
        <w:ind w:right="-518"/>
        <w:jc w:val="both"/>
        <w:rPr>
          <w:rFonts w:ascii="Palemonas" w:hAnsi="Palemonas" w:cs="Palemonas"/>
          <w:sz w:val="24"/>
          <w:szCs w:val="24"/>
          <w:lang w:val="lt-LT"/>
        </w:rPr>
      </w:pPr>
      <w:r w:rsidRPr="007D6A9D">
        <w:rPr>
          <w:rFonts w:ascii="Palemonas" w:hAnsi="Palemonas" w:cs="Palemonas"/>
          <w:b/>
          <w:sz w:val="24"/>
          <w:szCs w:val="24"/>
          <w:lang w:val="lt-LT"/>
        </w:rPr>
        <w:t xml:space="preserve">Pirkimo objektas - </w:t>
      </w:r>
      <w:r w:rsidRPr="007D6A9D">
        <w:rPr>
          <w:rFonts w:ascii="Palemonas" w:hAnsi="Palemonas" w:cs="Palemonas"/>
          <w:sz w:val="24"/>
          <w:szCs w:val="24"/>
          <w:lang w:val="lt-LT"/>
        </w:rPr>
        <w:t xml:space="preserve">interaktyvus 86 </w:t>
      </w:r>
      <w:proofErr w:type="spellStart"/>
      <w:r w:rsidRPr="007D6A9D">
        <w:rPr>
          <w:rFonts w:ascii="Palemonas" w:hAnsi="Palemonas" w:cs="Palemonas"/>
          <w:sz w:val="24"/>
          <w:szCs w:val="24"/>
          <w:lang w:val="lt-LT"/>
        </w:rPr>
        <w:t>col</w:t>
      </w:r>
      <w:proofErr w:type="spellEnd"/>
      <w:r w:rsidRPr="007D6A9D">
        <w:rPr>
          <w:rFonts w:ascii="Palemonas" w:hAnsi="Palemonas" w:cs="Palemonas"/>
          <w:sz w:val="24"/>
          <w:szCs w:val="24"/>
          <w:lang w:val="lt-LT"/>
        </w:rPr>
        <w:t>. ekranas / išmanioji lenta, skirta ugdymo procesui, mokymams, pristatymams, vaizdo konferencijoms, skaitmeninio turinio demonstravimui ir interaktyviam darbui su mokiniais. Įranga turi būti nauja, nenaudota, originali, pilnos gamyklinės komplektacijos, su visais veikimui būtinais priedais ir dokumentais.</w:t>
      </w:r>
    </w:p>
    <w:p w14:paraId="64AF4F2C" w14:textId="6BBF021C" w:rsidR="00054247" w:rsidRPr="007D6A9D" w:rsidRDefault="004C683A" w:rsidP="00381D0D">
      <w:pPr>
        <w:pStyle w:val="ListBullet"/>
        <w:numPr>
          <w:ilvl w:val="0"/>
          <w:numId w:val="0"/>
        </w:numPr>
        <w:ind w:left="360" w:hanging="360"/>
        <w:rPr>
          <w:rFonts w:ascii="Palemonas" w:hAnsi="Palemonas" w:cs="Palemonas"/>
          <w:sz w:val="24"/>
          <w:szCs w:val="24"/>
          <w:lang w:val="lt-LT"/>
        </w:rPr>
      </w:pPr>
      <w:r w:rsidRPr="007D6A9D">
        <w:rPr>
          <w:rFonts w:ascii="Palemonas" w:hAnsi="Palemonas" w:cs="Palemonas"/>
          <w:b/>
          <w:bCs/>
          <w:sz w:val="24"/>
          <w:szCs w:val="24"/>
          <w:lang w:val="lt-LT"/>
        </w:rPr>
        <w:t>Pirkimo kiekis - 17 vnt.</w:t>
      </w:r>
      <w:r w:rsidR="00CE09F4" w:rsidRPr="007D6A9D">
        <w:rPr>
          <w:rFonts w:ascii="Palemonas" w:hAnsi="Palemonas" w:cs="Palemonas"/>
          <w:b/>
          <w:bCs/>
          <w:sz w:val="24"/>
          <w:szCs w:val="24"/>
          <w:lang w:val="lt-LT"/>
        </w:rPr>
        <w:t xml:space="preserve"> </w:t>
      </w:r>
      <w:r w:rsidR="00CE09F4" w:rsidRPr="007D6A9D">
        <w:rPr>
          <w:rFonts w:ascii="Palemonas" w:hAnsi="Palemonas" w:cs="Palemonas"/>
          <w:sz w:val="24"/>
          <w:szCs w:val="24"/>
          <w:lang w:val="lt-LT"/>
        </w:rPr>
        <w:t xml:space="preserve">Šio pirkimo vertė </w:t>
      </w:r>
      <w:r w:rsidR="00CE09F4" w:rsidRPr="007D6A9D">
        <w:rPr>
          <w:rFonts w:ascii="Palemonas" w:hAnsi="Palemonas" w:cs="Palemonas"/>
          <w:sz w:val="24"/>
          <w:szCs w:val="24"/>
        </w:rPr>
        <w:t>33</w:t>
      </w:r>
      <w:r w:rsidR="007D6A9D">
        <w:rPr>
          <w:rFonts w:ascii="Palemonas" w:hAnsi="Palemonas" w:cs="Palemonas"/>
          <w:sz w:val="24"/>
          <w:szCs w:val="24"/>
        </w:rPr>
        <w:t xml:space="preserve"> </w:t>
      </w:r>
      <w:r w:rsidR="00CE09F4" w:rsidRPr="007D6A9D">
        <w:rPr>
          <w:rFonts w:ascii="Palemonas" w:hAnsi="Palemonas" w:cs="Palemonas"/>
          <w:sz w:val="24"/>
          <w:szCs w:val="24"/>
        </w:rPr>
        <w:t xml:space="preserve">057,85 </w:t>
      </w:r>
      <w:proofErr w:type="spellStart"/>
      <w:r w:rsidR="00CE09F4" w:rsidRPr="007D6A9D">
        <w:rPr>
          <w:rFonts w:ascii="Palemonas" w:hAnsi="Palemonas" w:cs="Palemonas"/>
          <w:sz w:val="24"/>
          <w:szCs w:val="24"/>
        </w:rPr>
        <w:t>Eur</w:t>
      </w:r>
      <w:proofErr w:type="spellEnd"/>
      <w:r w:rsidR="00CE09F4" w:rsidRPr="007D6A9D">
        <w:rPr>
          <w:rFonts w:ascii="Palemonas" w:hAnsi="Palemonas" w:cs="Palemonas"/>
          <w:sz w:val="24"/>
          <w:szCs w:val="24"/>
        </w:rPr>
        <w:t xml:space="preserve"> be PVM (40</w:t>
      </w:r>
      <w:r w:rsidR="007D6A9D">
        <w:rPr>
          <w:rFonts w:ascii="Palemonas" w:hAnsi="Palemonas" w:cs="Palemonas"/>
          <w:sz w:val="24"/>
          <w:szCs w:val="24"/>
        </w:rPr>
        <w:t xml:space="preserve"> </w:t>
      </w:r>
      <w:r w:rsidR="00CE09F4" w:rsidRPr="007D6A9D">
        <w:rPr>
          <w:rFonts w:ascii="Palemonas" w:hAnsi="Palemonas" w:cs="Palemonas"/>
          <w:sz w:val="24"/>
          <w:szCs w:val="24"/>
        </w:rPr>
        <w:t xml:space="preserve">000,00 </w:t>
      </w:r>
      <w:proofErr w:type="spellStart"/>
      <w:r w:rsidR="00CE09F4" w:rsidRPr="007D6A9D">
        <w:rPr>
          <w:rFonts w:ascii="Palemonas" w:hAnsi="Palemonas" w:cs="Palemonas"/>
          <w:sz w:val="24"/>
          <w:szCs w:val="24"/>
        </w:rPr>
        <w:t>Eur</w:t>
      </w:r>
      <w:proofErr w:type="spellEnd"/>
      <w:r w:rsidR="00CE09F4" w:rsidRPr="007D6A9D">
        <w:rPr>
          <w:rFonts w:ascii="Palemonas" w:hAnsi="Palemonas" w:cs="Palemonas"/>
          <w:sz w:val="24"/>
          <w:szCs w:val="24"/>
        </w:rPr>
        <w:t xml:space="preserve"> </w:t>
      </w:r>
      <w:proofErr w:type="spellStart"/>
      <w:r w:rsidR="00CE09F4" w:rsidRPr="007D6A9D">
        <w:rPr>
          <w:rFonts w:ascii="Palemonas" w:hAnsi="Palemonas" w:cs="Palemonas"/>
          <w:sz w:val="24"/>
          <w:szCs w:val="24"/>
        </w:rPr>
        <w:t>su</w:t>
      </w:r>
      <w:proofErr w:type="spellEnd"/>
      <w:r w:rsidR="00CE09F4" w:rsidRPr="007D6A9D">
        <w:rPr>
          <w:rFonts w:ascii="Palemonas" w:hAnsi="Palemonas" w:cs="Palemonas"/>
          <w:sz w:val="24"/>
          <w:szCs w:val="24"/>
        </w:rPr>
        <w:t xml:space="preserve"> PVM).</w:t>
      </w:r>
    </w:p>
    <w:p w14:paraId="5FF9D8B5" w14:textId="77777777" w:rsidR="00CE09F4" w:rsidRPr="007D6A9D" w:rsidRDefault="00CE09F4" w:rsidP="00381D0D">
      <w:pPr>
        <w:pStyle w:val="ListBullet"/>
        <w:numPr>
          <w:ilvl w:val="0"/>
          <w:numId w:val="0"/>
        </w:numPr>
        <w:rPr>
          <w:rFonts w:ascii="Palemonas" w:hAnsi="Palemonas" w:cs="Palemonas"/>
          <w:sz w:val="24"/>
          <w:szCs w:val="24"/>
          <w:lang w:val="lt-LT"/>
        </w:rPr>
      </w:pPr>
    </w:p>
    <w:p w14:paraId="7D86CAB1" w14:textId="254DA1E2" w:rsidR="0065658C" w:rsidRPr="007D6A9D" w:rsidRDefault="0095740E" w:rsidP="00381D0D">
      <w:pPr>
        <w:pStyle w:val="ListBullet"/>
        <w:ind w:left="0" w:right="-518" w:firstLine="0"/>
        <w:jc w:val="both"/>
        <w:rPr>
          <w:rFonts w:ascii="Palemonas" w:hAnsi="Palemonas" w:cs="Palemonas"/>
          <w:sz w:val="24"/>
          <w:szCs w:val="24"/>
          <w:lang w:val="lt-LT"/>
        </w:rPr>
      </w:pPr>
      <w:r w:rsidRPr="007D6A9D">
        <w:rPr>
          <w:rFonts w:ascii="Palemonas" w:hAnsi="Palemonas" w:cs="Palemonas"/>
          <w:sz w:val="24"/>
          <w:szCs w:val="24"/>
          <w:lang w:val="lt-LT"/>
        </w:rPr>
        <w:t xml:space="preserve">Tiekėjas turi </w:t>
      </w:r>
      <w:r w:rsidR="00F94E32" w:rsidRPr="007D6A9D">
        <w:rPr>
          <w:rFonts w:ascii="Palemonas" w:hAnsi="Palemonas" w:cs="Palemonas"/>
          <w:sz w:val="24"/>
          <w:szCs w:val="24"/>
          <w:lang w:val="lt-LT"/>
        </w:rPr>
        <w:t xml:space="preserve">įrangą </w:t>
      </w:r>
      <w:r w:rsidRPr="007D6A9D">
        <w:rPr>
          <w:rFonts w:ascii="Palemonas" w:hAnsi="Palemonas" w:cs="Palemonas"/>
          <w:sz w:val="24"/>
          <w:szCs w:val="24"/>
          <w:lang w:val="lt-LT"/>
        </w:rPr>
        <w:t>pristatyti</w:t>
      </w:r>
      <w:r w:rsidR="00F94E32" w:rsidRPr="007D6A9D">
        <w:rPr>
          <w:rFonts w:ascii="Palemonas" w:hAnsi="Palemonas" w:cs="Palemonas"/>
          <w:sz w:val="24"/>
          <w:szCs w:val="24"/>
          <w:lang w:val="lt-LT"/>
        </w:rPr>
        <w:t xml:space="preserve"> </w:t>
      </w:r>
      <w:r w:rsidRPr="007D6A9D">
        <w:rPr>
          <w:rFonts w:ascii="Palemonas" w:hAnsi="Palemonas" w:cs="Palemonas"/>
          <w:sz w:val="24"/>
          <w:szCs w:val="24"/>
          <w:lang w:val="lt-LT"/>
        </w:rPr>
        <w:t>ir perduoti ją naudoti perkančiajai organizacijai</w:t>
      </w:r>
      <w:r w:rsidR="001601BE" w:rsidRPr="007D6A9D">
        <w:rPr>
          <w:rFonts w:ascii="Palemonas" w:hAnsi="Palemonas" w:cs="Palemonas"/>
          <w:sz w:val="24"/>
          <w:szCs w:val="24"/>
          <w:lang w:val="lt-LT"/>
        </w:rPr>
        <w:t>, adresu Ganyklų g. 2, Palanga, LT-00132.</w:t>
      </w:r>
    </w:p>
    <w:p w14:paraId="371AF16C" w14:textId="77777777" w:rsidR="0065658C" w:rsidRPr="007D6A9D" w:rsidRDefault="0095740E" w:rsidP="00381D0D">
      <w:pPr>
        <w:pStyle w:val="ListBullet"/>
        <w:ind w:left="0" w:right="-518" w:firstLine="0"/>
        <w:jc w:val="both"/>
        <w:rPr>
          <w:rFonts w:ascii="Palemonas" w:hAnsi="Palemonas" w:cs="Palemonas"/>
          <w:sz w:val="24"/>
          <w:szCs w:val="24"/>
          <w:lang w:val="lt-LT"/>
        </w:rPr>
      </w:pPr>
      <w:r w:rsidRPr="007D6A9D">
        <w:rPr>
          <w:rFonts w:ascii="Palemonas" w:hAnsi="Palemonas" w:cs="Palemonas"/>
          <w:sz w:val="24"/>
          <w:szCs w:val="24"/>
          <w:lang w:val="lt-LT"/>
        </w:rPr>
        <w:t xml:space="preserve">Įranga turi būti suderinama su dažniausiai naudojamomis švietimo įstaigos darbo aplinkomis: Windows, Android, </w:t>
      </w:r>
      <w:proofErr w:type="spellStart"/>
      <w:r w:rsidRPr="007D6A9D">
        <w:rPr>
          <w:rFonts w:ascii="Palemonas" w:hAnsi="Palemonas" w:cs="Palemonas"/>
          <w:sz w:val="24"/>
          <w:szCs w:val="24"/>
          <w:lang w:val="lt-LT"/>
        </w:rPr>
        <w:t>macOS</w:t>
      </w:r>
      <w:proofErr w:type="spellEnd"/>
      <w:r w:rsidRPr="007D6A9D">
        <w:rPr>
          <w:rFonts w:ascii="Palemonas" w:hAnsi="Palemonas" w:cs="Palemonas"/>
          <w:sz w:val="24"/>
          <w:szCs w:val="24"/>
          <w:lang w:val="lt-LT"/>
        </w:rPr>
        <w:t xml:space="preserve">, </w:t>
      </w:r>
      <w:proofErr w:type="spellStart"/>
      <w:r w:rsidRPr="007D6A9D">
        <w:rPr>
          <w:rFonts w:ascii="Palemonas" w:hAnsi="Palemonas" w:cs="Palemonas"/>
          <w:sz w:val="24"/>
          <w:szCs w:val="24"/>
          <w:lang w:val="lt-LT"/>
        </w:rPr>
        <w:t>ChromeOS</w:t>
      </w:r>
      <w:proofErr w:type="spellEnd"/>
      <w:r w:rsidRPr="007D6A9D">
        <w:rPr>
          <w:rFonts w:ascii="Palemonas" w:hAnsi="Palemonas" w:cs="Palemonas"/>
          <w:sz w:val="24"/>
          <w:szCs w:val="24"/>
          <w:lang w:val="lt-LT"/>
        </w:rPr>
        <w:t xml:space="preserve"> / Google aplinka, Microsoft 365 ir Google paslaugomis, kai jos naudojamos per naršyklę ar įdiegtas programas.</w:t>
      </w:r>
    </w:p>
    <w:p w14:paraId="7E7507AC" w14:textId="39D51545" w:rsidR="00B65B98" w:rsidRPr="007D6A9D" w:rsidRDefault="0095740E" w:rsidP="00381D0D">
      <w:pPr>
        <w:pStyle w:val="ListBullet"/>
        <w:ind w:left="0" w:right="-518" w:firstLine="0"/>
        <w:jc w:val="both"/>
        <w:rPr>
          <w:rFonts w:ascii="Palemonas" w:hAnsi="Palemonas" w:cs="Palemonas"/>
          <w:sz w:val="24"/>
          <w:szCs w:val="24"/>
          <w:lang w:val="lt-LT"/>
        </w:rPr>
      </w:pPr>
      <w:r w:rsidRPr="007D6A9D">
        <w:rPr>
          <w:rFonts w:ascii="Palemonas" w:hAnsi="Palemonas" w:cs="Palemonas"/>
          <w:sz w:val="24"/>
          <w:szCs w:val="24"/>
          <w:lang w:val="lt-LT"/>
        </w:rPr>
        <w:t>Įranga turi užtikrinti stabilų darbą kasdienėje klasės aplinkoje, įskaitant daugialypį lietimą, rašymą pasyviu rašikliu ir pirštu, garso atkūrimą, mikrofonų naudojimą nuotoliniams susitikimams ir turinio bendrinimą.</w:t>
      </w:r>
    </w:p>
    <w:p w14:paraId="2624D640" w14:textId="77777777" w:rsidR="0065658C" w:rsidRPr="007D6A9D" w:rsidRDefault="0095740E" w:rsidP="00381D0D">
      <w:pPr>
        <w:pStyle w:val="ListBullet"/>
        <w:ind w:left="0" w:right="-518" w:firstLine="0"/>
        <w:jc w:val="both"/>
        <w:rPr>
          <w:rFonts w:ascii="Palemonas" w:hAnsi="Palemonas" w:cs="Palemonas"/>
          <w:sz w:val="24"/>
          <w:szCs w:val="24"/>
          <w:lang w:val="lt-LT"/>
        </w:rPr>
      </w:pPr>
      <w:r w:rsidRPr="007D6A9D">
        <w:rPr>
          <w:rFonts w:ascii="Palemonas" w:hAnsi="Palemonas" w:cs="Palemonas"/>
          <w:sz w:val="24"/>
          <w:szCs w:val="24"/>
          <w:lang w:val="lt-LT"/>
        </w:rPr>
        <w:t>Reikalavimai formuluojami kaip minimalūs, objektyviai patikrinami parametrai. Pasiūlyta įranga gali būti geresnių parametrų, jei ji neblogina naudojimo funkcionalumo ir atitinka visus privalomus reikalavimus.</w:t>
      </w:r>
    </w:p>
    <w:p w14:paraId="143B0A4D" w14:textId="77777777" w:rsidR="0065658C" w:rsidRPr="007D6A9D" w:rsidRDefault="0095740E" w:rsidP="00381D0D">
      <w:pPr>
        <w:pStyle w:val="ListBullet"/>
        <w:ind w:left="0" w:right="-518" w:firstLine="0"/>
        <w:jc w:val="both"/>
        <w:rPr>
          <w:rFonts w:ascii="Palemonas" w:hAnsi="Palemonas" w:cs="Palemonas"/>
          <w:sz w:val="24"/>
          <w:szCs w:val="24"/>
          <w:lang w:val="lt-LT"/>
        </w:rPr>
      </w:pPr>
      <w:r w:rsidRPr="007D6A9D">
        <w:rPr>
          <w:rFonts w:ascii="Palemonas" w:hAnsi="Palemonas" w:cs="Palemonas"/>
          <w:sz w:val="24"/>
          <w:szCs w:val="24"/>
          <w:lang w:val="lt-LT"/>
        </w:rPr>
        <w:t>Techniniai duomenys turi būti pagrįsti oficialia gamintojo dokumentacija, duomenų lapais, atitikties deklaracijomis, sertifikatais arba kitais objektyviais įrodymais.</w:t>
      </w:r>
    </w:p>
    <w:p w14:paraId="3806DF4D" w14:textId="77777777" w:rsidR="0065658C" w:rsidRPr="007D6A9D" w:rsidRDefault="0095740E" w:rsidP="00381D0D">
      <w:pPr>
        <w:pStyle w:val="ListBullet"/>
        <w:ind w:left="0" w:right="-518" w:firstLine="0"/>
        <w:jc w:val="both"/>
        <w:rPr>
          <w:rFonts w:ascii="Palemonas" w:hAnsi="Palemonas" w:cs="Palemonas"/>
          <w:sz w:val="24"/>
          <w:szCs w:val="24"/>
          <w:lang w:val="lt-LT"/>
        </w:rPr>
      </w:pPr>
      <w:r w:rsidRPr="007D6A9D">
        <w:rPr>
          <w:rFonts w:ascii="Palemonas" w:hAnsi="Palemonas" w:cs="Palemonas"/>
          <w:sz w:val="24"/>
          <w:szCs w:val="24"/>
          <w:lang w:val="lt-LT"/>
        </w:rPr>
        <w:t>Pasiūlymo vertinimui tiekėjas turi pateikti užpildytą atitikties lentelę, kurioje aiškiai nurodyta siūlomo modelio reikšmė, dokumento šaltinis ir nuoroda į puslapį ar punktą.</w:t>
      </w:r>
    </w:p>
    <w:p w14:paraId="30E71306" w14:textId="58806868" w:rsidR="00080944" w:rsidRPr="007D6A9D" w:rsidRDefault="00080944" w:rsidP="00381D0D">
      <w:pPr>
        <w:pStyle w:val="ListBullet"/>
        <w:numPr>
          <w:ilvl w:val="0"/>
          <w:numId w:val="10"/>
        </w:numPr>
        <w:ind w:left="284" w:hanging="284"/>
        <w:rPr>
          <w:rFonts w:ascii="Palemonas" w:hAnsi="Palemonas" w:cs="Palemonas"/>
          <w:b/>
          <w:bCs/>
          <w:sz w:val="24"/>
          <w:szCs w:val="24"/>
          <w:lang w:val="lt-LT"/>
        </w:rPr>
      </w:pPr>
      <w:r w:rsidRPr="007D6A9D">
        <w:rPr>
          <w:rFonts w:ascii="Palemonas" w:hAnsi="Palemonas" w:cs="Palemonas"/>
          <w:b/>
          <w:bCs/>
          <w:sz w:val="24"/>
          <w:szCs w:val="24"/>
          <w:lang w:val="lt-LT"/>
        </w:rPr>
        <w:t>Pagrindimas dėl atsisakymo pirkti iš CPO katalogo</w:t>
      </w:r>
    </w:p>
    <w:p w14:paraId="182BD39F" w14:textId="2C239909" w:rsidR="00462C80" w:rsidRPr="007D6A9D" w:rsidRDefault="00080944" w:rsidP="00381D0D">
      <w:pPr>
        <w:pStyle w:val="ListBullet"/>
        <w:numPr>
          <w:ilvl w:val="0"/>
          <w:numId w:val="11"/>
        </w:numPr>
        <w:ind w:left="0" w:right="-518" w:firstLine="0"/>
        <w:jc w:val="both"/>
        <w:rPr>
          <w:rFonts w:ascii="Palemonas" w:hAnsi="Palemonas" w:cs="Palemonas"/>
          <w:sz w:val="24"/>
          <w:szCs w:val="24"/>
          <w:lang w:val="lt-LT"/>
        </w:rPr>
      </w:pPr>
      <w:r w:rsidRPr="007D6A9D">
        <w:rPr>
          <w:rFonts w:ascii="Palemonas" w:hAnsi="Palemonas" w:cs="Palemonas"/>
          <w:sz w:val="24"/>
          <w:szCs w:val="24"/>
          <w:lang w:val="lt-LT"/>
        </w:rPr>
        <w:t>Pirkimo dokumentuose nurodytų prekių, interaktyvių ekranų, nėra galimybės pirkti iš CPO katalogo, nes jame jų nėra pasiūlyta.</w:t>
      </w:r>
    </w:p>
    <w:p w14:paraId="20E1D549" w14:textId="758791BB" w:rsidR="00462C80" w:rsidRPr="007D6A9D" w:rsidRDefault="00462C80" w:rsidP="00381D0D">
      <w:pPr>
        <w:pStyle w:val="ListBullet"/>
        <w:numPr>
          <w:ilvl w:val="0"/>
          <w:numId w:val="10"/>
        </w:numPr>
        <w:ind w:left="0" w:firstLine="0"/>
        <w:rPr>
          <w:rFonts w:ascii="Palemonas" w:hAnsi="Palemonas" w:cs="Palemonas"/>
          <w:b/>
          <w:bCs/>
          <w:sz w:val="24"/>
          <w:szCs w:val="24"/>
          <w:lang w:val="lt-LT"/>
        </w:rPr>
      </w:pPr>
      <w:r w:rsidRPr="007D6A9D">
        <w:rPr>
          <w:rFonts w:ascii="Palemonas" w:hAnsi="Palemonas" w:cs="Palemonas"/>
          <w:b/>
          <w:bCs/>
          <w:sz w:val="24"/>
          <w:szCs w:val="24"/>
          <w:lang w:val="lt-LT"/>
        </w:rPr>
        <w:t>Aplinkosauginiai kriterijai</w:t>
      </w:r>
    </w:p>
    <w:p w14:paraId="527F37AC" w14:textId="5FD9DFD3" w:rsidR="00D84E6B" w:rsidRPr="007D6A9D" w:rsidRDefault="00D84E6B" w:rsidP="00381D0D">
      <w:pPr>
        <w:pStyle w:val="ListBullet"/>
        <w:numPr>
          <w:ilvl w:val="0"/>
          <w:numId w:val="0"/>
        </w:numPr>
        <w:ind w:right="-518"/>
        <w:jc w:val="both"/>
        <w:rPr>
          <w:rFonts w:ascii="Palemonas" w:hAnsi="Palemonas" w:cs="Palemonas"/>
          <w:sz w:val="24"/>
          <w:szCs w:val="24"/>
          <w:lang w:val="lt-LT"/>
        </w:rPr>
      </w:pPr>
      <w:r w:rsidRPr="007D6A9D">
        <w:rPr>
          <w:rFonts w:ascii="Palemonas" w:hAnsi="Palemonas" w:cs="Palemonas"/>
          <w:sz w:val="24"/>
          <w:szCs w:val="24"/>
          <w:lang w:val="lt-LT"/>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 papunkčiu.</w:t>
      </w:r>
    </w:p>
    <w:p w14:paraId="4708B3A5" w14:textId="2F709179" w:rsidR="00D84E6B" w:rsidRPr="007D6A9D" w:rsidRDefault="00D84E6B" w:rsidP="00381D0D">
      <w:pPr>
        <w:pStyle w:val="ListBullet"/>
        <w:tabs>
          <w:tab w:val="clear" w:pos="360"/>
          <w:tab w:val="num" w:pos="0"/>
        </w:tabs>
        <w:ind w:left="0" w:right="-518" w:firstLine="0"/>
        <w:jc w:val="both"/>
        <w:rPr>
          <w:rFonts w:ascii="Palemonas" w:hAnsi="Palemonas" w:cs="Palemonas"/>
          <w:sz w:val="24"/>
          <w:szCs w:val="24"/>
          <w:lang w:val="lt-LT"/>
        </w:rPr>
      </w:pPr>
      <w:r w:rsidRPr="007D6A9D">
        <w:rPr>
          <w:rFonts w:ascii="Palemonas" w:hAnsi="Palemonas" w:cs="Palemonas"/>
          <w:sz w:val="24"/>
          <w:szCs w:val="24"/>
          <w:lang w:val="lt-LT"/>
        </w:rPr>
        <w:t>mažinti popieriaus sunaudojimą, atsisakyti nebūtino dokumentų kopijavimo ir spausdinimo, rengiama dokumentacija, prekių perdavimo – priėmimo aktai Pirkėjui turi būti pateikti tik elektroniniu formatu, o dokumentacija, kuri turi būti pasirašoma ir prekių perdavimo – priėmimo aktai turi būti pasirašomi elektroniniu parašu. Esant būtinybei spausdinti, naudojamas perdirbtas popierius, kuris atitinka žaliojo pirkimo reikalavimus, patvirtintus Tvarkos apraše;</w:t>
      </w:r>
    </w:p>
    <w:p w14:paraId="33E089FF" w14:textId="6D3AC85A" w:rsidR="00D84E6B" w:rsidRPr="007D6A9D" w:rsidRDefault="00D84E6B" w:rsidP="00381D0D">
      <w:pPr>
        <w:pStyle w:val="ListBullet"/>
        <w:tabs>
          <w:tab w:val="clear" w:pos="360"/>
          <w:tab w:val="num" w:pos="0"/>
        </w:tabs>
        <w:ind w:left="0" w:right="-518" w:firstLine="0"/>
        <w:jc w:val="both"/>
        <w:rPr>
          <w:rFonts w:ascii="Palemonas" w:hAnsi="Palemonas" w:cs="Palemonas"/>
          <w:sz w:val="24"/>
          <w:szCs w:val="24"/>
          <w:lang w:val="lt-LT"/>
        </w:rPr>
      </w:pPr>
      <w:r w:rsidRPr="007D6A9D">
        <w:rPr>
          <w:rFonts w:ascii="Palemonas" w:hAnsi="Palemonas" w:cs="Palemonas"/>
          <w:sz w:val="24"/>
          <w:szCs w:val="24"/>
          <w:lang w:val="lt-LT"/>
        </w:rPr>
        <w:t>jeigu pristatomos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7D6A9D">
        <w:rPr>
          <w:rFonts w:ascii="Palemonas" w:hAnsi="Palemonas" w:cs="Palemonas"/>
          <w:sz w:val="24"/>
          <w:szCs w:val="24"/>
          <w:lang w:val="lt-LT"/>
        </w:rPr>
        <w:t>perdirbamumą</w:t>
      </w:r>
      <w:proofErr w:type="spellEnd"/>
      <w:r w:rsidRPr="007D6A9D">
        <w:rPr>
          <w:rFonts w:ascii="Palemonas" w:hAnsi="Palemonas" w:cs="Palemonas"/>
          <w:sz w:val="24"/>
          <w:szCs w:val="24"/>
          <w:lang w:val="lt-LT"/>
        </w:rPr>
        <w:t>) patvirtinančius dokumentus (pavyzdžiui, pakuotės aprašymo dokumentą, techninį dokumentą, dokumentą iš akredituotų laboratorijų ar pakuočių atliekų perdirbėjų, ar eksportuotojų iš tvarkytojų sąrašo, ar kitus lygiaverčius objektyvius įrodymus);</w:t>
      </w:r>
    </w:p>
    <w:p w14:paraId="481AD94C" w14:textId="286AA1BA" w:rsidR="00D84E6B" w:rsidRPr="007D6A9D" w:rsidRDefault="00D84E6B" w:rsidP="00381D0D">
      <w:pPr>
        <w:pStyle w:val="ListBullet"/>
        <w:tabs>
          <w:tab w:val="clear" w:pos="360"/>
          <w:tab w:val="num" w:pos="0"/>
        </w:tabs>
        <w:ind w:left="0" w:right="-518" w:firstLine="0"/>
        <w:jc w:val="both"/>
        <w:rPr>
          <w:rFonts w:ascii="Palemonas" w:hAnsi="Palemonas" w:cs="Palemonas"/>
          <w:sz w:val="24"/>
          <w:szCs w:val="24"/>
          <w:lang w:val="lt-LT"/>
        </w:rPr>
      </w:pPr>
      <w:r w:rsidRPr="007D6A9D">
        <w:rPr>
          <w:rFonts w:ascii="Palemonas" w:hAnsi="Palemonas" w:cs="Palemonas"/>
          <w:sz w:val="24"/>
          <w:szCs w:val="24"/>
          <w:lang w:val="lt-LT"/>
        </w:rPr>
        <w:lastRenderedPageBreak/>
        <w:t>siekti, kad prekėms pristatyti į prekių pristatymo vietą būtų pasirinktas optimalus maršrutas;</w:t>
      </w:r>
    </w:p>
    <w:p w14:paraId="6EE3A7ED" w14:textId="47098865" w:rsidR="00D84E6B" w:rsidRPr="007D6A9D" w:rsidRDefault="00D84E6B" w:rsidP="00381D0D">
      <w:pPr>
        <w:pStyle w:val="ListBullet"/>
        <w:numPr>
          <w:ilvl w:val="0"/>
          <w:numId w:val="12"/>
        </w:numPr>
        <w:ind w:left="0" w:right="-518" w:firstLine="0"/>
        <w:jc w:val="both"/>
        <w:rPr>
          <w:rFonts w:ascii="Palemonas" w:hAnsi="Palemonas" w:cs="Palemonas"/>
          <w:sz w:val="24"/>
          <w:szCs w:val="24"/>
          <w:lang w:val="lt-LT"/>
        </w:rPr>
      </w:pPr>
      <w:r w:rsidRPr="007D6A9D">
        <w:rPr>
          <w:rFonts w:ascii="Palemonas" w:hAnsi="Palemonas" w:cs="Palemonas"/>
          <w:sz w:val="24"/>
          <w:szCs w:val="24"/>
          <w:lang w:val="lt-LT"/>
        </w:rPr>
        <w:t>siekti pristatyti prekes ne piko valandomis.</w:t>
      </w:r>
    </w:p>
    <w:p w14:paraId="3E368D8F" w14:textId="11B9FB57" w:rsidR="001601BE" w:rsidRPr="007D6A9D" w:rsidRDefault="00D84E6B" w:rsidP="00381D0D">
      <w:pPr>
        <w:pStyle w:val="Heading1"/>
        <w:spacing w:before="120" w:after="120"/>
        <w:rPr>
          <w:rFonts w:ascii="Palemonas" w:hAnsi="Palemonas" w:cs="Palemonas"/>
          <w:sz w:val="24"/>
          <w:szCs w:val="24"/>
          <w:lang w:val="lt-LT"/>
        </w:rPr>
      </w:pPr>
      <w:r w:rsidRPr="007D6A9D">
        <w:rPr>
          <w:rFonts w:ascii="Palemonas" w:hAnsi="Palemonas" w:cs="Palemonas"/>
          <w:color w:val="auto"/>
          <w:sz w:val="24"/>
          <w:szCs w:val="24"/>
          <w:lang w:val="lt-LT"/>
        </w:rPr>
        <w:t>4</w:t>
      </w:r>
      <w:r w:rsidR="001601BE" w:rsidRPr="007D6A9D">
        <w:rPr>
          <w:rFonts w:ascii="Palemonas" w:hAnsi="Palemonas" w:cs="Palemonas"/>
          <w:color w:val="auto"/>
          <w:sz w:val="24"/>
          <w:szCs w:val="24"/>
          <w:lang w:val="lt-LT"/>
        </w:rPr>
        <w:t>. Reikalavimai tiekėjui ir pateikiamiems dokumentams</w:t>
      </w:r>
    </w:p>
    <w:p w14:paraId="4DE18F8C" w14:textId="77777777" w:rsidR="001601BE" w:rsidRPr="007D6A9D" w:rsidRDefault="001601BE" w:rsidP="00381D0D">
      <w:pPr>
        <w:pStyle w:val="ListBullet"/>
        <w:ind w:right="-518"/>
        <w:jc w:val="both"/>
        <w:rPr>
          <w:rFonts w:ascii="Palemonas" w:hAnsi="Palemonas" w:cs="Palemonas"/>
          <w:sz w:val="24"/>
          <w:szCs w:val="24"/>
          <w:lang w:val="lt-LT"/>
        </w:rPr>
      </w:pPr>
      <w:r w:rsidRPr="007D6A9D">
        <w:rPr>
          <w:rFonts w:ascii="Palemonas" w:hAnsi="Palemonas" w:cs="Palemonas"/>
          <w:sz w:val="24"/>
          <w:szCs w:val="24"/>
          <w:lang w:val="lt-LT"/>
        </w:rPr>
        <w:t>Oficialus gamintojo techninis aprašas arba duomenų lapas, kuriame matomi pagrindiniai siūlomo modelio parametrai.</w:t>
      </w:r>
    </w:p>
    <w:p w14:paraId="614CDD93" w14:textId="77777777" w:rsidR="001601BE" w:rsidRPr="007D6A9D" w:rsidRDefault="001601BE" w:rsidP="00381D0D">
      <w:pPr>
        <w:pStyle w:val="ListBullet"/>
        <w:ind w:right="-518"/>
        <w:jc w:val="both"/>
        <w:rPr>
          <w:rFonts w:ascii="Palemonas" w:hAnsi="Palemonas" w:cs="Palemonas"/>
          <w:sz w:val="24"/>
          <w:szCs w:val="24"/>
          <w:lang w:val="lt-LT"/>
        </w:rPr>
      </w:pPr>
      <w:r w:rsidRPr="007D6A9D">
        <w:rPr>
          <w:rFonts w:ascii="Palemonas" w:hAnsi="Palemonas" w:cs="Palemonas"/>
          <w:sz w:val="24"/>
          <w:szCs w:val="24"/>
          <w:lang w:val="lt-LT"/>
        </w:rPr>
        <w:t>Užpildyta atitikties lentelė, nurodant kiekvieno parametro faktinę reikšmę ir dokumento vietą, kur tai patvirtinama.</w:t>
      </w:r>
    </w:p>
    <w:p w14:paraId="5CDD49EF" w14:textId="77777777" w:rsidR="001601BE" w:rsidRPr="007D6A9D" w:rsidRDefault="001601BE" w:rsidP="00381D0D">
      <w:pPr>
        <w:pStyle w:val="ListBullet"/>
        <w:ind w:right="-518"/>
        <w:jc w:val="both"/>
        <w:rPr>
          <w:rFonts w:ascii="Palemonas" w:hAnsi="Palemonas" w:cs="Palemonas"/>
          <w:sz w:val="24"/>
          <w:szCs w:val="24"/>
          <w:lang w:val="lt-LT"/>
        </w:rPr>
      </w:pPr>
      <w:r w:rsidRPr="007D6A9D">
        <w:rPr>
          <w:rFonts w:ascii="Palemonas" w:hAnsi="Palemonas" w:cs="Palemonas"/>
          <w:sz w:val="24"/>
          <w:szCs w:val="24"/>
          <w:lang w:val="lt-LT"/>
        </w:rPr>
        <w:t>CE atitikties deklaracija ar lygiavertis dokumentas, jei taikoma pagal įrangos tipą.</w:t>
      </w:r>
    </w:p>
    <w:p w14:paraId="306A477E" w14:textId="77777777" w:rsidR="001601BE" w:rsidRPr="007D6A9D" w:rsidRDefault="001601BE" w:rsidP="00381D0D">
      <w:pPr>
        <w:pStyle w:val="ListBullet"/>
        <w:ind w:right="-518"/>
        <w:jc w:val="both"/>
        <w:rPr>
          <w:rFonts w:ascii="Palemonas" w:hAnsi="Palemonas" w:cs="Palemonas"/>
          <w:sz w:val="24"/>
          <w:szCs w:val="24"/>
          <w:lang w:val="lt-LT"/>
        </w:rPr>
      </w:pPr>
      <w:r w:rsidRPr="007D6A9D">
        <w:rPr>
          <w:rFonts w:ascii="Palemonas" w:hAnsi="Palemonas" w:cs="Palemonas"/>
          <w:sz w:val="24"/>
          <w:szCs w:val="24"/>
          <w:lang w:val="lt-LT"/>
        </w:rPr>
        <w:t>Garantijos sąlygų aprašymas ir gamintojo / tiekėjo aptarnavimo kontaktai Lietuvoje arba ES.</w:t>
      </w:r>
    </w:p>
    <w:p w14:paraId="7845754D" w14:textId="77777777" w:rsidR="001601BE" w:rsidRPr="007D6A9D" w:rsidRDefault="001601BE" w:rsidP="00381D0D">
      <w:pPr>
        <w:pStyle w:val="ListBullet"/>
        <w:ind w:right="-518"/>
        <w:jc w:val="both"/>
        <w:rPr>
          <w:rFonts w:ascii="Palemonas" w:hAnsi="Palemonas" w:cs="Palemonas"/>
          <w:sz w:val="24"/>
          <w:szCs w:val="24"/>
          <w:lang w:val="lt-LT"/>
        </w:rPr>
      </w:pPr>
      <w:r w:rsidRPr="007D6A9D">
        <w:rPr>
          <w:rFonts w:ascii="Palemonas" w:hAnsi="Palemonas" w:cs="Palemonas"/>
          <w:sz w:val="24"/>
          <w:szCs w:val="24"/>
          <w:lang w:val="lt-LT"/>
        </w:rPr>
        <w:t>Montavimo, paleidimo ir naudotojų instrukcijos lietuvių arba anglų kalba.</w:t>
      </w:r>
    </w:p>
    <w:p w14:paraId="1BB20495" w14:textId="77777777" w:rsidR="001601BE" w:rsidRPr="007D6A9D" w:rsidRDefault="001601BE" w:rsidP="00381D0D">
      <w:pPr>
        <w:pStyle w:val="ListBullet"/>
        <w:rPr>
          <w:rFonts w:ascii="Palemonas" w:hAnsi="Palemonas" w:cs="Palemonas"/>
          <w:sz w:val="24"/>
          <w:szCs w:val="24"/>
          <w:lang w:val="lt-LT"/>
        </w:rPr>
      </w:pPr>
      <w:r w:rsidRPr="007D6A9D">
        <w:rPr>
          <w:rFonts w:ascii="Palemonas" w:hAnsi="Palemonas" w:cs="Palemonas"/>
          <w:sz w:val="24"/>
          <w:szCs w:val="24"/>
          <w:lang w:val="lt-LT"/>
        </w:rPr>
        <w:t>Jei siūlomas lygiavertis sprendimas, tiekėjas turi pateikti lygiavertiškumo pagrindimą.</w:t>
      </w:r>
    </w:p>
    <w:p w14:paraId="17669A7A" w14:textId="42798290" w:rsidR="001601BE" w:rsidRPr="00381D0D" w:rsidRDefault="00D84E6B" w:rsidP="00381D0D">
      <w:pPr>
        <w:pStyle w:val="Heading1"/>
        <w:rPr>
          <w:rFonts w:ascii="Palemonas" w:hAnsi="Palemonas" w:cs="Palemonas"/>
          <w:color w:val="auto"/>
          <w:sz w:val="24"/>
          <w:szCs w:val="24"/>
          <w:lang w:val="lt-LT"/>
        </w:rPr>
      </w:pPr>
      <w:r w:rsidRPr="00381D0D">
        <w:rPr>
          <w:rFonts w:ascii="Palemonas" w:hAnsi="Palemonas" w:cs="Palemonas"/>
          <w:color w:val="auto"/>
          <w:sz w:val="24"/>
          <w:szCs w:val="24"/>
          <w:lang w:val="lt-LT"/>
        </w:rPr>
        <w:t>5</w:t>
      </w:r>
      <w:r w:rsidR="001601BE" w:rsidRPr="00381D0D">
        <w:rPr>
          <w:rFonts w:ascii="Palemonas" w:hAnsi="Palemonas" w:cs="Palemonas"/>
          <w:color w:val="auto"/>
          <w:sz w:val="24"/>
          <w:szCs w:val="24"/>
          <w:lang w:val="lt-LT"/>
        </w:rPr>
        <w:t>. Pristatymas, montavimas ir paleidimas</w:t>
      </w:r>
    </w:p>
    <w:p w14:paraId="564105B2" w14:textId="28DF9443" w:rsidR="001601BE" w:rsidRPr="00381D0D" w:rsidRDefault="001601BE" w:rsidP="00381D0D">
      <w:pPr>
        <w:pStyle w:val="ListBullet"/>
        <w:ind w:right="-518"/>
        <w:jc w:val="both"/>
        <w:rPr>
          <w:rFonts w:ascii="Palemonas" w:hAnsi="Palemonas" w:cs="Palemonas"/>
          <w:sz w:val="24"/>
          <w:szCs w:val="24"/>
          <w:lang w:val="lt-LT"/>
        </w:rPr>
      </w:pPr>
      <w:r w:rsidRPr="00381D0D">
        <w:rPr>
          <w:rFonts w:ascii="Palemonas" w:hAnsi="Palemonas" w:cs="Palemonas"/>
          <w:sz w:val="24"/>
          <w:szCs w:val="24"/>
          <w:lang w:val="lt-LT"/>
        </w:rPr>
        <w:t>Įranga pristatoma perkančiosios organizacijos adresu Ganyklų g. 2, Palanga, LT-00132, saugiai supakuota ir be transportavimo pažeidimų.</w:t>
      </w:r>
    </w:p>
    <w:p w14:paraId="17847387" w14:textId="77777777" w:rsidR="001601BE" w:rsidRPr="00381D0D" w:rsidRDefault="001601BE" w:rsidP="00381D0D">
      <w:pPr>
        <w:pStyle w:val="ListBullet"/>
        <w:ind w:right="-518"/>
        <w:jc w:val="both"/>
        <w:rPr>
          <w:rFonts w:ascii="Palemonas" w:hAnsi="Palemonas" w:cs="Palemonas"/>
          <w:sz w:val="24"/>
          <w:szCs w:val="24"/>
          <w:lang w:val="lt-LT"/>
        </w:rPr>
      </w:pPr>
      <w:r w:rsidRPr="00381D0D">
        <w:rPr>
          <w:rFonts w:ascii="Palemonas" w:hAnsi="Palemonas" w:cs="Palemonas"/>
          <w:sz w:val="24"/>
          <w:szCs w:val="24"/>
          <w:lang w:val="lt-LT"/>
        </w:rPr>
        <w:t>Montavimo darbus atlieka pats pirkėjas su komplekte pateiktais sieniniais ekranų laikikliais.</w:t>
      </w:r>
    </w:p>
    <w:p w14:paraId="4F50D12B" w14:textId="77777777" w:rsidR="001601BE" w:rsidRPr="00381D0D" w:rsidRDefault="001601BE" w:rsidP="00381D0D">
      <w:pPr>
        <w:pStyle w:val="ListBullet"/>
        <w:ind w:right="-518"/>
        <w:jc w:val="both"/>
        <w:rPr>
          <w:rFonts w:ascii="Palemonas" w:hAnsi="Palemonas" w:cs="Palemonas"/>
          <w:sz w:val="24"/>
          <w:szCs w:val="24"/>
          <w:lang w:val="lt-LT"/>
        </w:rPr>
      </w:pPr>
      <w:r w:rsidRPr="00381D0D">
        <w:rPr>
          <w:rFonts w:ascii="Palemonas" w:hAnsi="Palemonas" w:cs="Palemonas"/>
          <w:sz w:val="24"/>
          <w:szCs w:val="24"/>
          <w:lang w:val="lt-LT"/>
        </w:rPr>
        <w:t>Tiekėjas perduoda perkančiajai organizacijai naudojimo pradžios instruktažą: įjungimas, prisijungimas, rašymas, ekrano bendrinimas, USB-C/HDMI prijungimas, naudotojų profiliai ir baziniai priežiūros veiksmai.</w:t>
      </w:r>
    </w:p>
    <w:p w14:paraId="6A753144" w14:textId="755B4815" w:rsidR="001601BE" w:rsidRPr="00381D0D" w:rsidRDefault="00D84E6B" w:rsidP="00381D0D">
      <w:pPr>
        <w:pStyle w:val="Heading1"/>
        <w:rPr>
          <w:rFonts w:ascii="Palemonas" w:hAnsi="Palemonas" w:cs="Palemonas"/>
          <w:color w:val="auto"/>
          <w:sz w:val="24"/>
          <w:szCs w:val="24"/>
          <w:lang w:val="lt-LT"/>
        </w:rPr>
      </w:pPr>
      <w:r>
        <w:rPr>
          <w:rFonts w:ascii="Palemonas" w:hAnsi="Palemonas" w:cs="Palemonas"/>
          <w:color w:val="auto"/>
          <w:sz w:val="24"/>
          <w:szCs w:val="24"/>
          <w:lang w:val="lt-LT"/>
        </w:rPr>
        <w:t>6</w:t>
      </w:r>
      <w:r w:rsidR="001601BE" w:rsidRPr="003034CE">
        <w:rPr>
          <w:rFonts w:ascii="Palemonas" w:hAnsi="Palemonas" w:cs="Palemonas"/>
          <w:color w:val="auto"/>
          <w:sz w:val="24"/>
          <w:szCs w:val="24"/>
          <w:lang w:val="lt-LT"/>
        </w:rPr>
        <w:t xml:space="preserve">. </w:t>
      </w:r>
      <w:r w:rsidR="001601BE" w:rsidRPr="00381D0D">
        <w:rPr>
          <w:rFonts w:ascii="Palemonas" w:hAnsi="Palemonas" w:cs="Palemonas"/>
          <w:color w:val="auto"/>
          <w:sz w:val="24"/>
          <w:szCs w:val="24"/>
          <w:lang w:val="lt-LT"/>
        </w:rPr>
        <w:t>Garantija ir techninis aptarnavimas</w:t>
      </w:r>
    </w:p>
    <w:p w14:paraId="2CEFE4F5" w14:textId="52C58800" w:rsidR="001601BE" w:rsidRPr="00381D0D" w:rsidRDefault="001601BE" w:rsidP="00381D0D">
      <w:pPr>
        <w:pStyle w:val="ListBullet"/>
        <w:ind w:right="-518"/>
        <w:jc w:val="both"/>
        <w:rPr>
          <w:rFonts w:ascii="Palemonas" w:hAnsi="Palemonas" w:cs="Palemonas"/>
          <w:sz w:val="24"/>
          <w:szCs w:val="24"/>
          <w:lang w:val="lt-LT"/>
        </w:rPr>
      </w:pPr>
      <w:r w:rsidRPr="00381D0D">
        <w:rPr>
          <w:rFonts w:ascii="Palemonas" w:hAnsi="Palemonas" w:cs="Palemonas"/>
          <w:sz w:val="24"/>
          <w:szCs w:val="24"/>
          <w:lang w:val="lt-LT"/>
        </w:rPr>
        <w:t>Garantijos trukmė - ne trumpesnė kaip 36 mėnesiai nuo priėmimo-perdavimo akto pasirašymo dienos</w:t>
      </w:r>
      <w:r w:rsidR="00C12E3F" w:rsidRPr="00381D0D">
        <w:rPr>
          <w:rFonts w:ascii="Palemonas" w:hAnsi="Palemonas" w:cs="Palemonas"/>
          <w:sz w:val="24"/>
          <w:szCs w:val="24"/>
          <w:lang w:val="lt-LT"/>
        </w:rPr>
        <w:t>.</w:t>
      </w:r>
    </w:p>
    <w:p w14:paraId="0A2F4A06" w14:textId="77777777" w:rsidR="001601BE" w:rsidRPr="00381D0D" w:rsidRDefault="001601BE" w:rsidP="00381D0D">
      <w:pPr>
        <w:pStyle w:val="ListBullet"/>
        <w:ind w:right="-518"/>
        <w:jc w:val="both"/>
        <w:rPr>
          <w:rFonts w:ascii="Palemonas" w:hAnsi="Palemonas" w:cs="Palemonas"/>
          <w:sz w:val="24"/>
          <w:szCs w:val="24"/>
          <w:lang w:val="lt-LT"/>
        </w:rPr>
      </w:pPr>
      <w:r w:rsidRPr="00381D0D">
        <w:rPr>
          <w:rFonts w:ascii="Palemonas" w:hAnsi="Palemonas" w:cs="Palemonas"/>
          <w:sz w:val="24"/>
          <w:szCs w:val="24"/>
          <w:lang w:val="lt-LT"/>
        </w:rPr>
        <w:t>Garantijos metu turi būti šalinami gamykliniai defektai, lietimo, vaizdo, garso, jungčių, integruotos sistemos ir programinės įrangos veikimo sutrikimai, kai jie atsiranda ne dėl netinkamo naudotojo elgesio.</w:t>
      </w:r>
    </w:p>
    <w:p w14:paraId="53377270" w14:textId="2BE4E729" w:rsidR="001601BE" w:rsidRPr="00381D0D" w:rsidRDefault="001601BE" w:rsidP="00381D0D">
      <w:pPr>
        <w:pStyle w:val="ListBullet"/>
        <w:ind w:right="-518"/>
        <w:jc w:val="both"/>
        <w:rPr>
          <w:rFonts w:ascii="Palemonas" w:hAnsi="Palemonas" w:cs="Palemonas"/>
          <w:sz w:val="24"/>
          <w:szCs w:val="24"/>
          <w:lang w:val="lt-LT"/>
        </w:rPr>
      </w:pPr>
      <w:r w:rsidRPr="00381D0D">
        <w:rPr>
          <w:rFonts w:ascii="Palemonas" w:hAnsi="Palemonas" w:cs="Palemonas"/>
          <w:sz w:val="24"/>
          <w:szCs w:val="24"/>
          <w:lang w:val="lt-LT"/>
        </w:rPr>
        <w:t xml:space="preserve">Gedimo registravimas turi būti galimas el. paštu arba per aptarnavimo sistemą. Reakcijos laikas - ne ilgiau kaip 2 darbo dienos, gedimo šalinimo terminas - ne ilgiau kaip </w:t>
      </w:r>
      <w:r w:rsidR="008F10D2" w:rsidRPr="00381D0D">
        <w:rPr>
          <w:rFonts w:ascii="Palemonas" w:hAnsi="Palemonas" w:cs="Palemonas"/>
          <w:sz w:val="24"/>
          <w:szCs w:val="24"/>
          <w:lang w:val="lt-LT"/>
        </w:rPr>
        <w:t>1</w:t>
      </w:r>
      <w:r w:rsidRPr="00381D0D">
        <w:rPr>
          <w:rFonts w:ascii="Palemonas" w:hAnsi="Palemonas" w:cs="Palemonas"/>
          <w:sz w:val="24"/>
          <w:szCs w:val="24"/>
          <w:lang w:val="lt-LT"/>
        </w:rPr>
        <w:t>0 darbo dienų, jei nereikia specialių gamintojo dalių.</w:t>
      </w:r>
    </w:p>
    <w:p w14:paraId="112E1D9D" w14:textId="18D4C7BF" w:rsidR="001601BE" w:rsidRPr="00381D0D" w:rsidRDefault="001601BE" w:rsidP="00381D0D">
      <w:pPr>
        <w:pStyle w:val="ListBullet"/>
        <w:ind w:right="-518"/>
        <w:jc w:val="both"/>
        <w:rPr>
          <w:rFonts w:ascii="Palemonas" w:hAnsi="Palemonas" w:cs="Palemonas"/>
          <w:sz w:val="24"/>
          <w:szCs w:val="24"/>
          <w:lang w:val="lt-LT"/>
        </w:rPr>
      </w:pPr>
      <w:r w:rsidRPr="00381D0D">
        <w:rPr>
          <w:rFonts w:ascii="Palemonas" w:hAnsi="Palemonas" w:cs="Palemonas"/>
          <w:sz w:val="24"/>
          <w:szCs w:val="24"/>
          <w:lang w:val="lt-LT"/>
        </w:rPr>
        <w:t xml:space="preserve">Jeigu remonto metu įranga negali būti naudojama ilgiau kaip </w:t>
      </w:r>
      <w:r w:rsidR="008F10D2" w:rsidRPr="00381D0D">
        <w:rPr>
          <w:rFonts w:ascii="Palemonas" w:hAnsi="Palemonas" w:cs="Palemonas"/>
          <w:sz w:val="24"/>
          <w:szCs w:val="24"/>
          <w:lang w:val="lt-LT"/>
        </w:rPr>
        <w:t>1</w:t>
      </w:r>
      <w:r w:rsidRPr="00381D0D">
        <w:rPr>
          <w:rFonts w:ascii="Palemonas" w:hAnsi="Palemonas" w:cs="Palemonas"/>
          <w:sz w:val="24"/>
          <w:szCs w:val="24"/>
          <w:lang w:val="lt-LT"/>
        </w:rPr>
        <w:t xml:space="preserve">0 darbo dienų, tiekėjas turi pasiūlyti laikiną lygiavertį sprendimą arba </w:t>
      </w:r>
      <w:r w:rsidR="008F10D2" w:rsidRPr="00381D0D">
        <w:rPr>
          <w:rFonts w:ascii="Palemonas" w:hAnsi="Palemonas" w:cs="Palemonas"/>
          <w:sz w:val="24"/>
          <w:szCs w:val="24"/>
          <w:lang w:val="lt-LT"/>
        </w:rPr>
        <w:t>pakeisti Prekes lygiavertėmis.</w:t>
      </w:r>
    </w:p>
    <w:p w14:paraId="7AB150B4" w14:textId="77777777" w:rsidR="001601BE" w:rsidRPr="00876D3C" w:rsidRDefault="001601BE">
      <w:pPr>
        <w:rPr>
          <w:rFonts w:ascii="Palemonas" w:hAnsi="Palemonas" w:cs="Palemonas"/>
          <w:lang w:val="lt-LT"/>
        </w:rPr>
        <w:sectPr w:rsidR="001601BE" w:rsidRPr="00876D3C">
          <w:headerReference w:type="default" r:id="rId8"/>
          <w:pgSz w:w="12240" w:h="15840"/>
          <w:pgMar w:top="1020" w:right="1134" w:bottom="907" w:left="1134" w:header="720" w:footer="720" w:gutter="0"/>
          <w:cols w:space="720"/>
          <w:docGrid w:linePitch="360"/>
        </w:sectPr>
      </w:pPr>
    </w:p>
    <w:p w14:paraId="7F721162" w14:textId="2A2CDAE6" w:rsidR="0065658C" w:rsidRPr="003034CE" w:rsidRDefault="008F10D2">
      <w:pPr>
        <w:pStyle w:val="Heading1"/>
        <w:rPr>
          <w:rFonts w:ascii="Palemonas" w:hAnsi="Palemonas" w:cs="Palemonas"/>
          <w:color w:val="auto"/>
          <w:sz w:val="24"/>
          <w:szCs w:val="24"/>
          <w:lang w:val="lt-LT"/>
        </w:rPr>
      </w:pPr>
      <w:r>
        <w:rPr>
          <w:rFonts w:ascii="Palemonas" w:hAnsi="Palemonas" w:cs="Palemonas"/>
          <w:color w:val="auto"/>
          <w:sz w:val="24"/>
          <w:szCs w:val="24"/>
          <w:lang w:val="lt-LT"/>
        </w:rPr>
        <w:lastRenderedPageBreak/>
        <w:t>7</w:t>
      </w:r>
      <w:r w:rsidR="0095740E" w:rsidRPr="003034CE">
        <w:rPr>
          <w:rFonts w:ascii="Palemonas" w:hAnsi="Palemonas" w:cs="Palemonas"/>
          <w:color w:val="auto"/>
          <w:sz w:val="24"/>
          <w:szCs w:val="24"/>
          <w:lang w:val="lt-LT"/>
        </w:rPr>
        <w:t xml:space="preserve"> Minimalūs techniniai reikalavimai</w:t>
      </w:r>
    </w:p>
    <w:p w14:paraId="5611D084" w14:textId="759F0A0B" w:rsidR="0065658C" w:rsidRPr="00876D3C" w:rsidRDefault="0095740E">
      <w:pPr>
        <w:jc w:val="both"/>
        <w:rPr>
          <w:rFonts w:ascii="Palemonas" w:hAnsi="Palemonas" w:cs="Palemonas"/>
          <w:lang w:val="lt-LT"/>
        </w:rPr>
      </w:pPr>
      <w:r w:rsidRPr="00876D3C">
        <w:rPr>
          <w:rFonts w:ascii="Palemonas" w:hAnsi="Palemonas" w:cs="Palemonas"/>
          <w:lang w:val="lt-LT"/>
        </w:rPr>
        <w:t xml:space="preserve">Žemiau pateikiami reikalavimai turi būti suprantami kaip minimalūs. </w:t>
      </w:r>
    </w:p>
    <w:tbl>
      <w:tblPr>
        <w:tblStyle w:val="TableGrid"/>
        <w:tblW w:w="10206"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552"/>
        <w:gridCol w:w="2551"/>
        <w:gridCol w:w="3827"/>
        <w:gridCol w:w="1276"/>
      </w:tblGrid>
      <w:tr w:rsidR="00613ED9" w:rsidRPr="00074779" w14:paraId="651A21F0" w14:textId="77777777" w:rsidTr="00613ED9">
        <w:trPr>
          <w:tblHeader/>
          <w:jc w:val="center"/>
        </w:trPr>
        <w:tc>
          <w:tcPr>
            <w:tcW w:w="2552" w:type="dxa"/>
            <w:shd w:val="clear" w:color="auto" w:fill="1F4E79"/>
            <w:tcMar>
              <w:top w:w="60" w:type="dxa"/>
              <w:left w:w="60" w:type="dxa"/>
              <w:bottom w:w="60" w:type="dxa"/>
              <w:right w:w="60" w:type="dxa"/>
            </w:tcMar>
            <w:vAlign w:val="center"/>
          </w:tcPr>
          <w:p w14:paraId="047931CC" w14:textId="77777777" w:rsidR="00613ED9" w:rsidRPr="00074779" w:rsidRDefault="00613ED9">
            <w:pPr>
              <w:rPr>
                <w:rFonts w:ascii="Palemonas" w:hAnsi="Palemonas" w:cs="Palemonas"/>
                <w:lang w:val="lt-LT"/>
              </w:rPr>
            </w:pPr>
            <w:r w:rsidRPr="00074779">
              <w:rPr>
                <w:rFonts w:ascii="Palemonas" w:hAnsi="Palemonas" w:cs="Palemonas"/>
                <w:b/>
                <w:color w:val="FFFFFF"/>
                <w:sz w:val="17"/>
                <w:lang w:val="lt-LT"/>
              </w:rPr>
              <w:t>Sritis</w:t>
            </w:r>
          </w:p>
        </w:tc>
        <w:tc>
          <w:tcPr>
            <w:tcW w:w="2551" w:type="dxa"/>
            <w:shd w:val="clear" w:color="auto" w:fill="1F4E79"/>
            <w:tcMar>
              <w:top w:w="60" w:type="dxa"/>
              <w:left w:w="60" w:type="dxa"/>
              <w:bottom w:w="60" w:type="dxa"/>
              <w:right w:w="60" w:type="dxa"/>
            </w:tcMar>
            <w:vAlign w:val="center"/>
          </w:tcPr>
          <w:p w14:paraId="38780A6B" w14:textId="77777777" w:rsidR="00613ED9" w:rsidRPr="00074779" w:rsidRDefault="00613ED9">
            <w:pPr>
              <w:rPr>
                <w:rFonts w:ascii="Palemonas" w:hAnsi="Palemonas" w:cs="Palemonas"/>
                <w:lang w:val="lt-LT"/>
              </w:rPr>
            </w:pPr>
            <w:r w:rsidRPr="00074779">
              <w:rPr>
                <w:rFonts w:ascii="Palemonas" w:hAnsi="Palemonas" w:cs="Palemonas"/>
                <w:b/>
                <w:color w:val="FFFFFF"/>
                <w:sz w:val="17"/>
                <w:lang w:val="lt-LT"/>
              </w:rPr>
              <w:t>Parametras</w:t>
            </w:r>
          </w:p>
        </w:tc>
        <w:tc>
          <w:tcPr>
            <w:tcW w:w="3827" w:type="dxa"/>
            <w:shd w:val="clear" w:color="auto" w:fill="1F4E79"/>
            <w:tcMar>
              <w:top w:w="60" w:type="dxa"/>
              <w:left w:w="60" w:type="dxa"/>
              <w:bottom w:w="60" w:type="dxa"/>
              <w:right w:w="60" w:type="dxa"/>
            </w:tcMar>
            <w:vAlign w:val="center"/>
          </w:tcPr>
          <w:p w14:paraId="70348442" w14:textId="77777777" w:rsidR="00613ED9" w:rsidRPr="00074779" w:rsidRDefault="00613ED9">
            <w:pPr>
              <w:rPr>
                <w:rFonts w:ascii="Palemonas" w:hAnsi="Palemonas" w:cs="Palemonas"/>
                <w:lang w:val="lt-LT"/>
              </w:rPr>
            </w:pPr>
            <w:r w:rsidRPr="00074779">
              <w:rPr>
                <w:rFonts w:ascii="Palemonas" w:hAnsi="Palemonas" w:cs="Palemonas"/>
                <w:b/>
                <w:color w:val="FFFFFF"/>
                <w:sz w:val="17"/>
                <w:lang w:val="lt-LT"/>
              </w:rPr>
              <w:t>Minimalus reikalavimas</w:t>
            </w:r>
          </w:p>
        </w:tc>
        <w:tc>
          <w:tcPr>
            <w:tcW w:w="1276" w:type="dxa"/>
            <w:shd w:val="clear" w:color="auto" w:fill="1F4E79"/>
            <w:tcMar>
              <w:top w:w="60" w:type="dxa"/>
              <w:left w:w="60" w:type="dxa"/>
              <w:bottom w:w="60" w:type="dxa"/>
              <w:right w:w="60" w:type="dxa"/>
            </w:tcMar>
            <w:vAlign w:val="center"/>
          </w:tcPr>
          <w:p w14:paraId="29C2CC91" w14:textId="77777777" w:rsidR="00613ED9" w:rsidRPr="00074779" w:rsidRDefault="00613ED9">
            <w:pPr>
              <w:rPr>
                <w:rFonts w:ascii="Palemonas" w:hAnsi="Palemonas" w:cs="Palemonas"/>
                <w:lang w:val="lt-LT"/>
              </w:rPr>
            </w:pPr>
            <w:r w:rsidRPr="00074779">
              <w:rPr>
                <w:rFonts w:ascii="Palemonas" w:hAnsi="Palemonas" w:cs="Palemonas"/>
                <w:b/>
                <w:color w:val="FFFFFF"/>
                <w:sz w:val="17"/>
                <w:lang w:val="lt-LT"/>
              </w:rPr>
              <w:t>Privalomumas</w:t>
            </w:r>
          </w:p>
        </w:tc>
      </w:tr>
      <w:tr w:rsidR="00613ED9" w:rsidRPr="00074779" w14:paraId="11BA66B2" w14:textId="77777777" w:rsidTr="00613ED9">
        <w:trPr>
          <w:jc w:val="center"/>
        </w:trPr>
        <w:tc>
          <w:tcPr>
            <w:tcW w:w="2552" w:type="dxa"/>
            <w:tcMar>
              <w:top w:w="50" w:type="dxa"/>
              <w:left w:w="50" w:type="dxa"/>
              <w:bottom w:w="50" w:type="dxa"/>
              <w:right w:w="50" w:type="dxa"/>
            </w:tcMar>
            <w:vAlign w:val="center"/>
          </w:tcPr>
          <w:p w14:paraId="3694D512" w14:textId="77777777" w:rsidR="00613ED9" w:rsidRPr="00074779" w:rsidRDefault="00613ED9">
            <w:pPr>
              <w:rPr>
                <w:rFonts w:ascii="Palemonas" w:hAnsi="Palemonas" w:cs="Palemonas"/>
                <w:lang w:val="lt-LT"/>
              </w:rPr>
            </w:pPr>
            <w:r w:rsidRPr="00074779">
              <w:rPr>
                <w:rFonts w:ascii="Palemonas" w:hAnsi="Palemonas" w:cs="Palemonas"/>
                <w:sz w:val="16"/>
                <w:lang w:val="lt-LT"/>
              </w:rPr>
              <w:t>Bendrieji reikalavimai</w:t>
            </w:r>
          </w:p>
        </w:tc>
        <w:tc>
          <w:tcPr>
            <w:tcW w:w="2551" w:type="dxa"/>
            <w:tcMar>
              <w:top w:w="50" w:type="dxa"/>
              <w:left w:w="50" w:type="dxa"/>
              <w:bottom w:w="50" w:type="dxa"/>
              <w:right w:w="50" w:type="dxa"/>
            </w:tcMar>
            <w:vAlign w:val="center"/>
          </w:tcPr>
          <w:p w14:paraId="06BEE810" w14:textId="77777777" w:rsidR="00613ED9" w:rsidRPr="00074779" w:rsidRDefault="00613ED9">
            <w:pPr>
              <w:rPr>
                <w:rFonts w:ascii="Palemonas" w:hAnsi="Palemonas" w:cs="Palemonas"/>
                <w:lang w:val="lt-LT"/>
              </w:rPr>
            </w:pPr>
            <w:r w:rsidRPr="00074779">
              <w:rPr>
                <w:rFonts w:ascii="Palemonas" w:hAnsi="Palemonas" w:cs="Palemonas"/>
                <w:sz w:val="16"/>
                <w:lang w:val="lt-LT"/>
              </w:rPr>
              <w:t>Įrangos tipas</w:t>
            </w:r>
          </w:p>
        </w:tc>
        <w:tc>
          <w:tcPr>
            <w:tcW w:w="3827" w:type="dxa"/>
            <w:tcMar>
              <w:top w:w="50" w:type="dxa"/>
              <w:left w:w="50" w:type="dxa"/>
              <w:bottom w:w="50" w:type="dxa"/>
              <w:right w:w="50" w:type="dxa"/>
            </w:tcMar>
            <w:vAlign w:val="center"/>
          </w:tcPr>
          <w:p w14:paraId="64D95D17" w14:textId="77777777" w:rsidR="00613ED9" w:rsidRPr="00074779" w:rsidRDefault="00613ED9">
            <w:pPr>
              <w:rPr>
                <w:rFonts w:ascii="Palemonas" w:hAnsi="Palemonas" w:cs="Palemonas"/>
                <w:lang w:val="lt-LT"/>
              </w:rPr>
            </w:pPr>
            <w:r w:rsidRPr="00074779">
              <w:rPr>
                <w:rFonts w:ascii="Palemonas" w:hAnsi="Palemonas" w:cs="Palemonas"/>
                <w:sz w:val="16"/>
                <w:lang w:val="lt-LT"/>
              </w:rPr>
              <w:t>Interaktyvus ekranas / išmanioji lenta su integruota operacine sistema ir lietimo funkcija.</w:t>
            </w:r>
          </w:p>
        </w:tc>
        <w:tc>
          <w:tcPr>
            <w:tcW w:w="1276" w:type="dxa"/>
            <w:shd w:val="clear" w:color="auto" w:fill="E2F0D9"/>
            <w:tcMar>
              <w:top w:w="50" w:type="dxa"/>
              <w:left w:w="50" w:type="dxa"/>
              <w:bottom w:w="50" w:type="dxa"/>
              <w:right w:w="50" w:type="dxa"/>
            </w:tcMar>
            <w:vAlign w:val="center"/>
          </w:tcPr>
          <w:p w14:paraId="01D52CCD"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18452756" w14:textId="77777777" w:rsidTr="00613ED9">
        <w:trPr>
          <w:jc w:val="center"/>
        </w:trPr>
        <w:tc>
          <w:tcPr>
            <w:tcW w:w="2552" w:type="dxa"/>
            <w:tcMar>
              <w:top w:w="50" w:type="dxa"/>
              <w:left w:w="50" w:type="dxa"/>
              <w:bottom w:w="50" w:type="dxa"/>
              <w:right w:w="50" w:type="dxa"/>
            </w:tcMar>
            <w:vAlign w:val="center"/>
          </w:tcPr>
          <w:p w14:paraId="37027C74" w14:textId="77777777" w:rsidR="00613ED9" w:rsidRPr="00074779" w:rsidRDefault="00613ED9">
            <w:pPr>
              <w:rPr>
                <w:rFonts w:ascii="Palemonas" w:hAnsi="Palemonas" w:cs="Palemonas"/>
                <w:lang w:val="lt-LT"/>
              </w:rPr>
            </w:pPr>
            <w:r w:rsidRPr="00074779">
              <w:rPr>
                <w:rFonts w:ascii="Palemonas" w:hAnsi="Palemonas" w:cs="Palemonas"/>
                <w:sz w:val="16"/>
                <w:lang w:val="lt-LT"/>
              </w:rPr>
              <w:t>Bendrieji reikalavimai</w:t>
            </w:r>
          </w:p>
        </w:tc>
        <w:tc>
          <w:tcPr>
            <w:tcW w:w="2551" w:type="dxa"/>
            <w:tcMar>
              <w:top w:w="50" w:type="dxa"/>
              <w:left w:w="50" w:type="dxa"/>
              <w:bottom w:w="50" w:type="dxa"/>
              <w:right w:w="50" w:type="dxa"/>
            </w:tcMar>
            <w:vAlign w:val="center"/>
          </w:tcPr>
          <w:p w14:paraId="756D340C" w14:textId="77777777" w:rsidR="00613ED9" w:rsidRPr="00074779" w:rsidRDefault="00613ED9">
            <w:pPr>
              <w:rPr>
                <w:rFonts w:ascii="Palemonas" w:hAnsi="Palemonas" w:cs="Palemonas"/>
                <w:lang w:val="lt-LT"/>
              </w:rPr>
            </w:pPr>
            <w:r w:rsidRPr="00074779">
              <w:rPr>
                <w:rFonts w:ascii="Palemonas" w:hAnsi="Palemonas" w:cs="Palemonas"/>
                <w:sz w:val="16"/>
                <w:lang w:val="lt-LT"/>
              </w:rPr>
              <w:t>Ekrano įstrižainė</w:t>
            </w:r>
          </w:p>
        </w:tc>
        <w:tc>
          <w:tcPr>
            <w:tcW w:w="3827" w:type="dxa"/>
            <w:tcMar>
              <w:top w:w="50" w:type="dxa"/>
              <w:left w:w="50" w:type="dxa"/>
              <w:bottom w:w="50" w:type="dxa"/>
              <w:right w:w="50" w:type="dxa"/>
            </w:tcMar>
            <w:vAlign w:val="center"/>
          </w:tcPr>
          <w:p w14:paraId="79729C41"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86 coliai.</w:t>
            </w:r>
          </w:p>
        </w:tc>
        <w:tc>
          <w:tcPr>
            <w:tcW w:w="1276" w:type="dxa"/>
            <w:shd w:val="clear" w:color="auto" w:fill="E2F0D9"/>
            <w:tcMar>
              <w:top w:w="50" w:type="dxa"/>
              <w:left w:w="50" w:type="dxa"/>
              <w:bottom w:w="50" w:type="dxa"/>
              <w:right w:w="50" w:type="dxa"/>
            </w:tcMar>
            <w:vAlign w:val="center"/>
          </w:tcPr>
          <w:p w14:paraId="3CE15908"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69CF8CD6" w14:textId="77777777" w:rsidTr="00613ED9">
        <w:trPr>
          <w:jc w:val="center"/>
        </w:trPr>
        <w:tc>
          <w:tcPr>
            <w:tcW w:w="2552" w:type="dxa"/>
            <w:tcMar>
              <w:top w:w="50" w:type="dxa"/>
              <w:left w:w="50" w:type="dxa"/>
              <w:bottom w:w="50" w:type="dxa"/>
              <w:right w:w="50" w:type="dxa"/>
            </w:tcMar>
            <w:vAlign w:val="center"/>
          </w:tcPr>
          <w:p w14:paraId="3002D128" w14:textId="77777777" w:rsidR="00613ED9" w:rsidRPr="00074779" w:rsidRDefault="00613ED9">
            <w:pPr>
              <w:rPr>
                <w:rFonts w:ascii="Palemonas" w:hAnsi="Palemonas" w:cs="Palemonas"/>
                <w:lang w:val="lt-LT"/>
              </w:rPr>
            </w:pPr>
            <w:r w:rsidRPr="00074779">
              <w:rPr>
                <w:rFonts w:ascii="Palemonas" w:hAnsi="Palemonas" w:cs="Palemonas"/>
                <w:sz w:val="16"/>
                <w:lang w:val="lt-LT"/>
              </w:rPr>
              <w:t>Bendrieji reikalavimai</w:t>
            </w:r>
          </w:p>
        </w:tc>
        <w:tc>
          <w:tcPr>
            <w:tcW w:w="2551" w:type="dxa"/>
            <w:tcMar>
              <w:top w:w="50" w:type="dxa"/>
              <w:left w:w="50" w:type="dxa"/>
              <w:bottom w:w="50" w:type="dxa"/>
              <w:right w:w="50" w:type="dxa"/>
            </w:tcMar>
            <w:vAlign w:val="center"/>
          </w:tcPr>
          <w:p w14:paraId="771EA6DF" w14:textId="77777777" w:rsidR="00613ED9" w:rsidRPr="00074779" w:rsidRDefault="00613ED9">
            <w:pPr>
              <w:rPr>
                <w:rFonts w:ascii="Palemonas" w:hAnsi="Palemonas" w:cs="Palemonas"/>
                <w:lang w:val="lt-LT"/>
              </w:rPr>
            </w:pPr>
            <w:r w:rsidRPr="00074779">
              <w:rPr>
                <w:rFonts w:ascii="Palemonas" w:hAnsi="Palemonas" w:cs="Palemonas"/>
                <w:sz w:val="16"/>
                <w:lang w:val="lt-LT"/>
              </w:rPr>
              <w:t>Modelio klasė</w:t>
            </w:r>
          </w:p>
        </w:tc>
        <w:tc>
          <w:tcPr>
            <w:tcW w:w="3827" w:type="dxa"/>
            <w:tcMar>
              <w:top w:w="50" w:type="dxa"/>
              <w:left w:w="50" w:type="dxa"/>
              <w:bottom w:w="50" w:type="dxa"/>
              <w:right w:w="50" w:type="dxa"/>
            </w:tcMar>
            <w:vAlign w:val="center"/>
          </w:tcPr>
          <w:p w14:paraId="6DF4B3D1" w14:textId="77777777" w:rsidR="00613ED9" w:rsidRPr="00074779" w:rsidRDefault="00613ED9">
            <w:pPr>
              <w:rPr>
                <w:rFonts w:ascii="Palemonas" w:hAnsi="Palemonas" w:cs="Palemonas"/>
                <w:lang w:val="lt-LT"/>
              </w:rPr>
            </w:pPr>
            <w:r w:rsidRPr="00074779">
              <w:rPr>
                <w:rFonts w:ascii="Palemonas" w:hAnsi="Palemonas" w:cs="Palemonas"/>
                <w:sz w:val="16"/>
                <w:lang w:val="lt-LT"/>
              </w:rPr>
              <w:t>Profesionalus / švietimo ir verslo klasės interaktyvus ekranas, skirtas nuolatiniam naudojimui klasėse ar mokymų erdvėse.</w:t>
            </w:r>
          </w:p>
        </w:tc>
        <w:tc>
          <w:tcPr>
            <w:tcW w:w="1276" w:type="dxa"/>
            <w:shd w:val="clear" w:color="auto" w:fill="E2F0D9"/>
            <w:tcMar>
              <w:top w:w="50" w:type="dxa"/>
              <w:left w:w="50" w:type="dxa"/>
              <w:bottom w:w="50" w:type="dxa"/>
              <w:right w:w="50" w:type="dxa"/>
            </w:tcMar>
            <w:vAlign w:val="center"/>
          </w:tcPr>
          <w:p w14:paraId="5FA34E09"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17CD7D1A" w14:textId="77777777" w:rsidTr="00613ED9">
        <w:trPr>
          <w:jc w:val="center"/>
        </w:trPr>
        <w:tc>
          <w:tcPr>
            <w:tcW w:w="2552" w:type="dxa"/>
            <w:tcMar>
              <w:top w:w="50" w:type="dxa"/>
              <w:left w:w="50" w:type="dxa"/>
              <w:bottom w:w="50" w:type="dxa"/>
              <w:right w:w="50" w:type="dxa"/>
            </w:tcMar>
            <w:vAlign w:val="center"/>
          </w:tcPr>
          <w:p w14:paraId="5A5ACD20" w14:textId="77777777" w:rsidR="00613ED9" w:rsidRPr="00074779" w:rsidRDefault="00613ED9">
            <w:pPr>
              <w:rPr>
                <w:rFonts w:ascii="Palemonas" w:hAnsi="Palemonas" w:cs="Palemonas"/>
                <w:lang w:val="lt-LT"/>
              </w:rPr>
            </w:pPr>
            <w:r w:rsidRPr="00074779">
              <w:rPr>
                <w:rFonts w:ascii="Palemonas" w:hAnsi="Palemonas" w:cs="Palemonas"/>
                <w:sz w:val="16"/>
                <w:lang w:val="lt-LT"/>
              </w:rPr>
              <w:t>Bendrieji reikalavimai</w:t>
            </w:r>
          </w:p>
        </w:tc>
        <w:tc>
          <w:tcPr>
            <w:tcW w:w="2551" w:type="dxa"/>
            <w:tcMar>
              <w:top w:w="50" w:type="dxa"/>
              <w:left w:w="50" w:type="dxa"/>
              <w:bottom w:w="50" w:type="dxa"/>
              <w:right w:w="50" w:type="dxa"/>
            </w:tcMar>
            <w:vAlign w:val="center"/>
          </w:tcPr>
          <w:p w14:paraId="687C273A" w14:textId="77777777" w:rsidR="00613ED9" w:rsidRPr="00074779" w:rsidRDefault="00613ED9">
            <w:pPr>
              <w:rPr>
                <w:rFonts w:ascii="Palemonas" w:hAnsi="Palemonas" w:cs="Palemonas"/>
                <w:lang w:val="lt-LT"/>
              </w:rPr>
            </w:pPr>
            <w:r w:rsidRPr="00074779">
              <w:rPr>
                <w:rFonts w:ascii="Palemonas" w:hAnsi="Palemonas" w:cs="Palemonas"/>
                <w:sz w:val="16"/>
                <w:lang w:val="lt-LT"/>
              </w:rPr>
              <w:t>Komplektacija</w:t>
            </w:r>
          </w:p>
        </w:tc>
        <w:tc>
          <w:tcPr>
            <w:tcW w:w="3827" w:type="dxa"/>
            <w:tcMar>
              <w:top w:w="50" w:type="dxa"/>
              <w:left w:w="50" w:type="dxa"/>
              <w:bottom w:w="50" w:type="dxa"/>
              <w:right w:w="50" w:type="dxa"/>
            </w:tcMar>
            <w:vAlign w:val="center"/>
          </w:tcPr>
          <w:p w14:paraId="7DF9DDC5" w14:textId="44CA2854" w:rsidR="00613ED9" w:rsidRPr="00074779" w:rsidRDefault="00613ED9">
            <w:pPr>
              <w:rPr>
                <w:rFonts w:ascii="Palemonas" w:hAnsi="Palemonas" w:cs="Palemonas"/>
                <w:lang w:val="lt-LT"/>
              </w:rPr>
            </w:pPr>
            <w:r w:rsidRPr="00074779">
              <w:rPr>
                <w:rFonts w:ascii="Palemonas" w:hAnsi="Palemonas" w:cs="Palemonas"/>
                <w:sz w:val="16"/>
                <w:lang w:val="lt-LT"/>
              </w:rPr>
              <w:t>Ekranas, maitinimo laidas, ne trumpesni kaip 5m HDMI ir USB laidai, ne mažiau 2 pasyvūs rašikliai, sieninis laikiklis, naudotojo dokumentacija.</w:t>
            </w:r>
          </w:p>
        </w:tc>
        <w:tc>
          <w:tcPr>
            <w:tcW w:w="1276" w:type="dxa"/>
            <w:shd w:val="clear" w:color="auto" w:fill="E2F0D9"/>
            <w:tcMar>
              <w:top w:w="50" w:type="dxa"/>
              <w:left w:w="50" w:type="dxa"/>
              <w:bottom w:w="50" w:type="dxa"/>
              <w:right w:w="50" w:type="dxa"/>
            </w:tcMar>
            <w:vAlign w:val="center"/>
          </w:tcPr>
          <w:p w14:paraId="75BDB883"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15AB2C85" w14:textId="77777777" w:rsidTr="00613ED9">
        <w:trPr>
          <w:jc w:val="center"/>
        </w:trPr>
        <w:tc>
          <w:tcPr>
            <w:tcW w:w="2552" w:type="dxa"/>
            <w:tcMar>
              <w:top w:w="50" w:type="dxa"/>
              <w:left w:w="50" w:type="dxa"/>
              <w:bottom w:w="50" w:type="dxa"/>
              <w:right w:w="50" w:type="dxa"/>
            </w:tcMar>
            <w:vAlign w:val="center"/>
          </w:tcPr>
          <w:p w14:paraId="41450119" w14:textId="77777777" w:rsidR="00613ED9" w:rsidRPr="00074779" w:rsidRDefault="00613ED9">
            <w:pPr>
              <w:rPr>
                <w:rFonts w:ascii="Palemonas" w:hAnsi="Palemonas" w:cs="Palemonas"/>
                <w:lang w:val="lt-LT"/>
              </w:rPr>
            </w:pPr>
            <w:r w:rsidRPr="00074779">
              <w:rPr>
                <w:rFonts w:ascii="Palemonas" w:hAnsi="Palemonas" w:cs="Palemonas"/>
                <w:sz w:val="16"/>
                <w:lang w:val="lt-LT"/>
              </w:rPr>
              <w:t>Vaizdo panelė</w:t>
            </w:r>
          </w:p>
        </w:tc>
        <w:tc>
          <w:tcPr>
            <w:tcW w:w="2551" w:type="dxa"/>
            <w:tcMar>
              <w:top w:w="50" w:type="dxa"/>
              <w:left w:w="50" w:type="dxa"/>
              <w:bottom w:w="50" w:type="dxa"/>
              <w:right w:w="50" w:type="dxa"/>
            </w:tcMar>
            <w:vAlign w:val="center"/>
          </w:tcPr>
          <w:p w14:paraId="0F47EDD5" w14:textId="77777777" w:rsidR="00613ED9" w:rsidRPr="00074779" w:rsidRDefault="00613ED9">
            <w:pPr>
              <w:rPr>
                <w:rFonts w:ascii="Palemonas" w:hAnsi="Palemonas" w:cs="Palemonas"/>
                <w:lang w:val="lt-LT"/>
              </w:rPr>
            </w:pPr>
            <w:r w:rsidRPr="00074779">
              <w:rPr>
                <w:rFonts w:ascii="Palemonas" w:hAnsi="Palemonas" w:cs="Palemonas"/>
                <w:sz w:val="16"/>
                <w:lang w:val="lt-LT"/>
              </w:rPr>
              <w:t>Apšvietimo technologija</w:t>
            </w:r>
          </w:p>
        </w:tc>
        <w:tc>
          <w:tcPr>
            <w:tcW w:w="3827" w:type="dxa"/>
            <w:tcMar>
              <w:top w:w="50" w:type="dxa"/>
              <w:left w:w="50" w:type="dxa"/>
              <w:bottom w:w="50" w:type="dxa"/>
              <w:right w:w="50" w:type="dxa"/>
            </w:tcMar>
            <w:vAlign w:val="center"/>
          </w:tcPr>
          <w:p w14:paraId="557BBE5F" w14:textId="77777777" w:rsidR="00613ED9" w:rsidRPr="00074779" w:rsidRDefault="00613ED9">
            <w:pPr>
              <w:rPr>
                <w:rFonts w:ascii="Palemonas" w:hAnsi="Palemonas" w:cs="Palemonas"/>
                <w:lang w:val="lt-LT"/>
              </w:rPr>
            </w:pPr>
            <w:proofErr w:type="spellStart"/>
            <w:r w:rsidRPr="00074779">
              <w:rPr>
                <w:rFonts w:ascii="Palemonas" w:hAnsi="Palemonas" w:cs="Palemonas"/>
                <w:sz w:val="16"/>
                <w:lang w:val="lt-LT"/>
              </w:rPr>
              <w:t>Direct</w:t>
            </w:r>
            <w:proofErr w:type="spellEnd"/>
            <w:r w:rsidRPr="00074779">
              <w:rPr>
                <w:rFonts w:ascii="Palemonas" w:hAnsi="Palemonas" w:cs="Palemonas"/>
                <w:sz w:val="16"/>
                <w:lang w:val="lt-LT"/>
              </w:rPr>
              <w:t xml:space="preserve"> LED ar lygiavertė, tinkama tolygiam didelio formato ekrano apšvietimui.</w:t>
            </w:r>
          </w:p>
        </w:tc>
        <w:tc>
          <w:tcPr>
            <w:tcW w:w="1276" w:type="dxa"/>
            <w:shd w:val="clear" w:color="auto" w:fill="E2F0D9"/>
            <w:tcMar>
              <w:top w:w="50" w:type="dxa"/>
              <w:left w:w="50" w:type="dxa"/>
              <w:bottom w:w="50" w:type="dxa"/>
              <w:right w:w="50" w:type="dxa"/>
            </w:tcMar>
            <w:vAlign w:val="center"/>
          </w:tcPr>
          <w:p w14:paraId="074332FC"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1E0C9FF9" w14:textId="77777777" w:rsidTr="00613ED9">
        <w:trPr>
          <w:jc w:val="center"/>
        </w:trPr>
        <w:tc>
          <w:tcPr>
            <w:tcW w:w="2552" w:type="dxa"/>
            <w:tcMar>
              <w:top w:w="50" w:type="dxa"/>
              <w:left w:w="50" w:type="dxa"/>
              <w:bottom w:w="50" w:type="dxa"/>
              <w:right w:w="50" w:type="dxa"/>
            </w:tcMar>
            <w:vAlign w:val="center"/>
          </w:tcPr>
          <w:p w14:paraId="62D7B697" w14:textId="77777777" w:rsidR="00613ED9" w:rsidRPr="00074779" w:rsidRDefault="00613ED9">
            <w:pPr>
              <w:rPr>
                <w:rFonts w:ascii="Palemonas" w:hAnsi="Palemonas" w:cs="Palemonas"/>
                <w:lang w:val="lt-LT"/>
              </w:rPr>
            </w:pPr>
            <w:r w:rsidRPr="00074779">
              <w:rPr>
                <w:rFonts w:ascii="Palemonas" w:hAnsi="Palemonas" w:cs="Palemonas"/>
                <w:sz w:val="16"/>
                <w:lang w:val="lt-LT"/>
              </w:rPr>
              <w:t>Vaizdo panelė</w:t>
            </w:r>
          </w:p>
        </w:tc>
        <w:tc>
          <w:tcPr>
            <w:tcW w:w="2551" w:type="dxa"/>
            <w:tcMar>
              <w:top w:w="50" w:type="dxa"/>
              <w:left w:w="50" w:type="dxa"/>
              <w:bottom w:w="50" w:type="dxa"/>
              <w:right w:w="50" w:type="dxa"/>
            </w:tcMar>
            <w:vAlign w:val="center"/>
          </w:tcPr>
          <w:p w14:paraId="0884BB9D" w14:textId="77777777" w:rsidR="00613ED9" w:rsidRPr="00074779" w:rsidRDefault="00613ED9">
            <w:pPr>
              <w:rPr>
                <w:rFonts w:ascii="Palemonas" w:hAnsi="Palemonas" w:cs="Palemonas"/>
                <w:lang w:val="lt-LT"/>
              </w:rPr>
            </w:pPr>
            <w:r w:rsidRPr="00074779">
              <w:rPr>
                <w:rFonts w:ascii="Palemonas" w:hAnsi="Palemonas" w:cs="Palemonas"/>
                <w:sz w:val="16"/>
                <w:lang w:val="lt-LT"/>
              </w:rPr>
              <w:t>Skiriamoji geba</w:t>
            </w:r>
          </w:p>
        </w:tc>
        <w:tc>
          <w:tcPr>
            <w:tcW w:w="3827" w:type="dxa"/>
            <w:tcMar>
              <w:top w:w="50" w:type="dxa"/>
              <w:left w:w="50" w:type="dxa"/>
              <w:bottom w:w="50" w:type="dxa"/>
              <w:right w:w="50" w:type="dxa"/>
            </w:tcMar>
            <w:vAlign w:val="center"/>
          </w:tcPr>
          <w:p w14:paraId="671E3A11" w14:textId="77777777" w:rsidR="00613ED9" w:rsidRPr="00074779" w:rsidRDefault="00613ED9">
            <w:pPr>
              <w:rPr>
                <w:rFonts w:ascii="Palemonas" w:hAnsi="Palemonas" w:cs="Palemonas"/>
                <w:lang w:val="lt-LT"/>
              </w:rPr>
            </w:pPr>
            <w:r w:rsidRPr="00074779">
              <w:rPr>
                <w:rFonts w:ascii="Palemonas" w:hAnsi="Palemonas" w:cs="Palemonas"/>
                <w:sz w:val="16"/>
                <w:lang w:val="lt-LT"/>
              </w:rPr>
              <w:t>3840 x 2160 taškų, 4K UHD.</w:t>
            </w:r>
          </w:p>
        </w:tc>
        <w:tc>
          <w:tcPr>
            <w:tcW w:w="1276" w:type="dxa"/>
            <w:shd w:val="clear" w:color="auto" w:fill="E2F0D9"/>
            <w:tcMar>
              <w:top w:w="50" w:type="dxa"/>
              <w:left w:w="50" w:type="dxa"/>
              <w:bottom w:w="50" w:type="dxa"/>
              <w:right w:w="50" w:type="dxa"/>
            </w:tcMar>
            <w:vAlign w:val="center"/>
          </w:tcPr>
          <w:p w14:paraId="0DA69BAF"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7B21C693" w14:textId="77777777" w:rsidTr="00613ED9">
        <w:trPr>
          <w:jc w:val="center"/>
        </w:trPr>
        <w:tc>
          <w:tcPr>
            <w:tcW w:w="2552" w:type="dxa"/>
            <w:tcMar>
              <w:top w:w="50" w:type="dxa"/>
              <w:left w:w="50" w:type="dxa"/>
              <w:bottom w:w="50" w:type="dxa"/>
              <w:right w:w="50" w:type="dxa"/>
            </w:tcMar>
            <w:vAlign w:val="center"/>
          </w:tcPr>
          <w:p w14:paraId="6561D431" w14:textId="77777777" w:rsidR="00613ED9" w:rsidRPr="00074779" w:rsidRDefault="00613ED9">
            <w:pPr>
              <w:rPr>
                <w:rFonts w:ascii="Palemonas" w:hAnsi="Palemonas" w:cs="Palemonas"/>
                <w:lang w:val="lt-LT"/>
              </w:rPr>
            </w:pPr>
            <w:r w:rsidRPr="00074779">
              <w:rPr>
                <w:rFonts w:ascii="Palemonas" w:hAnsi="Palemonas" w:cs="Palemonas"/>
                <w:sz w:val="16"/>
                <w:lang w:val="lt-LT"/>
              </w:rPr>
              <w:t>Vaizdo panelė</w:t>
            </w:r>
          </w:p>
        </w:tc>
        <w:tc>
          <w:tcPr>
            <w:tcW w:w="2551" w:type="dxa"/>
            <w:tcMar>
              <w:top w:w="50" w:type="dxa"/>
              <w:left w:w="50" w:type="dxa"/>
              <w:bottom w:w="50" w:type="dxa"/>
              <w:right w:w="50" w:type="dxa"/>
            </w:tcMar>
            <w:vAlign w:val="center"/>
          </w:tcPr>
          <w:p w14:paraId="7516599A" w14:textId="77777777" w:rsidR="00613ED9" w:rsidRPr="00074779" w:rsidRDefault="00613ED9">
            <w:pPr>
              <w:rPr>
                <w:rFonts w:ascii="Palemonas" w:hAnsi="Palemonas" w:cs="Palemonas"/>
                <w:lang w:val="lt-LT"/>
              </w:rPr>
            </w:pPr>
            <w:r w:rsidRPr="00074779">
              <w:rPr>
                <w:rFonts w:ascii="Palemonas" w:hAnsi="Palemonas" w:cs="Palemonas"/>
                <w:sz w:val="16"/>
                <w:lang w:val="lt-LT"/>
              </w:rPr>
              <w:t>Kraštinių santykis</w:t>
            </w:r>
          </w:p>
        </w:tc>
        <w:tc>
          <w:tcPr>
            <w:tcW w:w="3827" w:type="dxa"/>
            <w:tcMar>
              <w:top w:w="50" w:type="dxa"/>
              <w:left w:w="50" w:type="dxa"/>
              <w:bottom w:w="50" w:type="dxa"/>
              <w:right w:w="50" w:type="dxa"/>
            </w:tcMar>
            <w:vAlign w:val="center"/>
          </w:tcPr>
          <w:p w14:paraId="7578682C" w14:textId="77777777" w:rsidR="00613ED9" w:rsidRPr="00074779" w:rsidRDefault="00613ED9">
            <w:pPr>
              <w:rPr>
                <w:rFonts w:ascii="Palemonas" w:hAnsi="Palemonas" w:cs="Palemonas"/>
                <w:lang w:val="lt-LT"/>
              </w:rPr>
            </w:pPr>
            <w:r w:rsidRPr="00074779">
              <w:rPr>
                <w:rFonts w:ascii="Palemonas" w:hAnsi="Palemonas" w:cs="Palemonas"/>
                <w:sz w:val="16"/>
                <w:lang w:val="lt-LT"/>
              </w:rPr>
              <w:t>16:9.</w:t>
            </w:r>
          </w:p>
        </w:tc>
        <w:tc>
          <w:tcPr>
            <w:tcW w:w="1276" w:type="dxa"/>
            <w:shd w:val="clear" w:color="auto" w:fill="E2F0D9"/>
            <w:tcMar>
              <w:top w:w="50" w:type="dxa"/>
              <w:left w:w="50" w:type="dxa"/>
              <w:bottom w:w="50" w:type="dxa"/>
              <w:right w:w="50" w:type="dxa"/>
            </w:tcMar>
            <w:vAlign w:val="center"/>
          </w:tcPr>
          <w:p w14:paraId="27414A29"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5F015E57" w14:textId="77777777" w:rsidTr="00613ED9">
        <w:trPr>
          <w:jc w:val="center"/>
        </w:trPr>
        <w:tc>
          <w:tcPr>
            <w:tcW w:w="2552" w:type="dxa"/>
            <w:tcMar>
              <w:top w:w="50" w:type="dxa"/>
              <w:left w:w="50" w:type="dxa"/>
              <w:bottom w:w="50" w:type="dxa"/>
              <w:right w:w="50" w:type="dxa"/>
            </w:tcMar>
            <w:vAlign w:val="center"/>
          </w:tcPr>
          <w:p w14:paraId="59CBEAD0" w14:textId="77777777" w:rsidR="00613ED9" w:rsidRPr="00074779" w:rsidRDefault="00613ED9">
            <w:pPr>
              <w:rPr>
                <w:rFonts w:ascii="Palemonas" w:hAnsi="Palemonas" w:cs="Palemonas"/>
                <w:lang w:val="lt-LT"/>
              </w:rPr>
            </w:pPr>
            <w:r w:rsidRPr="00074779">
              <w:rPr>
                <w:rFonts w:ascii="Palemonas" w:hAnsi="Palemonas" w:cs="Palemonas"/>
                <w:sz w:val="16"/>
                <w:lang w:val="lt-LT"/>
              </w:rPr>
              <w:t>Vaizdo panelė</w:t>
            </w:r>
          </w:p>
        </w:tc>
        <w:tc>
          <w:tcPr>
            <w:tcW w:w="2551" w:type="dxa"/>
            <w:tcMar>
              <w:top w:w="50" w:type="dxa"/>
              <w:left w:w="50" w:type="dxa"/>
              <w:bottom w:w="50" w:type="dxa"/>
              <w:right w:w="50" w:type="dxa"/>
            </w:tcMar>
            <w:vAlign w:val="center"/>
          </w:tcPr>
          <w:p w14:paraId="7EFC1FAD" w14:textId="77777777" w:rsidR="00613ED9" w:rsidRPr="00074779" w:rsidRDefault="00613ED9">
            <w:pPr>
              <w:rPr>
                <w:rFonts w:ascii="Palemonas" w:hAnsi="Palemonas" w:cs="Palemonas"/>
                <w:lang w:val="lt-LT"/>
              </w:rPr>
            </w:pPr>
            <w:r w:rsidRPr="00074779">
              <w:rPr>
                <w:rFonts w:ascii="Palemonas" w:hAnsi="Palemonas" w:cs="Palemonas"/>
                <w:sz w:val="16"/>
                <w:lang w:val="lt-LT"/>
              </w:rPr>
              <w:t>Spalvų atkūrimas</w:t>
            </w:r>
          </w:p>
        </w:tc>
        <w:tc>
          <w:tcPr>
            <w:tcW w:w="3827" w:type="dxa"/>
            <w:tcMar>
              <w:top w:w="50" w:type="dxa"/>
              <w:left w:w="50" w:type="dxa"/>
              <w:bottom w:w="50" w:type="dxa"/>
              <w:right w:w="50" w:type="dxa"/>
            </w:tcMar>
            <w:vAlign w:val="center"/>
          </w:tcPr>
          <w:p w14:paraId="29582231"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1,07 mlrd. spalvų arba lygiavertis 10 bitų spalvų atkūrimas.</w:t>
            </w:r>
          </w:p>
        </w:tc>
        <w:tc>
          <w:tcPr>
            <w:tcW w:w="1276" w:type="dxa"/>
            <w:shd w:val="clear" w:color="auto" w:fill="E2F0D9"/>
            <w:tcMar>
              <w:top w:w="50" w:type="dxa"/>
              <w:left w:w="50" w:type="dxa"/>
              <w:bottom w:w="50" w:type="dxa"/>
              <w:right w:w="50" w:type="dxa"/>
            </w:tcMar>
            <w:vAlign w:val="center"/>
          </w:tcPr>
          <w:p w14:paraId="35246C52"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502DBF12" w14:textId="77777777" w:rsidTr="00613ED9">
        <w:trPr>
          <w:jc w:val="center"/>
        </w:trPr>
        <w:tc>
          <w:tcPr>
            <w:tcW w:w="2552" w:type="dxa"/>
            <w:tcMar>
              <w:top w:w="50" w:type="dxa"/>
              <w:left w:w="50" w:type="dxa"/>
              <w:bottom w:w="50" w:type="dxa"/>
              <w:right w:w="50" w:type="dxa"/>
            </w:tcMar>
            <w:vAlign w:val="center"/>
          </w:tcPr>
          <w:p w14:paraId="528D210C" w14:textId="77777777" w:rsidR="00613ED9" w:rsidRPr="00074779" w:rsidRDefault="00613ED9">
            <w:pPr>
              <w:rPr>
                <w:rFonts w:ascii="Palemonas" w:hAnsi="Palemonas" w:cs="Palemonas"/>
                <w:lang w:val="lt-LT"/>
              </w:rPr>
            </w:pPr>
            <w:r w:rsidRPr="00074779">
              <w:rPr>
                <w:rFonts w:ascii="Palemonas" w:hAnsi="Palemonas" w:cs="Palemonas"/>
                <w:sz w:val="16"/>
                <w:lang w:val="lt-LT"/>
              </w:rPr>
              <w:t>Vaizdo panelė</w:t>
            </w:r>
          </w:p>
        </w:tc>
        <w:tc>
          <w:tcPr>
            <w:tcW w:w="2551" w:type="dxa"/>
            <w:tcMar>
              <w:top w:w="50" w:type="dxa"/>
              <w:left w:w="50" w:type="dxa"/>
              <w:bottom w:w="50" w:type="dxa"/>
              <w:right w:w="50" w:type="dxa"/>
            </w:tcMar>
            <w:vAlign w:val="center"/>
          </w:tcPr>
          <w:p w14:paraId="0B39A35A" w14:textId="77777777" w:rsidR="00613ED9" w:rsidRPr="00074779" w:rsidRDefault="00613ED9">
            <w:pPr>
              <w:rPr>
                <w:rFonts w:ascii="Palemonas" w:hAnsi="Palemonas" w:cs="Palemonas"/>
                <w:lang w:val="lt-LT"/>
              </w:rPr>
            </w:pPr>
            <w:r w:rsidRPr="00074779">
              <w:rPr>
                <w:rFonts w:ascii="Palemonas" w:hAnsi="Palemonas" w:cs="Palemonas"/>
                <w:sz w:val="16"/>
                <w:lang w:val="lt-LT"/>
              </w:rPr>
              <w:t>Ryškumas</w:t>
            </w:r>
          </w:p>
        </w:tc>
        <w:tc>
          <w:tcPr>
            <w:tcW w:w="3827" w:type="dxa"/>
            <w:tcMar>
              <w:top w:w="50" w:type="dxa"/>
              <w:left w:w="50" w:type="dxa"/>
              <w:bottom w:w="50" w:type="dxa"/>
              <w:right w:w="50" w:type="dxa"/>
            </w:tcMar>
            <w:vAlign w:val="center"/>
          </w:tcPr>
          <w:p w14:paraId="3D3C6CF1"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550 cd/m².</w:t>
            </w:r>
          </w:p>
        </w:tc>
        <w:tc>
          <w:tcPr>
            <w:tcW w:w="1276" w:type="dxa"/>
            <w:shd w:val="clear" w:color="auto" w:fill="E2F0D9"/>
            <w:tcMar>
              <w:top w:w="50" w:type="dxa"/>
              <w:left w:w="50" w:type="dxa"/>
              <w:bottom w:w="50" w:type="dxa"/>
              <w:right w:w="50" w:type="dxa"/>
            </w:tcMar>
            <w:vAlign w:val="center"/>
          </w:tcPr>
          <w:p w14:paraId="522C2AB3"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56DF55C4" w14:textId="77777777" w:rsidTr="00613ED9">
        <w:trPr>
          <w:jc w:val="center"/>
        </w:trPr>
        <w:tc>
          <w:tcPr>
            <w:tcW w:w="2552" w:type="dxa"/>
            <w:tcMar>
              <w:top w:w="50" w:type="dxa"/>
              <w:left w:w="50" w:type="dxa"/>
              <w:bottom w:w="50" w:type="dxa"/>
              <w:right w:w="50" w:type="dxa"/>
            </w:tcMar>
            <w:vAlign w:val="center"/>
          </w:tcPr>
          <w:p w14:paraId="06080509" w14:textId="77777777" w:rsidR="00613ED9" w:rsidRPr="00074779" w:rsidRDefault="00613ED9">
            <w:pPr>
              <w:rPr>
                <w:rFonts w:ascii="Palemonas" w:hAnsi="Palemonas" w:cs="Palemonas"/>
                <w:lang w:val="lt-LT"/>
              </w:rPr>
            </w:pPr>
            <w:r w:rsidRPr="00074779">
              <w:rPr>
                <w:rFonts w:ascii="Palemonas" w:hAnsi="Palemonas" w:cs="Palemonas"/>
                <w:sz w:val="16"/>
                <w:lang w:val="lt-LT"/>
              </w:rPr>
              <w:t>Vaizdo panelė</w:t>
            </w:r>
          </w:p>
        </w:tc>
        <w:tc>
          <w:tcPr>
            <w:tcW w:w="2551" w:type="dxa"/>
            <w:tcMar>
              <w:top w:w="50" w:type="dxa"/>
              <w:left w:w="50" w:type="dxa"/>
              <w:bottom w:w="50" w:type="dxa"/>
              <w:right w:w="50" w:type="dxa"/>
            </w:tcMar>
            <w:vAlign w:val="center"/>
          </w:tcPr>
          <w:p w14:paraId="7CB5E888" w14:textId="77777777" w:rsidR="00613ED9" w:rsidRPr="00074779" w:rsidRDefault="00613ED9">
            <w:pPr>
              <w:rPr>
                <w:rFonts w:ascii="Palemonas" w:hAnsi="Palemonas" w:cs="Palemonas"/>
                <w:lang w:val="lt-LT"/>
              </w:rPr>
            </w:pPr>
            <w:r w:rsidRPr="00074779">
              <w:rPr>
                <w:rFonts w:ascii="Palemonas" w:hAnsi="Palemonas" w:cs="Palemonas"/>
                <w:sz w:val="16"/>
                <w:lang w:val="lt-LT"/>
              </w:rPr>
              <w:t>Kontrasto santykis</w:t>
            </w:r>
          </w:p>
        </w:tc>
        <w:tc>
          <w:tcPr>
            <w:tcW w:w="3827" w:type="dxa"/>
            <w:tcMar>
              <w:top w:w="50" w:type="dxa"/>
              <w:left w:w="50" w:type="dxa"/>
              <w:bottom w:w="50" w:type="dxa"/>
              <w:right w:w="50" w:type="dxa"/>
            </w:tcMar>
            <w:vAlign w:val="center"/>
          </w:tcPr>
          <w:p w14:paraId="69A6A76F"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5000:1.</w:t>
            </w:r>
          </w:p>
        </w:tc>
        <w:tc>
          <w:tcPr>
            <w:tcW w:w="1276" w:type="dxa"/>
            <w:shd w:val="clear" w:color="auto" w:fill="E2F0D9"/>
            <w:tcMar>
              <w:top w:w="50" w:type="dxa"/>
              <w:left w:w="50" w:type="dxa"/>
              <w:bottom w:w="50" w:type="dxa"/>
              <w:right w:w="50" w:type="dxa"/>
            </w:tcMar>
            <w:vAlign w:val="center"/>
          </w:tcPr>
          <w:p w14:paraId="39723B18"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2C67DEF8" w14:textId="77777777" w:rsidTr="00613ED9">
        <w:trPr>
          <w:jc w:val="center"/>
        </w:trPr>
        <w:tc>
          <w:tcPr>
            <w:tcW w:w="2552" w:type="dxa"/>
            <w:tcMar>
              <w:top w:w="50" w:type="dxa"/>
              <w:left w:w="50" w:type="dxa"/>
              <w:bottom w:w="50" w:type="dxa"/>
              <w:right w:w="50" w:type="dxa"/>
            </w:tcMar>
            <w:vAlign w:val="center"/>
          </w:tcPr>
          <w:p w14:paraId="50EA256E" w14:textId="77777777" w:rsidR="00613ED9" w:rsidRPr="00074779" w:rsidRDefault="00613ED9">
            <w:pPr>
              <w:rPr>
                <w:rFonts w:ascii="Palemonas" w:hAnsi="Palemonas" w:cs="Palemonas"/>
                <w:lang w:val="lt-LT"/>
              </w:rPr>
            </w:pPr>
            <w:r w:rsidRPr="00074779">
              <w:rPr>
                <w:rFonts w:ascii="Palemonas" w:hAnsi="Palemonas" w:cs="Palemonas"/>
                <w:sz w:val="16"/>
                <w:lang w:val="lt-LT"/>
              </w:rPr>
              <w:t>Vaizdo panelė</w:t>
            </w:r>
          </w:p>
        </w:tc>
        <w:tc>
          <w:tcPr>
            <w:tcW w:w="2551" w:type="dxa"/>
            <w:tcMar>
              <w:top w:w="50" w:type="dxa"/>
              <w:left w:w="50" w:type="dxa"/>
              <w:bottom w:w="50" w:type="dxa"/>
              <w:right w:w="50" w:type="dxa"/>
            </w:tcMar>
            <w:vAlign w:val="center"/>
          </w:tcPr>
          <w:p w14:paraId="41AAD603" w14:textId="77777777" w:rsidR="00613ED9" w:rsidRPr="00074779" w:rsidRDefault="00613ED9">
            <w:pPr>
              <w:rPr>
                <w:rFonts w:ascii="Palemonas" w:hAnsi="Palemonas" w:cs="Palemonas"/>
                <w:lang w:val="lt-LT"/>
              </w:rPr>
            </w:pPr>
            <w:r w:rsidRPr="00074779">
              <w:rPr>
                <w:rFonts w:ascii="Palemonas" w:hAnsi="Palemonas" w:cs="Palemonas"/>
                <w:sz w:val="16"/>
                <w:lang w:val="lt-LT"/>
              </w:rPr>
              <w:t>Reakcijos laikas</w:t>
            </w:r>
          </w:p>
        </w:tc>
        <w:tc>
          <w:tcPr>
            <w:tcW w:w="3827" w:type="dxa"/>
            <w:tcMar>
              <w:top w:w="50" w:type="dxa"/>
              <w:left w:w="50" w:type="dxa"/>
              <w:bottom w:w="50" w:type="dxa"/>
              <w:right w:w="50" w:type="dxa"/>
            </w:tcMar>
            <w:vAlign w:val="center"/>
          </w:tcPr>
          <w:p w14:paraId="51E0FDE4" w14:textId="77777777" w:rsidR="00613ED9" w:rsidRPr="00074779" w:rsidRDefault="00613ED9">
            <w:pPr>
              <w:rPr>
                <w:rFonts w:ascii="Palemonas" w:hAnsi="Palemonas" w:cs="Palemonas"/>
                <w:lang w:val="lt-LT"/>
              </w:rPr>
            </w:pPr>
            <w:r w:rsidRPr="00074779">
              <w:rPr>
                <w:rFonts w:ascii="Palemonas" w:hAnsi="Palemonas" w:cs="Palemonas"/>
                <w:sz w:val="16"/>
                <w:lang w:val="lt-LT"/>
              </w:rPr>
              <w:t xml:space="preserve">Ne daugiau kaip 5 </w:t>
            </w:r>
            <w:proofErr w:type="spellStart"/>
            <w:r w:rsidRPr="00074779">
              <w:rPr>
                <w:rFonts w:ascii="Palemonas" w:hAnsi="Palemonas" w:cs="Palemonas"/>
                <w:sz w:val="16"/>
                <w:lang w:val="lt-LT"/>
              </w:rPr>
              <w:t>ms</w:t>
            </w:r>
            <w:proofErr w:type="spellEnd"/>
            <w:r w:rsidRPr="00074779">
              <w:rPr>
                <w:rFonts w:ascii="Palemonas" w:hAnsi="Palemonas" w:cs="Palemonas"/>
                <w:sz w:val="16"/>
                <w:lang w:val="lt-LT"/>
              </w:rPr>
              <w:t>.</w:t>
            </w:r>
          </w:p>
        </w:tc>
        <w:tc>
          <w:tcPr>
            <w:tcW w:w="1276" w:type="dxa"/>
            <w:shd w:val="clear" w:color="auto" w:fill="E2F0D9"/>
            <w:tcMar>
              <w:top w:w="50" w:type="dxa"/>
              <w:left w:w="50" w:type="dxa"/>
              <w:bottom w:w="50" w:type="dxa"/>
              <w:right w:w="50" w:type="dxa"/>
            </w:tcMar>
            <w:vAlign w:val="center"/>
          </w:tcPr>
          <w:p w14:paraId="3F78F4A3"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10D3002B" w14:textId="77777777" w:rsidTr="00613ED9">
        <w:trPr>
          <w:jc w:val="center"/>
        </w:trPr>
        <w:tc>
          <w:tcPr>
            <w:tcW w:w="2552" w:type="dxa"/>
            <w:tcMar>
              <w:top w:w="50" w:type="dxa"/>
              <w:left w:w="50" w:type="dxa"/>
              <w:bottom w:w="50" w:type="dxa"/>
              <w:right w:w="50" w:type="dxa"/>
            </w:tcMar>
            <w:vAlign w:val="center"/>
          </w:tcPr>
          <w:p w14:paraId="27E19ACD" w14:textId="77777777" w:rsidR="00613ED9" w:rsidRPr="00074779" w:rsidRDefault="00613ED9">
            <w:pPr>
              <w:rPr>
                <w:rFonts w:ascii="Palemonas" w:hAnsi="Palemonas" w:cs="Palemonas"/>
                <w:lang w:val="lt-LT"/>
              </w:rPr>
            </w:pPr>
            <w:r w:rsidRPr="00074779">
              <w:rPr>
                <w:rFonts w:ascii="Palemonas" w:hAnsi="Palemonas" w:cs="Palemonas"/>
                <w:sz w:val="16"/>
                <w:lang w:val="lt-LT"/>
              </w:rPr>
              <w:t>Vaizdo panelė</w:t>
            </w:r>
          </w:p>
        </w:tc>
        <w:tc>
          <w:tcPr>
            <w:tcW w:w="2551" w:type="dxa"/>
            <w:tcMar>
              <w:top w:w="50" w:type="dxa"/>
              <w:left w:w="50" w:type="dxa"/>
              <w:bottom w:w="50" w:type="dxa"/>
              <w:right w:w="50" w:type="dxa"/>
            </w:tcMar>
            <w:vAlign w:val="center"/>
          </w:tcPr>
          <w:p w14:paraId="14FC619F" w14:textId="77777777" w:rsidR="00613ED9" w:rsidRPr="00074779" w:rsidRDefault="00613ED9">
            <w:pPr>
              <w:rPr>
                <w:rFonts w:ascii="Palemonas" w:hAnsi="Palemonas" w:cs="Palemonas"/>
                <w:lang w:val="lt-LT"/>
              </w:rPr>
            </w:pPr>
            <w:r w:rsidRPr="00074779">
              <w:rPr>
                <w:rFonts w:ascii="Palemonas" w:hAnsi="Palemonas" w:cs="Palemonas"/>
                <w:sz w:val="16"/>
                <w:lang w:val="lt-LT"/>
              </w:rPr>
              <w:t>Matymo kampas</w:t>
            </w:r>
          </w:p>
        </w:tc>
        <w:tc>
          <w:tcPr>
            <w:tcW w:w="3827" w:type="dxa"/>
            <w:tcMar>
              <w:top w:w="50" w:type="dxa"/>
              <w:left w:w="50" w:type="dxa"/>
              <w:bottom w:w="50" w:type="dxa"/>
              <w:right w:w="50" w:type="dxa"/>
            </w:tcMar>
            <w:vAlign w:val="center"/>
          </w:tcPr>
          <w:p w14:paraId="3139DE9D"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178° horizontaliai ir vertikaliai.</w:t>
            </w:r>
          </w:p>
        </w:tc>
        <w:tc>
          <w:tcPr>
            <w:tcW w:w="1276" w:type="dxa"/>
            <w:shd w:val="clear" w:color="auto" w:fill="E2F0D9"/>
            <w:tcMar>
              <w:top w:w="50" w:type="dxa"/>
              <w:left w:w="50" w:type="dxa"/>
              <w:bottom w:w="50" w:type="dxa"/>
              <w:right w:w="50" w:type="dxa"/>
            </w:tcMar>
            <w:vAlign w:val="center"/>
          </w:tcPr>
          <w:p w14:paraId="141DFC50"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036F85CF" w14:textId="77777777" w:rsidTr="00613ED9">
        <w:trPr>
          <w:jc w:val="center"/>
        </w:trPr>
        <w:tc>
          <w:tcPr>
            <w:tcW w:w="2552" w:type="dxa"/>
            <w:tcMar>
              <w:top w:w="50" w:type="dxa"/>
              <w:left w:w="50" w:type="dxa"/>
              <w:bottom w:w="50" w:type="dxa"/>
              <w:right w:w="50" w:type="dxa"/>
            </w:tcMar>
            <w:vAlign w:val="center"/>
          </w:tcPr>
          <w:p w14:paraId="09BA3164" w14:textId="77777777" w:rsidR="00613ED9" w:rsidRPr="00074779" w:rsidRDefault="00613ED9">
            <w:pPr>
              <w:rPr>
                <w:rFonts w:ascii="Palemonas" w:hAnsi="Palemonas" w:cs="Palemonas"/>
                <w:lang w:val="lt-LT"/>
              </w:rPr>
            </w:pPr>
            <w:r w:rsidRPr="00074779">
              <w:rPr>
                <w:rFonts w:ascii="Palemonas" w:hAnsi="Palemonas" w:cs="Palemonas"/>
                <w:sz w:val="16"/>
                <w:lang w:val="lt-LT"/>
              </w:rPr>
              <w:t>Vaizdo panelė</w:t>
            </w:r>
          </w:p>
        </w:tc>
        <w:tc>
          <w:tcPr>
            <w:tcW w:w="2551" w:type="dxa"/>
            <w:tcMar>
              <w:top w:w="50" w:type="dxa"/>
              <w:left w:w="50" w:type="dxa"/>
              <w:bottom w:w="50" w:type="dxa"/>
              <w:right w:w="50" w:type="dxa"/>
            </w:tcMar>
            <w:vAlign w:val="center"/>
          </w:tcPr>
          <w:p w14:paraId="47056C8B" w14:textId="77777777" w:rsidR="00613ED9" w:rsidRPr="00074779" w:rsidRDefault="00613ED9">
            <w:pPr>
              <w:rPr>
                <w:rFonts w:ascii="Palemonas" w:hAnsi="Palemonas" w:cs="Palemonas"/>
                <w:lang w:val="lt-LT"/>
              </w:rPr>
            </w:pPr>
            <w:r w:rsidRPr="00074779">
              <w:rPr>
                <w:rFonts w:ascii="Palemonas" w:hAnsi="Palemonas" w:cs="Palemonas"/>
                <w:sz w:val="16"/>
                <w:lang w:val="lt-LT"/>
              </w:rPr>
              <w:t>Ekrano tarnavimo trukmė</w:t>
            </w:r>
          </w:p>
        </w:tc>
        <w:tc>
          <w:tcPr>
            <w:tcW w:w="3827" w:type="dxa"/>
            <w:tcMar>
              <w:top w:w="50" w:type="dxa"/>
              <w:left w:w="50" w:type="dxa"/>
              <w:bottom w:w="50" w:type="dxa"/>
              <w:right w:w="50" w:type="dxa"/>
            </w:tcMar>
            <w:vAlign w:val="center"/>
          </w:tcPr>
          <w:p w14:paraId="3621F893"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50 000 valandų.</w:t>
            </w:r>
          </w:p>
        </w:tc>
        <w:tc>
          <w:tcPr>
            <w:tcW w:w="1276" w:type="dxa"/>
            <w:shd w:val="clear" w:color="auto" w:fill="E2F0D9"/>
            <w:tcMar>
              <w:top w:w="50" w:type="dxa"/>
              <w:left w:w="50" w:type="dxa"/>
              <w:bottom w:w="50" w:type="dxa"/>
              <w:right w:w="50" w:type="dxa"/>
            </w:tcMar>
            <w:vAlign w:val="center"/>
          </w:tcPr>
          <w:p w14:paraId="5049DE57"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552492FF" w14:textId="77777777" w:rsidTr="00613ED9">
        <w:trPr>
          <w:jc w:val="center"/>
        </w:trPr>
        <w:tc>
          <w:tcPr>
            <w:tcW w:w="2552" w:type="dxa"/>
            <w:tcMar>
              <w:top w:w="50" w:type="dxa"/>
              <w:left w:w="50" w:type="dxa"/>
              <w:bottom w:w="50" w:type="dxa"/>
              <w:right w:w="50" w:type="dxa"/>
            </w:tcMar>
            <w:vAlign w:val="center"/>
          </w:tcPr>
          <w:p w14:paraId="686D1104" w14:textId="77777777" w:rsidR="00613ED9" w:rsidRPr="00074779" w:rsidRDefault="00613ED9">
            <w:pPr>
              <w:rPr>
                <w:rFonts w:ascii="Palemonas" w:hAnsi="Palemonas" w:cs="Palemonas"/>
                <w:lang w:val="lt-LT"/>
              </w:rPr>
            </w:pPr>
            <w:r w:rsidRPr="00074779">
              <w:rPr>
                <w:rFonts w:ascii="Palemonas" w:hAnsi="Palemonas" w:cs="Palemonas"/>
                <w:sz w:val="16"/>
                <w:lang w:val="lt-LT"/>
              </w:rPr>
              <w:t>Vaizdo panelė</w:t>
            </w:r>
          </w:p>
        </w:tc>
        <w:tc>
          <w:tcPr>
            <w:tcW w:w="2551" w:type="dxa"/>
            <w:tcMar>
              <w:top w:w="50" w:type="dxa"/>
              <w:left w:w="50" w:type="dxa"/>
              <w:bottom w:w="50" w:type="dxa"/>
              <w:right w:w="50" w:type="dxa"/>
            </w:tcMar>
            <w:vAlign w:val="center"/>
          </w:tcPr>
          <w:p w14:paraId="3B32B6D9" w14:textId="77777777" w:rsidR="00613ED9" w:rsidRPr="00074779" w:rsidRDefault="00613ED9">
            <w:pPr>
              <w:rPr>
                <w:rFonts w:ascii="Palemonas" w:hAnsi="Palemonas" w:cs="Palemonas"/>
                <w:lang w:val="lt-LT"/>
              </w:rPr>
            </w:pPr>
            <w:r w:rsidRPr="00074779">
              <w:rPr>
                <w:rFonts w:ascii="Palemonas" w:hAnsi="Palemonas" w:cs="Palemonas"/>
                <w:sz w:val="16"/>
                <w:lang w:val="lt-LT"/>
              </w:rPr>
              <w:t>Stiklo paviršius</w:t>
            </w:r>
          </w:p>
        </w:tc>
        <w:tc>
          <w:tcPr>
            <w:tcW w:w="3827" w:type="dxa"/>
            <w:tcMar>
              <w:top w:w="50" w:type="dxa"/>
              <w:left w:w="50" w:type="dxa"/>
              <w:bottom w:w="50" w:type="dxa"/>
              <w:right w:w="50" w:type="dxa"/>
            </w:tcMar>
            <w:vAlign w:val="center"/>
          </w:tcPr>
          <w:p w14:paraId="239D67FE" w14:textId="77777777" w:rsidR="00613ED9" w:rsidRPr="00074779" w:rsidRDefault="00613ED9">
            <w:pPr>
              <w:rPr>
                <w:rFonts w:ascii="Palemonas" w:hAnsi="Palemonas" w:cs="Palemonas"/>
                <w:lang w:val="lt-LT"/>
              </w:rPr>
            </w:pPr>
            <w:r w:rsidRPr="00074779">
              <w:rPr>
                <w:rFonts w:ascii="Palemonas" w:hAnsi="Palemonas" w:cs="Palemonas"/>
                <w:sz w:val="16"/>
                <w:lang w:val="lt-LT"/>
              </w:rPr>
              <w:t>Grūdintas, nuo atspindžių saugantis, atsparus pirštų atspaudams; pageidautina antimikrobinė danga arba lygiavertis higieninis sprendimas.</w:t>
            </w:r>
          </w:p>
        </w:tc>
        <w:tc>
          <w:tcPr>
            <w:tcW w:w="1276" w:type="dxa"/>
            <w:shd w:val="clear" w:color="auto" w:fill="E2F0D9"/>
            <w:tcMar>
              <w:top w:w="50" w:type="dxa"/>
              <w:left w:w="50" w:type="dxa"/>
              <w:bottom w:w="50" w:type="dxa"/>
              <w:right w:w="50" w:type="dxa"/>
            </w:tcMar>
            <w:vAlign w:val="center"/>
          </w:tcPr>
          <w:p w14:paraId="68AB47D9"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1375E173" w14:textId="77777777" w:rsidTr="00613ED9">
        <w:trPr>
          <w:jc w:val="center"/>
        </w:trPr>
        <w:tc>
          <w:tcPr>
            <w:tcW w:w="2552" w:type="dxa"/>
            <w:tcMar>
              <w:top w:w="50" w:type="dxa"/>
              <w:left w:w="50" w:type="dxa"/>
              <w:bottom w:w="50" w:type="dxa"/>
              <w:right w:w="50" w:type="dxa"/>
            </w:tcMar>
            <w:vAlign w:val="center"/>
          </w:tcPr>
          <w:p w14:paraId="77281946" w14:textId="77777777" w:rsidR="00613ED9" w:rsidRPr="00074779" w:rsidRDefault="00613ED9">
            <w:pPr>
              <w:rPr>
                <w:rFonts w:ascii="Palemonas" w:hAnsi="Palemonas" w:cs="Palemonas"/>
                <w:lang w:val="lt-LT"/>
              </w:rPr>
            </w:pPr>
            <w:r w:rsidRPr="00074779">
              <w:rPr>
                <w:rFonts w:ascii="Palemonas" w:hAnsi="Palemonas" w:cs="Palemonas"/>
                <w:sz w:val="16"/>
                <w:lang w:val="lt-LT"/>
              </w:rPr>
              <w:t>Vaizdo panelė</w:t>
            </w:r>
          </w:p>
        </w:tc>
        <w:tc>
          <w:tcPr>
            <w:tcW w:w="2551" w:type="dxa"/>
            <w:tcMar>
              <w:top w:w="50" w:type="dxa"/>
              <w:left w:w="50" w:type="dxa"/>
              <w:bottom w:w="50" w:type="dxa"/>
              <w:right w:w="50" w:type="dxa"/>
            </w:tcMar>
            <w:vAlign w:val="center"/>
          </w:tcPr>
          <w:p w14:paraId="585E8E0F" w14:textId="77777777" w:rsidR="00613ED9" w:rsidRPr="00074779" w:rsidRDefault="00613ED9">
            <w:pPr>
              <w:rPr>
                <w:rFonts w:ascii="Palemonas" w:hAnsi="Palemonas" w:cs="Palemonas"/>
                <w:lang w:val="lt-LT"/>
              </w:rPr>
            </w:pPr>
            <w:r w:rsidRPr="00074779">
              <w:rPr>
                <w:rFonts w:ascii="Palemonas" w:hAnsi="Palemonas" w:cs="Palemonas"/>
                <w:sz w:val="16"/>
                <w:lang w:val="lt-LT"/>
              </w:rPr>
              <w:t>Stiklo kietumas</w:t>
            </w:r>
          </w:p>
        </w:tc>
        <w:tc>
          <w:tcPr>
            <w:tcW w:w="3827" w:type="dxa"/>
            <w:tcMar>
              <w:top w:w="50" w:type="dxa"/>
              <w:left w:w="50" w:type="dxa"/>
              <w:bottom w:w="50" w:type="dxa"/>
              <w:right w:w="50" w:type="dxa"/>
            </w:tcMar>
            <w:vAlign w:val="center"/>
          </w:tcPr>
          <w:p w14:paraId="3E7CCA6A"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7H; atsparumas rašymo priemonėms ne mažiau kaip „</w:t>
            </w:r>
            <w:proofErr w:type="spellStart"/>
            <w:r w:rsidRPr="00074779">
              <w:rPr>
                <w:rFonts w:ascii="Palemonas" w:hAnsi="Palemonas" w:cs="Palemonas"/>
                <w:sz w:val="16"/>
                <w:lang w:val="lt-LT"/>
              </w:rPr>
              <w:t>pencil</w:t>
            </w:r>
            <w:proofErr w:type="spellEnd"/>
            <w:r w:rsidRPr="00074779">
              <w:rPr>
                <w:rFonts w:ascii="Palemonas" w:hAnsi="Palemonas" w:cs="Palemonas"/>
                <w:sz w:val="16"/>
                <w:lang w:val="lt-LT"/>
              </w:rPr>
              <w:t xml:space="preserve"> 9“ arba lygiavertis.</w:t>
            </w:r>
          </w:p>
        </w:tc>
        <w:tc>
          <w:tcPr>
            <w:tcW w:w="1276" w:type="dxa"/>
            <w:shd w:val="clear" w:color="auto" w:fill="E2F0D9"/>
            <w:tcMar>
              <w:top w:w="50" w:type="dxa"/>
              <w:left w:w="50" w:type="dxa"/>
              <w:bottom w:w="50" w:type="dxa"/>
              <w:right w:w="50" w:type="dxa"/>
            </w:tcMar>
            <w:vAlign w:val="center"/>
          </w:tcPr>
          <w:p w14:paraId="546E0CBD"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6790FFE8" w14:textId="77777777" w:rsidTr="00613ED9">
        <w:trPr>
          <w:jc w:val="center"/>
        </w:trPr>
        <w:tc>
          <w:tcPr>
            <w:tcW w:w="2552" w:type="dxa"/>
            <w:tcMar>
              <w:top w:w="50" w:type="dxa"/>
              <w:left w:w="50" w:type="dxa"/>
              <w:bottom w:w="50" w:type="dxa"/>
              <w:right w:w="50" w:type="dxa"/>
            </w:tcMar>
            <w:vAlign w:val="center"/>
          </w:tcPr>
          <w:p w14:paraId="2C56BBB1" w14:textId="77777777" w:rsidR="00613ED9" w:rsidRPr="00074779" w:rsidRDefault="00613ED9">
            <w:pPr>
              <w:rPr>
                <w:rFonts w:ascii="Palemonas" w:hAnsi="Palemonas" w:cs="Palemonas"/>
                <w:lang w:val="lt-LT"/>
              </w:rPr>
            </w:pPr>
            <w:r w:rsidRPr="00074779">
              <w:rPr>
                <w:rFonts w:ascii="Palemonas" w:hAnsi="Palemonas" w:cs="Palemonas"/>
                <w:sz w:val="16"/>
                <w:lang w:val="lt-LT"/>
              </w:rPr>
              <w:t>Vaizdo panelė</w:t>
            </w:r>
          </w:p>
        </w:tc>
        <w:tc>
          <w:tcPr>
            <w:tcW w:w="2551" w:type="dxa"/>
            <w:tcMar>
              <w:top w:w="50" w:type="dxa"/>
              <w:left w:w="50" w:type="dxa"/>
              <w:bottom w:w="50" w:type="dxa"/>
              <w:right w:w="50" w:type="dxa"/>
            </w:tcMar>
            <w:vAlign w:val="center"/>
          </w:tcPr>
          <w:p w14:paraId="166B30A6" w14:textId="77777777" w:rsidR="00613ED9" w:rsidRPr="00074779" w:rsidRDefault="00613ED9">
            <w:pPr>
              <w:rPr>
                <w:rFonts w:ascii="Palemonas" w:hAnsi="Palemonas" w:cs="Palemonas"/>
                <w:lang w:val="lt-LT"/>
              </w:rPr>
            </w:pPr>
            <w:r w:rsidRPr="00074779">
              <w:rPr>
                <w:rFonts w:ascii="Palemonas" w:hAnsi="Palemonas" w:cs="Palemonas"/>
                <w:sz w:val="16"/>
                <w:lang w:val="lt-LT"/>
              </w:rPr>
              <w:t>Optinis sujungimas</w:t>
            </w:r>
          </w:p>
        </w:tc>
        <w:tc>
          <w:tcPr>
            <w:tcW w:w="3827" w:type="dxa"/>
            <w:tcMar>
              <w:top w:w="50" w:type="dxa"/>
              <w:left w:w="50" w:type="dxa"/>
              <w:bottom w:w="50" w:type="dxa"/>
              <w:right w:w="50" w:type="dxa"/>
            </w:tcMar>
            <w:vAlign w:val="center"/>
          </w:tcPr>
          <w:p w14:paraId="2935FE63" w14:textId="77777777" w:rsidR="00613ED9" w:rsidRPr="00074779" w:rsidRDefault="00613ED9">
            <w:pPr>
              <w:rPr>
                <w:rFonts w:ascii="Palemonas" w:hAnsi="Palemonas" w:cs="Palemonas"/>
                <w:lang w:val="lt-LT"/>
              </w:rPr>
            </w:pPr>
            <w:proofErr w:type="spellStart"/>
            <w:r w:rsidRPr="00074779">
              <w:rPr>
                <w:rFonts w:ascii="Palemonas" w:hAnsi="Palemonas" w:cs="Palemonas"/>
                <w:sz w:val="16"/>
                <w:lang w:val="lt-LT"/>
              </w:rPr>
              <w:t>Zero</w:t>
            </w:r>
            <w:proofErr w:type="spellEnd"/>
            <w:r w:rsidRPr="00074779">
              <w:rPr>
                <w:rFonts w:ascii="Palemonas" w:hAnsi="Palemonas" w:cs="Palemonas"/>
                <w:sz w:val="16"/>
                <w:lang w:val="lt-LT"/>
              </w:rPr>
              <w:t xml:space="preserve"> </w:t>
            </w:r>
            <w:proofErr w:type="spellStart"/>
            <w:r w:rsidRPr="00074779">
              <w:rPr>
                <w:rFonts w:ascii="Palemonas" w:hAnsi="Palemonas" w:cs="Palemonas"/>
                <w:sz w:val="16"/>
                <w:lang w:val="lt-LT"/>
              </w:rPr>
              <w:t>bonding</w:t>
            </w:r>
            <w:proofErr w:type="spellEnd"/>
            <w:r w:rsidRPr="00074779">
              <w:rPr>
                <w:rFonts w:ascii="Palemonas" w:hAnsi="Palemonas" w:cs="Palemonas"/>
                <w:sz w:val="16"/>
                <w:lang w:val="lt-LT"/>
              </w:rPr>
              <w:t xml:space="preserve"> / </w:t>
            </w:r>
            <w:proofErr w:type="spellStart"/>
            <w:r w:rsidRPr="00074779">
              <w:rPr>
                <w:rFonts w:ascii="Palemonas" w:hAnsi="Palemonas" w:cs="Palemonas"/>
                <w:sz w:val="16"/>
                <w:lang w:val="lt-LT"/>
              </w:rPr>
              <w:t>certified</w:t>
            </w:r>
            <w:proofErr w:type="spellEnd"/>
            <w:r w:rsidRPr="00074779">
              <w:rPr>
                <w:rFonts w:ascii="Palemonas" w:hAnsi="Palemonas" w:cs="Palemonas"/>
                <w:sz w:val="16"/>
                <w:lang w:val="lt-LT"/>
              </w:rPr>
              <w:t xml:space="preserve"> </w:t>
            </w:r>
            <w:proofErr w:type="spellStart"/>
            <w:r w:rsidRPr="00074779">
              <w:rPr>
                <w:rFonts w:ascii="Palemonas" w:hAnsi="Palemonas" w:cs="Palemonas"/>
                <w:sz w:val="16"/>
                <w:lang w:val="lt-LT"/>
              </w:rPr>
              <w:t>zero</w:t>
            </w:r>
            <w:proofErr w:type="spellEnd"/>
            <w:r w:rsidRPr="00074779">
              <w:rPr>
                <w:rFonts w:ascii="Palemonas" w:hAnsi="Palemonas" w:cs="Palemonas"/>
                <w:sz w:val="16"/>
                <w:lang w:val="lt-LT"/>
              </w:rPr>
              <w:t xml:space="preserve"> </w:t>
            </w:r>
            <w:proofErr w:type="spellStart"/>
            <w:r w:rsidRPr="00074779">
              <w:rPr>
                <w:rFonts w:ascii="Palemonas" w:hAnsi="Palemonas" w:cs="Palemonas"/>
                <w:sz w:val="16"/>
                <w:lang w:val="lt-LT"/>
              </w:rPr>
              <w:t>bonding</w:t>
            </w:r>
            <w:proofErr w:type="spellEnd"/>
            <w:r w:rsidRPr="00074779">
              <w:rPr>
                <w:rFonts w:ascii="Palemonas" w:hAnsi="Palemonas" w:cs="Palemonas"/>
                <w:sz w:val="16"/>
                <w:lang w:val="lt-LT"/>
              </w:rPr>
              <w:t xml:space="preserve"> arba lygiavertė technologija, mažinanti paralaksą ir gerinanti rašymo tikslumą.</w:t>
            </w:r>
          </w:p>
        </w:tc>
        <w:tc>
          <w:tcPr>
            <w:tcW w:w="1276" w:type="dxa"/>
            <w:shd w:val="clear" w:color="auto" w:fill="E2F0D9"/>
            <w:tcMar>
              <w:top w:w="50" w:type="dxa"/>
              <w:left w:w="50" w:type="dxa"/>
              <w:bottom w:w="50" w:type="dxa"/>
              <w:right w:w="50" w:type="dxa"/>
            </w:tcMar>
            <w:vAlign w:val="center"/>
          </w:tcPr>
          <w:p w14:paraId="176CEAA4"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51836B1A" w14:textId="77777777" w:rsidTr="00613ED9">
        <w:trPr>
          <w:jc w:val="center"/>
        </w:trPr>
        <w:tc>
          <w:tcPr>
            <w:tcW w:w="2552" w:type="dxa"/>
            <w:tcMar>
              <w:top w:w="50" w:type="dxa"/>
              <w:left w:w="50" w:type="dxa"/>
              <w:bottom w:w="50" w:type="dxa"/>
              <w:right w:w="50" w:type="dxa"/>
            </w:tcMar>
            <w:vAlign w:val="center"/>
          </w:tcPr>
          <w:p w14:paraId="40B64A69" w14:textId="77777777" w:rsidR="00613ED9" w:rsidRPr="00074779" w:rsidRDefault="00613ED9">
            <w:pPr>
              <w:rPr>
                <w:rFonts w:ascii="Palemonas" w:hAnsi="Palemonas" w:cs="Palemonas"/>
                <w:lang w:val="lt-LT"/>
              </w:rPr>
            </w:pPr>
            <w:r w:rsidRPr="00074779">
              <w:rPr>
                <w:rFonts w:ascii="Palemonas" w:hAnsi="Palemonas" w:cs="Palemonas"/>
                <w:sz w:val="16"/>
                <w:lang w:val="lt-LT"/>
              </w:rPr>
              <w:t>Lietimas ir rašymas</w:t>
            </w:r>
          </w:p>
        </w:tc>
        <w:tc>
          <w:tcPr>
            <w:tcW w:w="2551" w:type="dxa"/>
            <w:tcMar>
              <w:top w:w="50" w:type="dxa"/>
              <w:left w:w="50" w:type="dxa"/>
              <w:bottom w:w="50" w:type="dxa"/>
              <w:right w:w="50" w:type="dxa"/>
            </w:tcMar>
            <w:vAlign w:val="center"/>
          </w:tcPr>
          <w:p w14:paraId="2C5183E6" w14:textId="77777777" w:rsidR="00613ED9" w:rsidRPr="00074779" w:rsidRDefault="00613ED9">
            <w:pPr>
              <w:rPr>
                <w:rFonts w:ascii="Palemonas" w:hAnsi="Palemonas" w:cs="Palemonas"/>
                <w:lang w:val="lt-LT"/>
              </w:rPr>
            </w:pPr>
            <w:r w:rsidRPr="00074779">
              <w:rPr>
                <w:rFonts w:ascii="Palemonas" w:hAnsi="Palemonas" w:cs="Palemonas"/>
                <w:sz w:val="16"/>
                <w:lang w:val="lt-LT"/>
              </w:rPr>
              <w:t>Lietimo technologija</w:t>
            </w:r>
          </w:p>
        </w:tc>
        <w:tc>
          <w:tcPr>
            <w:tcW w:w="3827" w:type="dxa"/>
            <w:tcMar>
              <w:top w:w="50" w:type="dxa"/>
              <w:left w:w="50" w:type="dxa"/>
              <w:bottom w:w="50" w:type="dxa"/>
              <w:right w:w="50" w:type="dxa"/>
            </w:tcMar>
            <w:vAlign w:val="center"/>
          </w:tcPr>
          <w:p w14:paraId="4E3DDBA8" w14:textId="77777777" w:rsidR="00613ED9" w:rsidRPr="00074779" w:rsidRDefault="00613ED9">
            <w:pPr>
              <w:rPr>
                <w:rFonts w:ascii="Palemonas" w:hAnsi="Palemonas" w:cs="Palemonas"/>
                <w:lang w:val="lt-LT"/>
              </w:rPr>
            </w:pPr>
            <w:r w:rsidRPr="00074779">
              <w:rPr>
                <w:rFonts w:ascii="Palemonas" w:hAnsi="Palemonas" w:cs="Palemonas"/>
                <w:sz w:val="16"/>
                <w:lang w:val="lt-LT"/>
              </w:rPr>
              <w:t>IR / infraraudonųjų spindulių arba lygiavertė didelio tikslumo lietimo technologija.</w:t>
            </w:r>
          </w:p>
        </w:tc>
        <w:tc>
          <w:tcPr>
            <w:tcW w:w="1276" w:type="dxa"/>
            <w:shd w:val="clear" w:color="auto" w:fill="E2F0D9"/>
            <w:tcMar>
              <w:top w:w="50" w:type="dxa"/>
              <w:left w:w="50" w:type="dxa"/>
              <w:bottom w:w="50" w:type="dxa"/>
              <w:right w:w="50" w:type="dxa"/>
            </w:tcMar>
            <w:vAlign w:val="center"/>
          </w:tcPr>
          <w:p w14:paraId="36209259"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1975FD2D" w14:textId="77777777" w:rsidTr="00613ED9">
        <w:trPr>
          <w:jc w:val="center"/>
        </w:trPr>
        <w:tc>
          <w:tcPr>
            <w:tcW w:w="2552" w:type="dxa"/>
            <w:tcMar>
              <w:top w:w="50" w:type="dxa"/>
              <w:left w:w="50" w:type="dxa"/>
              <w:bottom w:w="50" w:type="dxa"/>
              <w:right w:w="50" w:type="dxa"/>
            </w:tcMar>
            <w:vAlign w:val="center"/>
          </w:tcPr>
          <w:p w14:paraId="39B0A76D" w14:textId="77777777" w:rsidR="00613ED9" w:rsidRPr="00074779" w:rsidRDefault="00613ED9">
            <w:pPr>
              <w:rPr>
                <w:rFonts w:ascii="Palemonas" w:hAnsi="Palemonas" w:cs="Palemonas"/>
                <w:lang w:val="lt-LT"/>
              </w:rPr>
            </w:pPr>
            <w:r w:rsidRPr="00074779">
              <w:rPr>
                <w:rFonts w:ascii="Palemonas" w:hAnsi="Palemonas" w:cs="Palemonas"/>
                <w:sz w:val="16"/>
                <w:lang w:val="lt-LT"/>
              </w:rPr>
              <w:t>Lietimas ir rašymas</w:t>
            </w:r>
          </w:p>
        </w:tc>
        <w:tc>
          <w:tcPr>
            <w:tcW w:w="2551" w:type="dxa"/>
            <w:tcMar>
              <w:top w:w="50" w:type="dxa"/>
              <w:left w:w="50" w:type="dxa"/>
              <w:bottom w:w="50" w:type="dxa"/>
              <w:right w:w="50" w:type="dxa"/>
            </w:tcMar>
            <w:vAlign w:val="center"/>
          </w:tcPr>
          <w:p w14:paraId="4913D86A" w14:textId="77777777" w:rsidR="00613ED9" w:rsidRPr="00074779" w:rsidRDefault="00613ED9">
            <w:pPr>
              <w:rPr>
                <w:rFonts w:ascii="Palemonas" w:hAnsi="Palemonas" w:cs="Palemonas"/>
                <w:lang w:val="lt-LT"/>
              </w:rPr>
            </w:pPr>
            <w:r w:rsidRPr="00074779">
              <w:rPr>
                <w:rFonts w:ascii="Palemonas" w:hAnsi="Palemonas" w:cs="Palemonas"/>
                <w:sz w:val="16"/>
                <w:lang w:val="lt-LT"/>
              </w:rPr>
              <w:t>Lietimo taškų skaičius</w:t>
            </w:r>
          </w:p>
        </w:tc>
        <w:tc>
          <w:tcPr>
            <w:tcW w:w="3827" w:type="dxa"/>
            <w:tcMar>
              <w:top w:w="50" w:type="dxa"/>
              <w:left w:w="50" w:type="dxa"/>
              <w:bottom w:w="50" w:type="dxa"/>
              <w:right w:w="50" w:type="dxa"/>
            </w:tcMar>
            <w:vAlign w:val="center"/>
          </w:tcPr>
          <w:p w14:paraId="19622FDB" w14:textId="77777777" w:rsidR="00613ED9" w:rsidRPr="00074779" w:rsidRDefault="00613ED9">
            <w:pPr>
              <w:rPr>
                <w:rFonts w:ascii="Palemonas" w:hAnsi="Palemonas" w:cs="Palemonas"/>
                <w:lang w:val="lt-LT"/>
              </w:rPr>
            </w:pPr>
            <w:r w:rsidRPr="00074779">
              <w:rPr>
                <w:rFonts w:ascii="Palemonas" w:hAnsi="Palemonas" w:cs="Palemonas"/>
                <w:sz w:val="16"/>
                <w:lang w:val="lt-LT"/>
              </w:rPr>
              <w:t xml:space="preserve">Ne mažiau kaip 50 lietimo taškų Windows aplinkoje ir ne mažiau kaip 50 lietimo taškų Android / </w:t>
            </w:r>
            <w:proofErr w:type="spellStart"/>
            <w:r w:rsidRPr="00074779">
              <w:rPr>
                <w:rFonts w:ascii="Palemonas" w:hAnsi="Palemonas" w:cs="Palemonas"/>
                <w:sz w:val="16"/>
                <w:lang w:val="lt-LT"/>
              </w:rPr>
              <w:t>macOS</w:t>
            </w:r>
            <w:proofErr w:type="spellEnd"/>
            <w:r w:rsidRPr="00074779">
              <w:rPr>
                <w:rFonts w:ascii="Palemonas" w:hAnsi="Palemonas" w:cs="Palemonas"/>
                <w:sz w:val="16"/>
                <w:lang w:val="lt-LT"/>
              </w:rPr>
              <w:t xml:space="preserve"> / Linux / </w:t>
            </w:r>
            <w:proofErr w:type="spellStart"/>
            <w:r w:rsidRPr="00074779">
              <w:rPr>
                <w:rFonts w:ascii="Palemonas" w:hAnsi="Palemonas" w:cs="Palemonas"/>
                <w:sz w:val="16"/>
                <w:lang w:val="lt-LT"/>
              </w:rPr>
              <w:t>ChromeOS</w:t>
            </w:r>
            <w:proofErr w:type="spellEnd"/>
            <w:r w:rsidRPr="00074779">
              <w:rPr>
                <w:rFonts w:ascii="Palemonas" w:hAnsi="Palemonas" w:cs="Palemonas"/>
                <w:sz w:val="16"/>
                <w:lang w:val="lt-LT"/>
              </w:rPr>
              <w:t xml:space="preserve"> aplinkose.</w:t>
            </w:r>
          </w:p>
        </w:tc>
        <w:tc>
          <w:tcPr>
            <w:tcW w:w="1276" w:type="dxa"/>
            <w:shd w:val="clear" w:color="auto" w:fill="E2F0D9"/>
            <w:tcMar>
              <w:top w:w="50" w:type="dxa"/>
              <w:left w:w="50" w:type="dxa"/>
              <w:bottom w:w="50" w:type="dxa"/>
              <w:right w:w="50" w:type="dxa"/>
            </w:tcMar>
            <w:vAlign w:val="center"/>
          </w:tcPr>
          <w:p w14:paraId="66D293C3"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4E35CF9C" w14:textId="77777777" w:rsidTr="00613ED9">
        <w:trPr>
          <w:jc w:val="center"/>
        </w:trPr>
        <w:tc>
          <w:tcPr>
            <w:tcW w:w="2552" w:type="dxa"/>
            <w:tcMar>
              <w:top w:w="50" w:type="dxa"/>
              <w:left w:w="50" w:type="dxa"/>
              <w:bottom w:w="50" w:type="dxa"/>
              <w:right w:w="50" w:type="dxa"/>
            </w:tcMar>
            <w:vAlign w:val="center"/>
          </w:tcPr>
          <w:p w14:paraId="5E7E6037" w14:textId="77777777" w:rsidR="00613ED9" w:rsidRPr="00074779" w:rsidRDefault="00613ED9">
            <w:pPr>
              <w:rPr>
                <w:rFonts w:ascii="Palemonas" w:hAnsi="Palemonas" w:cs="Palemonas"/>
                <w:lang w:val="lt-LT"/>
              </w:rPr>
            </w:pPr>
            <w:r w:rsidRPr="00074779">
              <w:rPr>
                <w:rFonts w:ascii="Palemonas" w:hAnsi="Palemonas" w:cs="Palemonas"/>
                <w:sz w:val="16"/>
                <w:lang w:val="lt-LT"/>
              </w:rPr>
              <w:t>Lietimas ir rašymas</w:t>
            </w:r>
          </w:p>
        </w:tc>
        <w:tc>
          <w:tcPr>
            <w:tcW w:w="2551" w:type="dxa"/>
            <w:tcMar>
              <w:top w:w="50" w:type="dxa"/>
              <w:left w:w="50" w:type="dxa"/>
              <w:bottom w:w="50" w:type="dxa"/>
              <w:right w:w="50" w:type="dxa"/>
            </w:tcMar>
            <w:vAlign w:val="center"/>
          </w:tcPr>
          <w:p w14:paraId="313E1904" w14:textId="77777777" w:rsidR="00613ED9" w:rsidRPr="00074779" w:rsidRDefault="00613ED9">
            <w:pPr>
              <w:rPr>
                <w:rFonts w:ascii="Palemonas" w:hAnsi="Palemonas" w:cs="Palemonas"/>
                <w:lang w:val="lt-LT"/>
              </w:rPr>
            </w:pPr>
            <w:r w:rsidRPr="00074779">
              <w:rPr>
                <w:rFonts w:ascii="Palemonas" w:hAnsi="Palemonas" w:cs="Palemonas"/>
                <w:sz w:val="16"/>
                <w:lang w:val="lt-LT"/>
              </w:rPr>
              <w:t>Rašymo įrankiai</w:t>
            </w:r>
          </w:p>
        </w:tc>
        <w:tc>
          <w:tcPr>
            <w:tcW w:w="3827" w:type="dxa"/>
            <w:tcMar>
              <w:top w:w="50" w:type="dxa"/>
              <w:left w:w="50" w:type="dxa"/>
              <w:bottom w:w="50" w:type="dxa"/>
              <w:right w:w="50" w:type="dxa"/>
            </w:tcMar>
            <w:vAlign w:val="center"/>
          </w:tcPr>
          <w:p w14:paraId="36526BAC" w14:textId="77777777" w:rsidR="00613ED9" w:rsidRPr="00074779" w:rsidRDefault="00613ED9">
            <w:pPr>
              <w:rPr>
                <w:rFonts w:ascii="Palemonas" w:hAnsi="Palemonas" w:cs="Palemonas"/>
                <w:lang w:val="lt-LT"/>
              </w:rPr>
            </w:pPr>
            <w:r w:rsidRPr="00074779">
              <w:rPr>
                <w:rFonts w:ascii="Palemonas" w:hAnsi="Palemonas" w:cs="Palemonas"/>
                <w:sz w:val="16"/>
                <w:lang w:val="lt-LT"/>
              </w:rPr>
              <w:t>Pasyvus rašiklis, pirštas, delno funkcijos palaikymas.</w:t>
            </w:r>
          </w:p>
        </w:tc>
        <w:tc>
          <w:tcPr>
            <w:tcW w:w="1276" w:type="dxa"/>
            <w:shd w:val="clear" w:color="auto" w:fill="E2F0D9"/>
            <w:tcMar>
              <w:top w:w="50" w:type="dxa"/>
              <w:left w:w="50" w:type="dxa"/>
              <w:bottom w:w="50" w:type="dxa"/>
              <w:right w:w="50" w:type="dxa"/>
            </w:tcMar>
            <w:vAlign w:val="center"/>
          </w:tcPr>
          <w:p w14:paraId="12F96853"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61ED74E8" w14:textId="77777777" w:rsidTr="00613ED9">
        <w:trPr>
          <w:jc w:val="center"/>
        </w:trPr>
        <w:tc>
          <w:tcPr>
            <w:tcW w:w="2552" w:type="dxa"/>
            <w:tcMar>
              <w:top w:w="50" w:type="dxa"/>
              <w:left w:w="50" w:type="dxa"/>
              <w:bottom w:w="50" w:type="dxa"/>
              <w:right w:w="50" w:type="dxa"/>
            </w:tcMar>
            <w:vAlign w:val="center"/>
          </w:tcPr>
          <w:p w14:paraId="016A61FA" w14:textId="77777777" w:rsidR="00613ED9" w:rsidRPr="00074779" w:rsidRDefault="00613ED9">
            <w:pPr>
              <w:rPr>
                <w:rFonts w:ascii="Palemonas" w:hAnsi="Palemonas" w:cs="Palemonas"/>
                <w:lang w:val="lt-LT"/>
              </w:rPr>
            </w:pPr>
            <w:r w:rsidRPr="00074779">
              <w:rPr>
                <w:rFonts w:ascii="Palemonas" w:hAnsi="Palemonas" w:cs="Palemonas"/>
                <w:sz w:val="16"/>
                <w:lang w:val="lt-LT"/>
              </w:rPr>
              <w:t>Lietimas ir rašymas</w:t>
            </w:r>
          </w:p>
        </w:tc>
        <w:tc>
          <w:tcPr>
            <w:tcW w:w="2551" w:type="dxa"/>
            <w:tcMar>
              <w:top w:w="50" w:type="dxa"/>
              <w:left w:w="50" w:type="dxa"/>
              <w:bottom w:w="50" w:type="dxa"/>
              <w:right w:w="50" w:type="dxa"/>
            </w:tcMar>
            <w:vAlign w:val="center"/>
          </w:tcPr>
          <w:p w14:paraId="693D602D" w14:textId="77777777" w:rsidR="00613ED9" w:rsidRPr="00074779" w:rsidRDefault="00613ED9">
            <w:pPr>
              <w:rPr>
                <w:rFonts w:ascii="Palemonas" w:hAnsi="Palemonas" w:cs="Palemonas"/>
                <w:lang w:val="lt-LT"/>
              </w:rPr>
            </w:pPr>
            <w:r w:rsidRPr="00074779">
              <w:rPr>
                <w:rFonts w:ascii="Palemonas" w:hAnsi="Palemonas" w:cs="Palemonas"/>
                <w:sz w:val="16"/>
                <w:lang w:val="lt-LT"/>
              </w:rPr>
              <w:t>Rašymo tikslumas</w:t>
            </w:r>
          </w:p>
        </w:tc>
        <w:tc>
          <w:tcPr>
            <w:tcW w:w="3827" w:type="dxa"/>
            <w:tcMar>
              <w:top w:w="50" w:type="dxa"/>
              <w:left w:w="50" w:type="dxa"/>
              <w:bottom w:w="50" w:type="dxa"/>
              <w:right w:w="50" w:type="dxa"/>
            </w:tcMar>
            <w:vAlign w:val="center"/>
          </w:tcPr>
          <w:p w14:paraId="729F8C91" w14:textId="77777777" w:rsidR="00613ED9" w:rsidRPr="00074779" w:rsidRDefault="00613ED9">
            <w:pPr>
              <w:rPr>
                <w:rFonts w:ascii="Palemonas" w:hAnsi="Palemonas" w:cs="Palemonas"/>
                <w:lang w:val="lt-LT"/>
              </w:rPr>
            </w:pPr>
            <w:r w:rsidRPr="00074779">
              <w:rPr>
                <w:rFonts w:ascii="Palemonas" w:hAnsi="Palemonas" w:cs="Palemonas"/>
                <w:sz w:val="16"/>
                <w:lang w:val="lt-LT"/>
              </w:rPr>
              <w:t>Ne blogesnis kaip ±1 mm.</w:t>
            </w:r>
          </w:p>
        </w:tc>
        <w:tc>
          <w:tcPr>
            <w:tcW w:w="1276" w:type="dxa"/>
            <w:shd w:val="clear" w:color="auto" w:fill="E2F0D9"/>
            <w:tcMar>
              <w:top w:w="50" w:type="dxa"/>
              <w:left w:w="50" w:type="dxa"/>
              <w:bottom w:w="50" w:type="dxa"/>
              <w:right w:w="50" w:type="dxa"/>
            </w:tcMar>
            <w:vAlign w:val="center"/>
          </w:tcPr>
          <w:p w14:paraId="6DE08365"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45E7D9C6" w14:textId="77777777" w:rsidTr="00613ED9">
        <w:trPr>
          <w:jc w:val="center"/>
        </w:trPr>
        <w:tc>
          <w:tcPr>
            <w:tcW w:w="2552" w:type="dxa"/>
            <w:tcMar>
              <w:top w:w="50" w:type="dxa"/>
              <w:left w:w="50" w:type="dxa"/>
              <w:bottom w:w="50" w:type="dxa"/>
              <w:right w:w="50" w:type="dxa"/>
            </w:tcMar>
            <w:vAlign w:val="center"/>
          </w:tcPr>
          <w:p w14:paraId="6DAACB09" w14:textId="77777777" w:rsidR="00613ED9" w:rsidRPr="00074779" w:rsidRDefault="00613ED9">
            <w:pPr>
              <w:rPr>
                <w:rFonts w:ascii="Palemonas" w:hAnsi="Palemonas" w:cs="Palemonas"/>
                <w:lang w:val="lt-LT"/>
              </w:rPr>
            </w:pPr>
            <w:r w:rsidRPr="00074779">
              <w:rPr>
                <w:rFonts w:ascii="Palemonas" w:hAnsi="Palemonas" w:cs="Palemonas"/>
                <w:sz w:val="16"/>
                <w:lang w:val="lt-LT"/>
              </w:rPr>
              <w:t>Lietimas ir rašymas</w:t>
            </w:r>
          </w:p>
        </w:tc>
        <w:tc>
          <w:tcPr>
            <w:tcW w:w="2551" w:type="dxa"/>
            <w:tcMar>
              <w:top w:w="50" w:type="dxa"/>
              <w:left w:w="50" w:type="dxa"/>
              <w:bottom w:w="50" w:type="dxa"/>
              <w:right w:w="50" w:type="dxa"/>
            </w:tcMar>
            <w:vAlign w:val="center"/>
          </w:tcPr>
          <w:p w14:paraId="4C3C018B" w14:textId="77777777" w:rsidR="00613ED9" w:rsidRPr="00074779" w:rsidRDefault="00613ED9">
            <w:pPr>
              <w:rPr>
                <w:rFonts w:ascii="Palemonas" w:hAnsi="Palemonas" w:cs="Palemonas"/>
                <w:lang w:val="lt-LT"/>
              </w:rPr>
            </w:pPr>
            <w:r w:rsidRPr="00074779">
              <w:rPr>
                <w:rFonts w:ascii="Palemonas" w:hAnsi="Palemonas" w:cs="Palemonas"/>
                <w:sz w:val="16"/>
                <w:lang w:val="lt-LT"/>
              </w:rPr>
              <w:t>Delno atmetimas</w:t>
            </w:r>
          </w:p>
        </w:tc>
        <w:tc>
          <w:tcPr>
            <w:tcW w:w="3827" w:type="dxa"/>
            <w:tcMar>
              <w:top w:w="50" w:type="dxa"/>
              <w:left w:w="50" w:type="dxa"/>
              <w:bottom w:w="50" w:type="dxa"/>
              <w:right w:w="50" w:type="dxa"/>
            </w:tcMar>
            <w:vAlign w:val="center"/>
          </w:tcPr>
          <w:p w14:paraId="35141347" w14:textId="77777777" w:rsidR="00613ED9" w:rsidRPr="00074779" w:rsidRDefault="00613ED9">
            <w:pPr>
              <w:rPr>
                <w:rFonts w:ascii="Palemonas" w:hAnsi="Palemonas" w:cs="Palemonas"/>
                <w:lang w:val="lt-LT"/>
              </w:rPr>
            </w:pPr>
            <w:proofErr w:type="spellStart"/>
            <w:r w:rsidRPr="00074779">
              <w:rPr>
                <w:rFonts w:ascii="Palemonas" w:hAnsi="Palemonas" w:cs="Palemonas"/>
                <w:sz w:val="16"/>
                <w:lang w:val="lt-LT"/>
              </w:rPr>
              <w:t>Real</w:t>
            </w:r>
            <w:proofErr w:type="spellEnd"/>
            <w:r w:rsidRPr="00074779">
              <w:rPr>
                <w:rFonts w:ascii="Palemonas" w:hAnsi="Palemonas" w:cs="Palemonas"/>
                <w:sz w:val="16"/>
                <w:lang w:val="lt-LT"/>
              </w:rPr>
              <w:t xml:space="preserve"> </w:t>
            </w:r>
            <w:proofErr w:type="spellStart"/>
            <w:r w:rsidRPr="00074779">
              <w:rPr>
                <w:rFonts w:ascii="Palemonas" w:hAnsi="Palemonas" w:cs="Palemonas"/>
                <w:sz w:val="16"/>
                <w:lang w:val="lt-LT"/>
              </w:rPr>
              <w:t>palm</w:t>
            </w:r>
            <w:proofErr w:type="spellEnd"/>
            <w:r w:rsidRPr="00074779">
              <w:rPr>
                <w:rFonts w:ascii="Palemonas" w:hAnsi="Palemonas" w:cs="Palemonas"/>
                <w:sz w:val="16"/>
                <w:lang w:val="lt-LT"/>
              </w:rPr>
              <w:t xml:space="preserve"> </w:t>
            </w:r>
            <w:proofErr w:type="spellStart"/>
            <w:r w:rsidRPr="00074779">
              <w:rPr>
                <w:rFonts w:ascii="Palemonas" w:hAnsi="Palemonas" w:cs="Palemonas"/>
                <w:sz w:val="16"/>
                <w:lang w:val="lt-LT"/>
              </w:rPr>
              <w:t>rejection</w:t>
            </w:r>
            <w:proofErr w:type="spellEnd"/>
            <w:r w:rsidRPr="00074779">
              <w:rPr>
                <w:rFonts w:ascii="Palemonas" w:hAnsi="Palemonas" w:cs="Palemonas"/>
                <w:sz w:val="16"/>
                <w:lang w:val="lt-LT"/>
              </w:rPr>
              <w:t xml:space="preserve"> arba lygiavertis sprendimas.</w:t>
            </w:r>
          </w:p>
        </w:tc>
        <w:tc>
          <w:tcPr>
            <w:tcW w:w="1276" w:type="dxa"/>
            <w:shd w:val="clear" w:color="auto" w:fill="E2F0D9"/>
            <w:tcMar>
              <w:top w:w="50" w:type="dxa"/>
              <w:left w:w="50" w:type="dxa"/>
              <w:bottom w:w="50" w:type="dxa"/>
              <w:right w:w="50" w:type="dxa"/>
            </w:tcMar>
            <w:vAlign w:val="center"/>
          </w:tcPr>
          <w:p w14:paraId="5E346634"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7BD7980F" w14:textId="77777777" w:rsidTr="00613ED9">
        <w:trPr>
          <w:jc w:val="center"/>
        </w:trPr>
        <w:tc>
          <w:tcPr>
            <w:tcW w:w="2552" w:type="dxa"/>
            <w:tcMar>
              <w:top w:w="50" w:type="dxa"/>
              <w:left w:w="50" w:type="dxa"/>
              <w:bottom w:w="50" w:type="dxa"/>
              <w:right w:w="50" w:type="dxa"/>
            </w:tcMar>
            <w:vAlign w:val="center"/>
          </w:tcPr>
          <w:p w14:paraId="6A9A5705" w14:textId="77777777" w:rsidR="00613ED9" w:rsidRPr="00074779" w:rsidRDefault="00613ED9">
            <w:pPr>
              <w:rPr>
                <w:rFonts w:ascii="Palemonas" w:hAnsi="Palemonas" w:cs="Palemonas"/>
                <w:lang w:val="lt-LT"/>
              </w:rPr>
            </w:pPr>
            <w:r w:rsidRPr="00074779">
              <w:rPr>
                <w:rFonts w:ascii="Palemonas" w:hAnsi="Palemonas" w:cs="Palemonas"/>
                <w:sz w:val="16"/>
                <w:lang w:val="lt-LT"/>
              </w:rPr>
              <w:t>Integruota sistema</w:t>
            </w:r>
          </w:p>
        </w:tc>
        <w:tc>
          <w:tcPr>
            <w:tcW w:w="2551" w:type="dxa"/>
            <w:tcMar>
              <w:top w:w="50" w:type="dxa"/>
              <w:left w:w="50" w:type="dxa"/>
              <w:bottom w:w="50" w:type="dxa"/>
              <w:right w:w="50" w:type="dxa"/>
            </w:tcMar>
            <w:vAlign w:val="center"/>
          </w:tcPr>
          <w:p w14:paraId="3E094FB4" w14:textId="77777777" w:rsidR="00613ED9" w:rsidRPr="00074779" w:rsidRDefault="00613ED9">
            <w:pPr>
              <w:rPr>
                <w:rFonts w:ascii="Palemonas" w:hAnsi="Palemonas" w:cs="Palemonas"/>
                <w:lang w:val="lt-LT"/>
              </w:rPr>
            </w:pPr>
            <w:r w:rsidRPr="00074779">
              <w:rPr>
                <w:rFonts w:ascii="Palemonas" w:hAnsi="Palemonas" w:cs="Palemonas"/>
                <w:sz w:val="16"/>
                <w:lang w:val="lt-LT"/>
              </w:rPr>
              <w:t>Procesorius</w:t>
            </w:r>
          </w:p>
        </w:tc>
        <w:tc>
          <w:tcPr>
            <w:tcW w:w="3827" w:type="dxa"/>
            <w:tcMar>
              <w:top w:w="50" w:type="dxa"/>
              <w:left w:w="50" w:type="dxa"/>
              <w:bottom w:w="50" w:type="dxa"/>
              <w:right w:w="50" w:type="dxa"/>
            </w:tcMar>
            <w:vAlign w:val="center"/>
          </w:tcPr>
          <w:p w14:paraId="06439405" w14:textId="77777777" w:rsidR="00613ED9" w:rsidRPr="00074779" w:rsidRDefault="00613ED9">
            <w:pPr>
              <w:rPr>
                <w:rFonts w:ascii="Palemonas" w:hAnsi="Palemonas" w:cs="Palemonas"/>
                <w:lang w:val="lt-LT"/>
              </w:rPr>
            </w:pPr>
            <w:r w:rsidRPr="00074779">
              <w:rPr>
                <w:rFonts w:ascii="Palemonas" w:hAnsi="Palemonas" w:cs="Palemonas"/>
                <w:sz w:val="16"/>
                <w:lang w:val="lt-LT"/>
              </w:rPr>
              <w:t>Ne silpnesnis kaip 8 branduolių ARM klasės procesorius, pvz., 4 x Cortex-A76 + 4 x Cortex-A55, iki 2,4 GHz, arba lygiavertis.</w:t>
            </w:r>
          </w:p>
        </w:tc>
        <w:tc>
          <w:tcPr>
            <w:tcW w:w="1276" w:type="dxa"/>
            <w:shd w:val="clear" w:color="auto" w:fill="E2F0D9"/>
            <w:tcMar>
              <w:top w:w="50" w:type="dxa"/>
              <w:left w:w="50" w:type="dxa"/>
              <w:bottom w:w="50" w:type="dxa"/>
              <w:right w:w="50" w:type="dxa"/>
            </w:tcMar>
            <w:vAlign w:val="center"/>
          </w:tcPr>
          <w:p w14:paraId="69923F4F"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36E6828B" w14:textId="77777777" w:rsidTr="00613ED9">
        <w:trPr>
          <w:jc w:val="center"/>
        </w:trPr>
        <w:tc>
          <w:tcPr>
            <w:tcW w:w="2552" w:type="dxa"/>
            <w:tcMar>
              <w:top w:w="50" w:type="dxa"/>
              <w:left w:w="50" w:type="dxa"/>
              <w:bottom w:w="50" w:type="dxa"/>
              <w:right w:w="50" w:type="dxa"/>
            </w:tcMar>
            <w:vAlign w:val="center"/>
          </w:tcPr>
          <w:p w14:paraId="18F16DC4" w14:textId="77777777" w:rsidR="00613ED9" w:rsidRPr="00074779" w:rsidRDefault="00613ED9">
            <w:pPr>
              <w:rPr>
                <w:rFonts w:ascii="Palemonas" w:hAnsi="Palemonas" w:cs="Palemonas"/>
                <w:lang w:val="lt-LT"/>
              </w:rPr>
            </w:pPr>
            <w:r w:rsidRPr="00074779">
              <w:rPr>
                <w:rFonts w:ascii="Palemonas" w:hAnsi="Palemonas" w:cs="Palemonas"/>
                <w:sz w:val="16"/>
                <w:lang w:val="lt-LT"/>
              </w:rPr>
              <w:t>Integruota sistema</w:t>
            </w:r>
          </w:p>
        </w:tc>
        <w:tc>
          <w:tcPr>
            <w:tcW w:w="2551" w:type="dxa"/>
            <w:tcMar>
              <w:top w:w="50" w:type="dxa"/>
              <w:left w:w="50" w:type="dxa"/>
              <w:bottom w:w="50" w:type="dxa"/>
              <w:right w:w="50" w:type="dxa"/>
            </w:tcMar>
            <w:vAlign w:val="center"/>
          </w:tcPr>
          <w:p w14:paraId="010CA47D" w14:textId="77777777" w:rsidR="00613ED9" w:rsidRPr="00074779" w:rsidRDefault="00613ED9">
            <w:pPr>
              <w:rPr>
                <w:rFonts w:ascii="Palemonas" w:hAnsi="Palemonas" w:cs="Palemonas"/>
                <w:lang w:val="lt-LT"/>
              </w:rPr>
            </w:pPr>
            <w:r w:rsidRPr="00074779">
              <w:rPr>
                <w:rFonts w:ascii="Palemonas" w:hAnsi="Palemonas" w:cs="Palemonas"/>
                <w:sz w:val="16"/>
                <w:lang w:val="lt-LT"/>
              </w:rPr>
              <w:t>Grafinis procesorius</w:t>
            </w:r>
          </w:p>
        </w:tc>
        <w:tc>
          <w:tcPr>
            <w:tcW w:w="3827" w:type="dxa"/>
            <w:tcMar>
              <w:top w:w="50" w:type="dxa"/>
              <w:left w:w="50" w:type="dxa"/>
              <w:bottom w:w="50" w:type="dxa"/>
              <w:right w:w="50" w:type="dxa"/>
            </w:tcMar>
            <w:vAlign w:val="center"/>
          </w:tcPr>
          <w:p w14:paraId="5D0F104C" w14:textId="77777777" w:rsidR="00613ED9" w:rsidRPr="00074779" w:rsidRDefault="00613ED9">
            <w:pPr>
              <w:rPr>
                <w:rFonts w:ascii="Palemonas" w:hAnsi="Palemonas" w:cs="Palemonas"/>
                <w:lang w:val="lt-LT"/>
              </w:rPr>
            </w:pPr>
            <w:r w:rsidRPr="00074779">
              <w:rPr>
                <w:rFonts w:ascii="Palemonas" w:hAnsi="Palemonas" w:cs="Palemonas"/>
                <w:sz w:val="16"/>
                <w:lang w:val="lt-LT"/>
              </w:rPr>
              <w:t xml:space="preserve">Mali </w:t>
            </w:r>
            <w:proofErr w:type="spellStart"/>
            <w:r w:rsidRPr="00074779">
              <w:rPr>
                <w:rFonts w:ascii="Palemonas" w:hAnsi="Palemonas" w:cs="Palemonas"/>
                <w:sz w:val="16"/>
                <w:lang w:val="lt-LT"/>
              </w:rPr>
              <w:t>Odin</w:t>
            </w:r>
            <w:proofErr w:type="spellEnd"/>
            <w:r w:rsidRPr="00074779">
              <w:rPr>
                <w:rFonts w:ascii="Palemonas" w:hAnsi="Palemonas" w:cs="Palemonas"/>
                <w:sz w:val="16"/>
                <w:lang w:val="lt-LT"/>
              </w:rPr>
              <w:t xml:space="preserve"> G610 MC4 arba lygiavertis.</w:t>
            </w:r>
          </w:p>
        </w:tc>
        <w:tc>
          <w:tcPr>
            <w:tcW w:w="1276" w:type="dxa"/>
            <w:shd w:val="clear" w:color="auto" w:fill="E2F0D9"/>
            <w:tcMar>
              <w:top w:w="50" w:type="dxa"/>
              <w:left w:w="50" w:type="dxa"/>
              <w:bottom w:w="50" w:type="dxa"/>
              <w:right w:w="50" w:type="dxa"/>
            </w:tcMar>
            <w:vAlign w:val="center"/>
          </w:tcPr>
          <w:p w14:paraId="25F118FE"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4C38D7D9" w14:textId="77777777" w:rsidTr="00613ED9">
        <w:trPr>
          <w:jc w:val="center"/>
        </w:trPr>
        <w:tc>
          <w:tcPr>
            <w:tcW w:w="2552" w:type="dxa"/>
            <w:tcMar>
              <w:top w:w="50" w:type="dxa"/>
              <w:left w:w="50" w:type="dxa"/>
              <w:bottom w:w="50" w:type="dxa"/>
              <w:right w:w="50" w:type="dxa"/>
            </w:tcMar>
            <w:vAlign w:val="center"/>
          </w:tcPr>
          <w:p w14:paraId="442ADF58" w14:textId="77777777" w:rsidR="00613ED9" w:rsidRPr="00074779" w:rsidRDefault="00613ED9">
            <w:pPr>
              <w:rPr>
                <w:rFonts w:ascii="Palemonas" w:hAnsi="Palemonas" w:cs="Palemonas"/>
                <w:lang w:val="lt-LT"/>
              </w:rPr>
            </w:pPr>
            <w:r w:rsidRPr="00074779">
              <w:rPr>
                <w:rFonts w:ascii="Palemonas" w:hAnsi="Palemonas" w:cs="Palemonas"/>
                <w:sz w:val="16"/>
                <w:lang w:val="lt-LT"/>
              </w:rPr>
              <w:t>Integruota sistema</w:t>
            </w:r>
          </w:p>
        </w:tc>
        <w:tc>
          <w:tcPr>
            <w:tcW w:w="2551" w:type="dxa"/>
            <w:tcMar>
              <w:top w:w="50" w:type="dxa"/>
              <w:left w:w="50" w:type="dxa"/>
              <w:bottom w:w="50" w:type="dxa"/>
              <w:right w:w="50" w:type="dxa"/>
            </w:tcMar>
            <w:vAlign w:val="center"/>
          </w:tcPr>
          <w:p w14:paraId="3BC70C6F" w14:textId="77777777" w:rsidR="00613ED9" w:rsidRPr="00074779" w:rsidRDefault="00613ED9">
            <w:pPr>
              <w:rPr>
                <w:rFonts w:ascii="Palemonas" w:hAnsi="Palemonas" w:cs="Palemonas"/>
                <w:lang w:val="lt-LT"/>
              </w:rPr>
            </w:pPr>
            <w:r w:rsidRPr="00074779">
              <w:rPr>
                <w:rFonts w:ascii="Palemonas" w:hAnsi="Palemonas" w:cs="Palemonas"/>
                <w:sz w:val="16"/>
                <w:lang w:val="lt-LT"/>
              </w:rPr>
              <w:t>AI / NPU sparta</w:t>
            </w:r>
          </w:p>
        </w:tc>
        <w:tc>
          <w:tcPr>
            <w:tcW w:w="3827" w:type="dxa"/>
            <w:tcMar>
              <w:top w:w="50" w:type="dxa"/>
              <w:left w:w="50" w:type="dxa"/>
              <w:bottom w:w="50" w:type="dxa"/>
              <w:right w:w="50" w:type="dxa"/>
            </w:tcMar>
            <w:vAlign w:val="center"/>
          </w:tcPr>
          <w:p w14:paraId="5E34D384"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6 TOPS arba lygiavertis AI spartinimo funkcionalumas.</w:t>
            </w:r>
          </w:p>
        </w:tc>
        <w:tc>
          <w:tcPr>
            <w:tcW w:w="1276" w:type="dxa"/>
            <w:shd w:val="clear" w:color="auto" w:fill="E2F0D9"/>
            <w:tcMar>
              <w:top w:w="50" w:type="dxa"/>
              <w:left w:w="50" w:type="dxa"/>
              <w:bottom w:w="50" w:type="dxa"/>
              <w:right w:w="50" w:type="dxa"/>
            </w:tcMar>
            <w:vAlign w:val="center"/>
          </w:tcPr>
          <w:p w14:paraId="2BA35CF3"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109DB59A" w14:textId="77777777" w:rsidTr="00613ED9">
        <w:trPr>
          <w:jc w:val="center"/>
        </w:trPr>
        <w:tc>
          <w:tcPr>
            <w:tcW w:w="2552" w:type="dxa"/>
            <w:tcMar>
              <w:top w:w="50" w:type="dxa"/>
              <w:left w:w="50" w:type="dxa"/>
              <w:bottom w:w="50" w:type="dxa"/>
              <w:right w:w="50" w:type="dxa"/>
            </w:tcMar>
            <w:vAlign w:val="center"/>
          </w:tcPr>
          <w:p w14:paraId="3BBD861C" w14:textId="77777777" w:rsidR="00613ED9" w:rsidRPr="00074779" w:rsidRDefault="00613ED9">
            <w:pPr>
              <w:rPr>
                <w:rFonts w:ascii="Palemonas" w:hAnsi="Palemonas" w:cs="Palemonas"/>
                <w:lang w:val="lt-LT"/>
              </w:rPr>
            </w:pPr>
            <w:r w:rsidRPr="00074779">
              <w:rPr>
                <w:rFonts w:ascii="Palemonas" w:hAnsi="Palemonas" w:cs="Palemonas"/>
                <w:sz w:val="16"/>
                <w:lang w:val="lt-LT"/>
              </w:rPr>
              <w:t>Integruota sistema</w:t>
            </w:r>
          </w:p>
        </w:tc>
        <w:tc>
          <w:tcPr>
            <w:tcW w:w="2551" w:type="dxa"/>
            <w:tcMar>
              <w:top w:w="50" w:type="dxa"/>
              <w:left w:w="50" w:type="dxa"/>
              <w:bottom w:w="50" w:type="dxa"/>
              <w:right w:w="50" w:type="dxa"/>
            </w:tcMar>
            <w:vAlign w:val="center"/>
          </w:tcPr>
          <w:p w14:paraId="70CEB7AF" w14:textId="77777777" w:rsidR="00613ED9" w:rsidRPr="00074779" w:rsidRDefault="00613ED9">
            <w:pPr>
              <w:rPr>
                <w:rFonts w:ascii="Palemonas" w:hAnsi="Palemonas" w:cs="Palemonas"/>
                <w:lang w:val="lt-LT"/>
              </w:rPr>
            </w:pPr>
            <w:r w:rsidRPr="00074779">
              <w:rPr>
                <w:rFonts w:ascii="Palemonas" w:hAnsi="Palemonas" w:cs="Palemonas"/>
                <w:sz w:val="16"/>
                <w:lang w:val="lt-LT"/>
              </w:rPr>
              <w:t>Operatyvioji atmintis</w:t>
            </w:r>
          </w:p>
        </w:tc>
        <w:tc>
          <w:tcPr>
            <w:tcW w:w="3827" w:type="dxa"/>
            <w:tcMar>
              <w:top w:w="50" w:type="dxa"/>
              <w:left w:w="50" w:type="dxa"/>
              <w:bottom w:w="50" w:type="dxa"/>
              <w:right w:w="50" w:type="dxa"/>
            </w:tcMar>
            <w:vAlign w:val="center"/>
          </w:tcPr>
          <w:p w14:paraId="4569BAC5"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16 GB DDR4 arba lygiavertė.</w:t>
            </w:r>
          </w:p>
        </w:tc>
        <w:tc>
          <w:tcPr>
            <w:tcW w:w="1276" w:type="dxa"/>
            <w:shd w:val="clear" w:color="auto" w:fill="E2F0D9"/>
            <w:tcMar>
              <w:top w:w="50" w:type="dxa"/>
              <w:left w:w="50" w:type="dxa"/>
              <w:bottom w:w="50" w:type="dxa"/>
              <w:right w:w="50" w:type="dxa"/>
            </w:tcMar>
            <w:vAlign w:val="center"/>
          </w:tcPr>
          <w:p w14:paraId="042EFDB3"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4BEB8DAD" w14:textId="77777777" w:rsidTr="00613ED9">
        <w:trPr>
          <w:jc w:val="center"/>
        </w:trPr>
        <w:tc>
          <w:tcPr>
            <w:tcW w:w="2552" w:type="dxa"/>
            <w:tcMar>
              <w:top w:w="50" w:type="dxa"/>
              <w:left w:w="50" w:type="dxa"/>
              <w:bottom w:w="50" w:type="dxa"/>
              <w:right w:w="50" w:type="dxa"/>
            </w:tcMar>
            <w:vAlign w:val="center"/>
          </w:tcPr>
          <w:p w14:paraId="0D4C93E3" w14:textId="77777777" w:rsidR="00613ED9" w:rsidRPr="00074779" w:rsidRDefault="00613ED9">
            <w:pPr>
              <w:rPr>
                <w:rFonts w:ascii="Palemonas" w:hAnsi="Palemonas" w:cs="Palemonas"/>
                <w:lang w:val="lt-LT"/>
              </w:rPr>
            </w:pPr>
            <w:r w:rsidRPr="00074779">
              <w:rPr>
                <w:rFonts w:ascii="Palemonas" w:hAnsi="Palemonas" w:cs="Palemonas"/>
                <w:sz w:val="16"/>
                <w:lang w:val="lt-LT"/>
              </w:rPr>
              <w:t>Integruota sistema</w:t>
            </w:r>
          </w:p>
        </w:tc>
        <w:tc>
          <w:tcPr>
            <w:tcW w:w="2551" w:type="dxa"/>
            <w:tcMar>
              <w:top w:w="50" w:type="dxa"/>
              <w:left w:w="50" w:type="dxa"/>
              <w:bottom w:w="50" w:type="dxa"/>
              <w:right w:w="50" w:type="dxa"/>
            </w:tcMar>
            <w:vAlign w:val="center"/>
          </w:tcPr>
          <w:p w14:paraId="4DD2351E" w14:textId="77777777" w:rsidR="00613ED9" w:rsidRPr="00074779" w:rsidRDefault="00613ED9">
            <w:pPr>
              <w:rPr>
                <w:rFonts w:ascii="Palemonas" w:hAnsi="Palemonas" w:cs="Palemonas"/>
                <w:lang w:val="lt-LT"/>
              </w:rPr>
            </w:pPr>
            <w:r w:rsidRPr="00074779">
              <w:rPr>
                <w:rFonts w:ascii="Palemonas" w:hAnsi="Palemonas" w:cs="Palemonas"/>
                <w:sz w:val="16"/>
                <w:lang w:val="lt-LT"/>
              </w:rPr>
              <w:t>Vidinė atmintis</w:t>
            </w:r>
          </w:p>
        </w:tc>
        <w:tc>
          <w:tcPr>
            <w:tcW w:w="3827" w:type="dxa"/>
            <w:tcMar>
              <w:top w:w="50" w:type="dxa"/>
              <w:left w:w="50" w:type="dxa"/>
              <w:bottom w:w="50" w:type="dxa"/>
              <w:right w:w="50" w:type="dxa"/>
            </w:tcMar>
            <w:vAlign w:val="center"/>
          </w:tcPr>
          <w:p w14:paraId="144CAEF2"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128 GB; turi būti galimybė plėsti arba naudoti išorinę laikmeną.</w:t>
            </w:r>
          </w:p>
        </w:tc>
        <w:tc>
          <w:tcPr>
            <w:tcW w:w="1276" w:type="dxa"/>
            <w:shd w:val="clear" w:color="auto" w:fill="E2F0D9"/>
            <w:tcMar>
              <w:top w:w="50" w:type="dxa"/>
              <w:left w:w="50" w:type="dxa"/>
              <w:bottom w:w="50" w:type="dxa"/>
              <w:right w:w="50" w:type="dxa"/>
            </w:tcMar>
            <w:vAlign w:val="center"/>
          </w:tcPr>
          <w:p w14:paraId="5CE034BB"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34AA8860" w14:textId="77777777" w:rsidTr="00613ED9">
        <w:trPr>
          <w:jc w:val="center"/>
        </w:trPr>
        <w:tc>
          <w:tcPr>
            <w:tcW w:w="2552" w:type="dxa"/>
            <w:tcMar>
              <w:top w:w="50" w:type="dxa"/>
              <w:left w:w="50" w:type="dxa"/>
              <w:bottom w:w="50" w:type="dxa"/>
              <w:right w:w="50" w:type="dxa"/>
            </w:tcMar>
            <w:vAlign w:val="center"/>
          </w:tcPr>
          <w:p w14:paraId="26A6F26D" w14:textId="77777777" w:rsidR="00613ED9" w:rsidRPr="00074779" w:rsidRDefault="00613ED9">
            <w:pPr>
              <w:rPr>
                <w:rFonts w:ascii="Palemonas" w:hAnsi="Palemonas" w:cs="Palemonas"/>
                <w:lang w:val="lt-LT"/>
              </w:rPr>
            </w:pPr>
            <w:r w:rsidRPr="00074779">
              <w:rPr>
                <w:rFonts w:ascii="Palemonas" w:hAnsi="Palemonas" w:cs="Palemonas"/>
                <w:sz w:val="16"/>
                <w:lang w:val="lt-LT"/>
              </w:rPr>
              <w:t>Integruota sistema</w:t>
            </w:r>
          </w:p>
        </w:tc>
        <w:tc>
          <w:tcPr>
            <w:tcW w:w="2551" w:type="dxa"/>
            <w:tcMar>
              <w:top w:w="50" w:type="dxa"/>
              <w:left w:w="50" w:type="dxa"/>
              <w:bottom w:w="50" w:type="dxa"/>
              <w:right w:w="50" w:type="dxa"/>
            </w:tcMar>
            <w:vAlign w:val="center"/>
          </w:tcPr>
          <w:p w14:paraId="6DAF0B7F" w14:textId="77777777" w:rsidR="00613ED9" w:rsidRPr="00074779" w:rsidRDefault="00613ED9">
            <w:pPr>
              <w:rPr>
                <w:rFonts w:ascii="Palemonas" w:hAnsi="Palemonas" w:cs="Palemonas"/>
                <w:lang w:val="lt-LT"/>
              </w:rPr>
            </w:pPr>
            <w:r w:rsidRPr="00074779">
              <w:rPr>
                <w:rFonts w:ascii="Palemonas" w:hAnsi="Palemonas" w:cs="Palemonas"/>
                <w:sz w:val="16"/>
                <w:lang w:val="lt-LT"/>
              </w:rPr>
              <w:t>Operacinė sistema</w:t>
            </w:r>
          </w:p>
        </w:tc>
        <w:tc>
          <w:tcPr>
            <w:tcW w:w="3827" w:type="dxa"/>
            <w:tcMar>
              <w:top w:w="50" w:type="dxa"/>
              <w:left w:w="50" w:type="dxa"/>
              <w:bottom w:w="50" w:type="dxa"/>
              <w:right w:w="50" w:type="dxa"/>
            </w:tcMar>
            <w:vAlign w:val="center"/>
          </w:tcPr>
          <w:p w14:paraId="6F590769" w14:textId="77777777" w:rsidR="00613ED9" w:rsidRPr="00074779" w:rsidRDefault="00613ED9">
            <w:pPr>
              <w:rPr>
                <w:rFonts w:ascii="Palemonas" w:hAnsi="Palemonas" w:cs="Palemonas"/>
                <w:lang w:val="lt-LT"/>
              </w:rPr>
            </w:pPr>
            <w:r w:rsidRPr="00074779">
              <w:rPr>
                <w:rFonts w:ascii="Palemonas" w:hAnsi="Palemonas" w:cs="Palemonas"/>
                <w:sz w:val="16"/>
                <w:lang w:val="lt-LT"/>
              </w:rPr>
              <w:t xml:space="preserve">Android 16 </w:t>
            </w:r>
            <w:proofErr w:type="spellStart"/>
            <w:r w:rsidRPr="00074779">
              <w:rPr>
                <w:rFonts w:ascii="Palemonas" w:hAnsi="Palemonas" w:cs="Palemonas"/>
                <w:sz w:val="16"/>
                <w:lang w:val="lt-LT"/>
              </w:rPr>
              <w:t>certified</w:t>
            </w:r>
            <w:proofErr w:type="spellEnd"/>
            <w:r w:rsidRPr="00074779">
              <w:rPr>
                <w:rFonts w:ascii="Palemonas" w:hAnsi="Palemonas" w:cs="Palemonas"/>
                <w:sz w:val="16"/>
                <w:lang w:val="lt-LT"/>
              </w:rPr>
              <w:t xml:space="preserve"> arba lygiavertė naujos kartos integruota operacinė sistema, palaikanti švietimo ir bendradarbiavimo programas.</w:t>
            </w:r>
          </w:p>
        </w:tc>
        <w:tc>
          <w:tcPr>
            <w:tcW w:w="1276" w:type="dxa"/>
            <w:shd w:val="clear" w:color="auto" w:fill="E2F0D9"/>
            <w:tcMar>
              <w:top w:w="50" w:type="dxa"/>
              <w:left w:w="50" w:type="dxa"/>
              <w:bottom w:w="50" w:type="dxa"/>
              <w:right w:w="50" w:type="dxa"/>
            </w:tcMar>
            <w:vAlign w:val="center"/>
          </w:tcPr>
          <w:p w14:paraId="457E4626"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08DB0B8F" w14:textId="77777777" w:rsidTr="00613ED9">
        <w:trPr>
          <w:jc w:val="center"/>
        </w:trPr>
        <w:tc>
          <w:tcPr>
            <w:tcW w:w="2552" w:type="dxa"/>
            <w:tcMar>
              <w:top w:w="50" w:type="dxa"/>
              <w:left w:w="50" w:type="dxa"/>
              <w:bottom w:w="50" w:type="dxa"/>
              <w:right w:w="50" w:type="dxa"/>
            </w:tcMar>
            <w:vAlign w:val="center"/>
          </w:tcPr>
          <w:p w14:paraId="0D3E8EFD" w14:textId="77777777" w:rsidR="00613ED9" w:rsidRPr="00074779" w:rsidRDefault="00613ED9">
            <w:pPr>
              <w:rPr>
                <w:rFonts w:ascii="Palemonas" w:hAnsi="Palemonas" w:cs="Palemonas"/>
                <w:lang w:val="lt-LT"/>
              </w:rPr>
            </w:pPr>
            <w:r w:rsidRPr="00074779">
              <w:rPr>
                <w:rFonts w:ascii="Palemonas" w:hAnsi="Palemonas" w:cs="Palemonas"/>
                <w:sz w:val="16"/>
                <w:lang w:val="lt-LT"/>
              </w:rPr>
              <w:t>Integruota sistema</w:t>
            </w:r>
          </w:p>
        </w:tc>
        <w:tc>
          <w:tcPr>
            <w:tcW w:w="2551" w:type="dxa"/>
            <w:tcMar>
              <w:top w:w="50" w:type="dxa"/>
              <w:left w:w="50" w:type="dxa"/>
              <w:bottom w:w="50" w:type="dxa"/>
              <w:right w:w="50" w:type="dxa"/>
            </w:tcMar>
            <w:vAlign w:val="center"/>
          </w:tcPr>
          <w:p w14:paraId="340037A8" w14:textId="77777777" w:rsidR="00613ED9" w:rsidRPr="00074779" w:rsidRDefault="00613ED9">
            <w:pPr>
              <w:rPr>
                <w:rFonts w:ascii="Palemonas" w:hAnsi="Palemonas" w:cs="Palemonas"/>
                <w:lang w:val="lt-LT"/>
              </w:rPr>
            </w:pPr>
            <w:r w:rsidRPr="00074779">
              <w:rPr>
                <w:rFonts w:ascii="Palemonas" w:hAnsi="Palemonas" w:cs="Palemonas"/>
                <w:sz w:val="16"/>
                <w:lang w:val="lt-LT"/>
              </w:rPr>
              <w:t>Google sertifikavimas</w:t>
            </w:r>
          </w:p>
        </w:tc>
        <w:tc>
          <w:tcPr>
            <w:tcW w:w="3827" w:type="dxa"/>
            <w:tcMar>
              <w:top w:w="50" w:type="dxa"/>
              <w:left w:w="50" w:type="dxa"/>
              <w:bottom w:w="50" w:type="dxa"/>
              <w:right w:w="50" w:type="dxa"/>
            </w:tcMar>
            <w:vAlign w:val="center"/>
          </w:tcPr>
          <w:p w14:paraId="07640745" w14:textId="77777777" w:rsidR="00613ED9" w:rsidRPr="00074779" w:rsidRDefault="00613ED9">
            <w:pPr>
              <w:rPr>
                <w:rFonts w:ascii="Palemonas" w:hAnsi="Palemonas" w:cs="Palemonas"/>
                <w:lang w:val="lt-LT"/>
              </w:rPr>
            </w:pPr>
            <w:r w:rsidRPr="00074779">
              <w:rPr>
                <w:rFonts w:ascii="Palemonas" w:hAnsi="Palemonas" w:cs="Palemonas"/>
                <w:sz w:val="16"/>
                <w:lang w:val="lt-LT"/>
              </w:rPr>
              <w:t>Google EDLA arba lygiavertis sertifikavimas / suderinamumas, leidžiantis naudoti Google paslaugas ir programas teisėtu būdu.</w:t>
            </w:r>
          </w:p>
        </w:tc>
        <w:tc>
          <w:tcPr>
            <w:tcW w:w="1276" w:type="dxa"/>
            <w:shd w:val="clear" w:color="auto" w:fill="E2F0D9"/>
            <w:tcMar>
              <w:top w:w="50" w:type="dxa"/>
              <w:left w:w="50" w:type="dxa"/>
              <w:bottom w:w="50" w:type="dxa"/>
              <w:right w:w="50" w:type="dxa"/>
            </w:tcMar>
            <w:vAlign w:val="center"/>
          </w:tcPr>
          <w:p w14:paraId="23779060"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63B628CA" w14:textId="77777777" w:rsidTr="00613ED9">
        <w:trPr>
          <w:jc w:val="center"/>
        </w:trPr>
        <w:tc>
          <w:tcPr>
            <w:tcW w:w="2552" w:type="dxa"/>
            <w:tcMar>
              <w:top w:w="50" w:type="dxa"/>
              <w:left w:w="50" w:type="dxa"/>
              <w:bottom w:w="50" w:type="dxa"/>
              <w:right w:w="50" w:type="dxa"/>
            </w:tcMar>
            <w:vAlign w:val="center"/>
          </w:tcPr>
          <w:p w14:paraId="56572153" w14:textId="77777777" w:rsidR="00613ED9" w:rsidRPr="00074779" w:rsidRDefault="00613ED9">
            <w:pPr>
              <w:rPr>
                <w:rFonts w:ascii="Palemonas" w:hAnsi="Palemonas" w:cs="Palemonas"/>
                <w:lang w:val="lt-LT"/>
              </w:rPr>
            </w:pPr>
            <w:r w:rsidRPr="00074779">
              <w:rPr>
                <w:rFonts w:ascii="Palemonas" w:hAnsi="Palemonas" w:cs="Palemonas"/>
                <w:sz w:val="16"/>
                <w:lang w:val="lt-LT"/>
              </w:rPr>
              <w:lastRenderedPageBreak/>
              <w:t>Integruota sistema</w:t>
            </w:r>
          </w:p>
        </w:tc>
        <w:tc>
          <w:tcPr>
            <w:tcW w:w="2551" w:type="dxa"/>
            <w:tcMar>
              <w:top w:w="50" w:type="dxa"/>
              <w:left w:w="50" w:type="dxa"/>
              <w:bottom w:w="50" w:type="dxa"/>
              <w:right w:w="50" w:type="dxa"/>
            </w:tcMar>
            <w:vAlign w:val="center"/>
          </w:tcPr>
          <w:p w14:paraId="67A645B7" w14:textId="77777777" w:rsidR="00613ED9" w:rsidRPr="00074779" w:rsidRDefault="00613ED9">
            <w:pPr>
              <w:rPr>
                <w:rFonts w:ascii="Palemonas" w:hAnsi="Palemonas" w:cs="Palemonas"/>
                <w:lang w:val="lt-LT"/>
              </w:rPr>
            </w:pPr>
            <w:proofErr w:type="spellStart"/>
            <w:r w:rsidRPr="00074779">
              <w:rPr>
                <w:rFonts w:ascii="Palemonas" w:hAnsi="Palemonas" w:cs="Palemonas"/>
                <w:sz w:val="16"/>
                <w:lang w:val="lt-LT"/>
              </w:rPr>
              <w:t>Daugiavartotojiškumas</w:t>
            </w:r>
            <w:proofErr w:type="spellEnd"/>
          </w:p>
        </w:tc>
        <w:tc>
          <w:tcPr>
            <w:tcW w:w="3827" w:type="dxa"/>
            <w:tcMar>
              <w:top w:w="50" w:type="dxa"/>
              <w:left w:w="50" w:type="dxa"/>
              <w:bottom w:w="50" w:type="dxa"/>
              <w:right w:w="50" w:type="dxa"/>
            </w:tcMar>
            <w:vAlign w:val="center"/>
          </w:tcPr>
          <w:p w14:paraId="70CD7224" w14:textId="77777777" w:rsidR="00613ED9" w:rsidRPr="00074779" w:rsidRDefault="00613ED9">
            <w:pPr>
              <w:rPr>
                <w:rFonts w:ascii="Palemonas" w:hAnsi="Palemonas" w:cs="Palemonas"/>
                <w:lang w:val="lt-LT"/>
              </w:rPr>
            </w:pPr>
            <w:r w:rsidRPr="00074779">
              <w:rPr>
                <w:rFonts w:ascii="Palemonas" w:hAnsi="Palemonas" w:cs="Palemonas"/>
                <w:sz w:val="16"/>
                <w:lang w:val="lt-LT"/>
              </w:rPr>
              <w:t>Saugūs kelių naudotojų profiliai arba lygiavertis naudotojų atskyrimo sprendimas.</w:t>
            </w:r>
          </w:p>
        </w:tc>
        <w:tc>
          <w:tcPr>
            <w:tcW w:w="1276" w:type="dxa"/>
            <w:shd w:val="clear" w:color="auto" w:fill="E2F0D9"/>
            <w:tcMar>
              <w:top w:w="50" w:type="dxa"/>
              <w:left w:w="50" w:type="dxa"/>
              <w:bottom w:w="50" w:type="dxa"/>
              <w:right w:w="50" w:type="dxa"/>
            </w:tcMar>
            <w:vAlign w:val="center"/>
          </w:tcPr>
          <w:p w14:paraId="14A0C82A"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57131235" w14:textId="77777777" w:rsidTr="00613ED9">
        <w:trPr>
          <w:jc w:val="center"/>
        </w:trPr>
        <w:tc>
          <w:tcPr>
            <w:tcW w:w="2552" w:type="dxa"/>
            <w:tcMar>
              <w:top w:w="50" w:type="dxa"/>
              <w:left w:w="50" w:type="dxa"/>
              <w:bottom w:w="50" w:type="dxa"/>
              <w:right w:w="50" w:type="dxa"/>
            </w:tcMar>
            <w:vAlign w:val="center"/>
          </w:tcPr>
          <w:p w14:paraId="5E47C4BE" w14:textId="77777777" w:rsidR="00613ED9" w:rsidRPr="00074779" w:rsidRDefault="00613ED9">
            <w:pPr>
              <w:rPr>
                <w:rFonts w:ascii="Palemonas" w:hAnsi="Palemonas" w:cs="Palemonas"/>
                <w:lang w:val="lt-LT"/>
              </w:rPr>
            </w:pPr>
            <w:r w:rsidRPr="00074779">
              <w:rPr>
                <w:rFonts w:ascii="Palemonas" w:hAnsi="Palemonas" w:cs="Palemonas"/>
                <w:sz w:val="16"/>
                <w:lang w:val="lt-LT"/>
              </w:rPr>
              <w:t>Garso sistema</w:t>
            </w:r>
          </w:p>
        </w:tc>
        <w:tc>
          <w:tcPr>
            <w:tcW w:w="2551" w:type="dxa"/>
            <w:tcMar>
              <w:top w:w="50" w:type="dxa"/>
              <w:left w:w="50" w:type="dxa"/>
              <w:bottom w:w="50" w:type="dxa"/>
              <w:right w:w="50" w:type="dxa"/>
            </w:tcMar>
            <w:vAlign w:val="center"/>
          </w:tcPr>
          <w:p w14:paraId="0253946E" w14:textId="77777777" w:rsidR="00613ED9" w:rsidRPr="00074779" w:rsidRDefault="00613ED9">
            <w:pPr>
              <w:rPr>
                <w:rFonts w:ascii="Palemonas" w:hAnsi="Palemonas" w:cs="Palemonas"/>
                <w:lang w:val="lt-LT"/>
              </w:rPr>
            </w:pPr>
            <w:r w:rsidRPr="00074779">
              <w:rPr>
                <w:rFonts w:ascii="Palemonas" w:hAnsi="Palemonas" w:cs="Palemonas"/>
                <w:sz w:val="16"/>
                <w:lang w:val="lt-LT"/>
              </w:rPr>
              <w:t>Garsiakalbiai</w:t>
            </w:r>
          </w:p>
        </w:tc>
        <w:tc>
          <w:tcPr>
            <w:tcW w:w="3827" w:type="dxa"/>
            <w:tcMar>
              <w:top w:w="50" w:type="dxa"/>
              <w:left w:w="50" w:type="dxa"/>
              <w:bottom w:w="50" w:type="dxa"/>
              <w:right w:w="50" w:type="dxa"/>
            </w:tcMar>
            <w:vAlign w:val="center"/>
          </w:tcPr>
          <w:p w14:paraId="5B71E68C" w14:textId="77777777" w:rsidR="00613ED9" w:rsidRPr="00074779" w:rsidRDefault="00613ED9">
            <w:pPr>
              <w:rPr>
                <w:rFonts w:ascii="Palemonas" w:hAnsi="Palemonas" w:cs="Palemonas"/>
                <w:lang w:val="lt-LT"/>
              </w:rPr>
            </w:pPr>
            <w:r w:rsidRPr="00074779">
              <w:rPr>
                <w:rFonts w:ascii="Palemonas" w:hAnsi="Palemonas" w:cs="Palemonas"/>
                <w:sz w:val="16"/>
                <w:lang w:val="lt-LT"/>
              </w:rPr>
              <w:t>Priekyje nukreipti garsiakalbiai, bendra galia ne mažiau kaip 2 x 25 W.</w:t>
            </w:r>
          </w:p>
        </w:tc>
        <w:tc>
          <w:tcPr>
            <w:tcW w:w="1276" w:type="dxa"/>
            <w:shd w:val="clear" w:color="auto" w:fill="E2F0D9"/>
            <w:tcMar>
              <w:top w:w="50" w:type="dxa"/>
              <w:left w:w="50" w:type="dxa"/>
              <w:bottom w:w="50" w:type="dxa"/>
              <w:right w:w="50" w:type="dxa"/>
            </w:tcMar>
            <w:vAlign w:val="center"/>
          </w:tcPr>
          <w:p w14:paraId="3BA6779B"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2BA1F2E5" w14:textId="77777777" w:rsidTr="00613ED9">
        <w:trPr>
          <w:jc w:val="center"/>
        </w:trPr>
        <w:tc>
          <w:tcPr>
            <w:tcW w:w="2552" w:type="dxa"/>
            <w:tcMar>
              <w:top w:w="50" w:type="dxa"/>
              <w:left w:w="50" w:type="dxa"/>
              <w:bottom w:w="50" w:type="dxa"/>
              <w:right w:w="50" w:type="dxa"/>
            </w:tcMar>
            <w:vAlign w:val="center"/>
          </w:tcPr>
          <w:p w14:paraId="11AE662E" w14:textId="77777777" w:rsidR="00613ED9" w:rsidRPr="00074779" w:rsidRDefault="00613ED9">
            <w:pPr>
              <w:rPr>
                <w:rFonts w:ascii="Palemonas" w:hAnsi="Palemonas" w:cs="Palemonas"/>
                <w:lang w:val="lt-LT"/>
              </w:rPr>
            </w:pPr>
            <w:r w:rsidRPr="00074779">
              <w:rPr>
                <w:rFonts w:ascii="Palemonas" w:hAnsi="Palemonas" w:cs="Palemonas"/>
                <w:sz w:val="16"/>
                <w:lang w:val="lt-LT"/>
              </w:rPr>
              <w:t>Garso sistema</w:t>
            </w:r>
          </w:p>
        </w:tc>
        <w:tc>
          <w:tcPr>
            <w:tcW w:w="2551" w:type="dxa"/>
            <w:tcMar>
              <w:top w:w="50" w:type="dxa"/>
              <w:left w:w="50" w:type="dxa"/>
              <w:bottom w:w="50" w:type="dxa"/>
              <w:right w:w="50" w:type="dxa"/>
            </w:tcMar>
            <w:vAlign w:val="center"/>
          </w:tcPr>
          <w:p w14:paraId="6A92ADE7" w14:textId="77777777" w:rsidR="00613ED9" w:rsidRPr="00074779" w:rsidRDefault="00613ED9">
            <w:pPr>
              <w:rPr>
                <w:rFonts w:ascii="Palemonas" w:hAnsi="Palemonas" w:cs="Palemonas"/>
                <w:lang w:val="lt-LT"/>
              </w:rPr>
            </w:pPr>
            <w:r w:rsidRPr="00074779">
              <w:rPr>
                <w:rFonts w:ascii="Palemonas" w:hAnsi="Palemonas" w:cs="Palemonas"/>
                <w:sz w:val="16"/>
                <w:lang w:val="lt-LT"/>
              </w:rPr>
              <w:t>Žemų dažnių garsiakalbis</w:t>
            </w:r>
          </w:p>
        </w:tc>
        <w:tc>
          <w:tcPr>
            <w:tcW w:w="3827" w:type="dxa"/>
            <w:tcMar>
              <w:top w:w="50" w:type="dxa"/>
              <w:left w:w="50" w:type="dxa"/>
              <w:bottom w:w="50" w:type="dxa"/>
              <w:right w:w="50" w:type="dxa"/>
            </w:tcMar>
            <w:vAlign w:val="center"/>
          </w:tcPr>
          <w:p w14:paraId="182663CB" w14:textId="77777777" w:rsidR="00613ED9" w:rsidRPr="00074779" w:rsidRDefault="00613ED9">
            <w:pPr>
              <w:rPr>
                <w:rFonts w:ascii="Palemonas" w:hAnsi="Palemonas" w:cs="Palemonas"/>
                <w:lang w:val="lt-LT"/>
              </w:rPr>
            </w:pPr>
            <w:r w:rsidRPr="00074779">
              <w:rPr>
                <w:rFonts w:ascii="Palemonas" w:hAnsi="Palemonas" w:cs="Palemonas"/>
                <w:sz w:val="16"/>
                <w:lang w:val="lt-LT"/>
              </w:rPr>
              <w:t xml:space="preserve">Integruotas </w:t>
            </w:r>
            <w:proofErr w:type="spellStart"/>
            <w:r w:rsidRPr="00074779">
              <w:rPr>
                <w:rFonts w:ascii="Palemonas" w:hAnsi="Palemonas" w:cs="Palemonas"/>
                <w:sz w:val="16"/>
                <w:lang w:val="lt-LT"/>
              </w:rPr>
              <w:t>subwoofer</w:t>
            </w:r>
            <w:proofErr w:type="spellEnd"/>
            <w:r w:rsidRPr="00074779">
              <w:rPr>
                <w:rFonts w:ascii="Palemonas" w:hAnsi="Palemonas" w:cs="Palemonas"/>
                <w:sz w:val="16"/>
                <w:lang w:val="lt-LT"/>
              </w:rPr>
              <w:t xml:space="preserve"> / žemų dažnių garsiakalbis, ne mažiau kaip 25 W.</w:t>
            </w:r>
          </w:p>
        </w:tc>
        <w:tc>
          <w:tcPr>
            <w:tcW w:w="1276" w:type="dxa"/>
            <w:shd w:val="clear" w:color="auto" w:fill="E2F0D9"/>
            <w:tcMar>
              <w:top w:w="50" w:type="dxa"/>
              <w:left w:w="50" w:type="dxa"/>
              <w:bottom w:w="50" w:type="dxa"/>
              <w:right w:w="50" w:type="dxa"/>
            </w:tcMar>
            <w:vAlign w:val="center"/>
          </w:tcPr>
          <w:p w14:paraId="13CF134D"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08B1D429" w14:textId="77777777" w:rsidTr="00613ED9">
        <w:trPr>
          <w:jc w:val="center"/>
        </w:trPr>
        <w:tc>
          <w:tcPr>
            <w:tcW w:w="2552" w:type="dxa"/>
            <w:tcMar>
              <w:top w:w="50" w:type="dxa"/>
              <w:left w:w="50" w:type="dxa"/>
              <w:bottom w:w="50" w:type="dxa"/>
              <w:right w:w="50" w:type="dxa"/>
            </w:tcMar>
            <w:vAlign w:val="center"/>
          </w:tcPr>
          <w:p w14:paraId="7EEFFACD" w14:textId="77777777" w:rsidR="00613ED9" w:rsidRPr="00074779" w:rsidRDefault="00613ED9">
            <w:pPr>
              <w:rPr>
                <w:rFonts w:ascii="Palemonas" w:hAnsi="Palemonas" w:cs="Palemonas"/>
                <w:lang w:val="lt-LT"/>
              </w:rPr>
            </w:pPr>
            <w:r w:rsidRPr="00074779">
              <w:rPr>
                <w:rFonts w:ascii="Palemonas" w:hAnsi="Palemonas" w:cs="Palemonas"/>
                <w:sz w:val="16"/>
                <w:lang w:val="lt-LT"/>
              </w:rPr>
              <w:t>Garso sistema</w:t>
            </w:r>
          </w:p>
        </w:tc>
        <w:tc>
          <w:tcPr>
            <w:tcW w:w="2551" w:type="dxa"/>
            <w:tcMar>
              <w:top w:w="50" w:type="dxa"/>
              <w:left w:w="50" w:type="dxa"/>
              <w:bottom w:w="50" w:type="dxa"/>
              <w:right w:w="50" w:type="dxa"/>
            </w:tcMar>
            <w:vAlign w:val="center"/>
          </w:tcPr>
          <w:p w14:paraId="577592D7" w14:textId="77777777" w:rsidR="00613ED9" w:rsidRPr="00074779" w:rsidRDefault="00613ED9">
            <w:pPr>
              <w:rPr>
                <w:rFonts w:ascii="Palemonas" w:hAnsi="Palemonas" w:cs="Palemonas"/>
                <w:lang w:val="lt-LT"/>
              </w:rPr>
            </w:pPr>
            <w:r w:rsidRPr="00074779">
              <w:rPr>
                <w:rFonts w:ascii="Palemonas" w:hAnsi="Palemonas" w:cs="Palemonas"/>
                <w:sz w:val="16"/>
                <w:lang w:val="lt-LT"/>
              </w:rPr>
              <w:t>Mikrofonų masyvas</w:t>
            </w:r>
          </w:p>
        </w:tc>
        <w:tc>
          <w:tcPr>
            <w:tcW w:w="3827" w:type="dxa"/>
            <w:tcMar>
              <w:top w:w="50" w:type="dxa"/>
              <w:left w:w="50" w:type="dxa"/>
              <w:bottom w:w="50" w:type="dxa"/>
              <w:right w:w="50" w:type="dxa"/>
            </w:tcMar>
            <w:vAlign w:val="center"/>
          </w:tcPr>
          <w:p w14:paraId="548F326C" w14:textId="77777777" w:rsidR="00613ED9" w:rsidRPr="00074779" w:rsidRDefault="00613ED9">
            <w:pPr>
              <w:rPr>
                <w:rFonts w:ascii="Palemonas" w:hAnsi="Palemonas" w:cs="Palemonas"/>
                <w:lang w:val="lt-LT"/>
              </w:rPr>
            </w:pPr>
            <w:r w:rsidRPr="00074779">
              <w:rPr>
                <w:rFonts w:ascii="Palemonas" w:hAnsi="Palemonas" w:cs="Palemonas"/>
                <w:sz w:val="16"/>
                <w:lang w:val="lt-LT"/>
              </w:rPr>
              <w:t>Integruotas ne mažiau kaip 8 mikrofonų masyvas.</w:t>
            </w:r>
          </w:p>
        </w:tc>
        <w:tc>
          <w:tcPr>
            <w:tcW w:w="1276" w:type="dxa"/>
            <w:shd w:val="clear" w:color="auto" w:fill="E2F0D9"/>
            <w:tcMar>
              <w:top w:w="50" w:type="dxa"/>
              <w:left w:w="50" w:type="dxa"/>
              <w:bottom w:w="50" w:type="dxa"/>
              <w:right w:w="50" w:type="dxa"/>
            </w:tcMar>
            <w:vAlign w:val="center"/>
          </w:tcPr>
          <w:p w14:paraId="148E3DCB"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01104878" w14:textId="77777777" w:rsidTr="00613ED9">
        <w:trPr>
          <w:jc w:val="center"/>
        </w:trPr>
        <w:tc>
          <w:tcPr>
            <w:tcW w:w="2552" w:type="dxa"/>
            <w:tcMar>
              <w:top w:w="50" w:type="dxa"/>
              <w:left w:w="50" w:type="dxa"/>
              <w:bottom w:w="50" w:type="dxa"/>
              <w:right w:w="50" w:type="dxa"/>
            </w:tcMar>
            <w:vAlign w:val="center"/>
          </w:tcPr>
          <w:p w14:paraId="2924DFF8" w14:textId="77777777" w:rsidR="00613ED9" w:rsidRPr="00074779" w:rsidRDefault="00613ED9">
            <w:pPr>
              <w:rPr>
                <w:rFonts w:ascii="Palemonas" w:hAnsi="Palemonas" w:cs="Palemonas"/>
                <w:lang w:val="lt-LT"/>
              </w:rPr>
            </w:pPr>
            <w:r w:rsidRPr="00074779">
              <w:rPr>
                <w:rFonts w:ascii="Palemonas" w:hAnsi="Palemonas" w:cs="Palemonas"/>
                <w:sz w:val="16"/>
                <w:lang w:val="lt-LT"/>
              </w:rPr>
              <w:t>Garso sistema</w:t>
            </w:r>
          </w:p>
        </w:tc>
        <w:tc>
          <w:tcPr>
            <w:tcW w:w="2551" w:type="dxa"/>
            <w:tcMar>
              <w:top w:w="50" w:type="dxa"/>
              <w:left w:w="50" w:type="dxa"/>
              <w:bottom w:w="50" w:type="dxa"/>
              <w:right w:w="50" w:type="dxa"/>
            </w:tcMar>
            <w:vAlign w:val="center"/>
          </w:tcPr>
          <w:p w14:paraId="06B0F3FB" w14:textId="77777777" w:rsidR="00613ED9" w:rsidRPr="00074779" w:rsidRDefault="00613ED9">
            <w:pPr>
              <w:rPr>
                <w:rFonts w:ascii="Palemonas" w:hAnsi="Palemonas" w:cs="Palemonas"/>
                <w:lang w:val="lt-LT"/>
              </w:rPr>
            </w:pPr>
            <w:r w:rsidRPr="00074779">
              <w:rPr>
                <w:rFonts w:ascii="Palemonas" w:hAnsi="Palemonas" w:cs="Palemonas"/>
                <w:sz w:val="16"/>
                <w:lang w:val="lt-LT"/>
              </w:rPr>
              <w:t>Mikrofonų veikimo zona</w:t>
            </w:r>
          </w:p>
        </w:tc>
        <w:tc>
          <w:tcPr>
            <w:tcW w:w="3827" w:type="dxa"/>
            <w:tcMar>
              <w:top w:w="50" w:type="dxa"/>
              <w:left w:w="50" w:type="dxa"/>
              <w:bottom w:w="50" w:type="dxa"/>
              <w:right w:w="50" w:type="dxa"/>
            </w:tcMar>
            <w:vAlign w:val="center"/>
          </w:tcPr>
          <w:p w14:paraId="4D8C9137" w14:textId="77777777" w:rsidR="00613ED9" w:rsidRPr="00074779" w:rsidRDefault="00613ED9">
            <w:pPr>
              <w:rPr>
                <w:rFonts w:ascii="Palemonas" w:hAnsi="Palemonas" w:cs="Palemonas"/>
                <w:lang w:val="lt-LT"/>
              </w:rPr>
            </w:pPr>
            <w:r w:rsidRPr="00074779">
              <w:rPr>
                <w:rFonts w:ascii="Palemonas" w:hAnsi="Palemonas" w:cs="Palemonas"/>
                <w:sz w:val="16"/>
                <w:lang w:val="lt-LT"/>
              </w:rPr>
              <w:t>Garso paėmimo atstumas ne mažiau kaip 10 m.</w:t>
            </w:r>
          </w:p>
        </w:tc>
        <w:tc>
          <w:tcPr>
            <w:tcW w:w="1276" w:type="dxa"/>
            <w:shd w:val="clear" w:color="auto" w:fill="E2F0D9"/>
            <w:tcMar>
              <w:top w:w="50" w:type="dxa"/>
              <w:left w:w="50" w:type="dxa"/>
              <w:bottom w:w="50" w:type="dxa"/>
              <w:right w:w="50" w:type="dxa"/>
            </w:tcMar>
            <w:vAlign w:val="center"/>
          </w:tcPr>
          <w:p w14:paraId="24ABCB31"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5698F855" w14:textId="77777777" w:rsidTr="00613ED9">
        <w:trPr>
          <w:jc w:val="center"/>
        </w:trPr>
        <w:tc>
          <w:tcPr>
            <w:tcW w:w="2552" w:type="dxa"/>
            <w:tcMar>
              <w:top w:w="50" w:type="dxa"/>
              <w:left w:w="50" w:type="dxa"/>
              <w:bottom w:w="50" w:type="dxa"/>
              <w:right w:w="50" w:type="dxa"/>
            </w:tcMar>
            <w:vAlign w:val="center"/>
          </w:tcPr>
          <w:p w14:paraId="68B8C4EF" w14:textId="77777777" w:rsidR="00613ED9" w:rsidRPr="00074779" w:rsidRDefault="00613ED9">
            <w:pPr>
              <w:rPr>
                <w:rFonts w:ascii="Palemonas" w:hAnsi="Palemonas" w:cs="Palemonas"/>
                <w:lang w:val="lt-LT"/>
              </w:rPr>
            </w:pPr>
            <w:r w:rsidRPr="00074779">
              <w:rPr>
                <w:rFonts w:ascii="Palemonas" w:hAnsi="Palemonas" w:cs="Palemonas"/>
                <w:sz w:val="16"/>
                <w:lang w:val="lt-LT"/>
              </w:rPr>
              <w:t>Garso sistema</w:t>
            </w:r>
          </w:p>
        </w:tc>
        <w:tc>
          <w:tcPr>
            <w:tcW w:w="2551" w:type="dxa"/>
            <w:tcMar>
              <w:top w:w="50" w:type="dxa"/>
              <w:left w:w="50" w:type="dxa"/>
              <w:bottom w:w="50" w:type="dxa"/>
              <w:right w:w="50" w:type="dxa"/>
            </w:tcMar>
            <w:vAlign w:val="center"/>
          </w:tcPr>
          <w:p w14:paraId="1367FE83" w14:textId="77777777" w:rsidR="00613ED9" w:rsidRPr="00074779" w:rsidRDefault="00613ED9">
            <w:pPr>
              <w:rPr>
                <w:rFonts w:ascii="Palemonas" w:hAnsi="Palemonas" w:cs="Palemonas"/>
                <w:lang w:val="lt-LT"/>
              </w:rPr>
            </w:pPr>
            <w:r w:rsidRPr="00074779">
              <w:rPr>
                <w:rFonts w:ascii="Palemonas" w:hAnsi="Palemonas" w:cs="Palemonas"/>
                <w:sz w:val="16"/>
                <w:lang w:val="lt-LT"/>
              </w:rPr>
              <w:t>Garso apdorojimas</w:t>
            </w:r>
          </w:p>
        </w:tc>
        <w:tc>
          <w:tcPr>
            <w:tcW w:w="3827" w:type="dxa"/>
            <w:tcMar>
              <w:top w:w="50" w:type="dxa"/>
              <w:left w:w="50" w:type="dxa"/>
              <w:bottom w:w="50" w:type="dxa"/>
              <w:right w:w="50" w:type="dxa"/>
            </w:tcMar>
            <w:vAlign w:val="center"/>
          </w:tcPr>
          <w:p w14:paraId="179BA5EF" w14:textId="77777777" w:rsidR="00613ED9" w:rsidRPr="00074779" w:rsidRDefault="00613ED9">
            <w:pPr>
              <w:rPr>
                <w:rFonts w:ascii="Palemonas" w:hAnsi="Palemonas" w:cs="Palemonas"/>
                <w:lang w:val="lt-LT"/>
              </w:rPr>
            </w:pPr>
            <w:r w:rsidRPr="00074779">
              <w:rPr>
                <w:rFonts w:ascii="Palemonas" w:hAnsi="Palemonas" w:cs="Palemonas"/>
                <w:sz w:val="16"/>
                <w:lang w:val="lt-LT"/>
              </w:rPr>
              <w:t>Triukšmo mažinimas ir aido slopinimas.</w:t>
            </w:r>
          </w:p>
        </w:tc>
        <w:tc>
          <w:tcPr>
            <w:tcW w:w="1276" w:type="dxa"/>
            <w:shd w:val="clear" w:color="auto" w:fill="E2F0D9"/>
            <w:tcMar>
              <w:top w:w="50" w:type="dxa"/>
              <w:left w:w="50" w:type="dxa"/>
              <w:bottom w:w="50" w:type="dxa"/>
              <w:right w:w="50" w:type="dxa"/>
            </w:tcMar>
            <w:vAlign w:val="center"/>
          </w:tcPr>
          <w:p w14:paraId="49397A18"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2824F4EA" w14:textId="77777777" w:rsidTr="00613ED9">
        <w:trPr>
          <w:jc w:val="center"/>
        </w:trPr>
        <w:tc>
          <w:tcPr>
            <w:tcW w:w="2552" w:type="dxa"/>
            <w:tcMar>
              <w:top w:w="50" w:type="dxa"/>
              <w:left w:w="50" w:type="dxa"/>
              <w:bottom w:w="50" w:type="dxa"/>
              <w:right w:w="50" w:type="dxa"/>
            </w:tcMar>
            <w:vAlign w:val="center"/>
          </w:tcPr>
          <w:p w14:paraId="457BBB15" w14:textId="77777777" w:rsidR="00613ED9" w:rsidRPr="00074779" w:rsidRDefault="00613ED9">
            <w:pPr>
              <w:rPr>
                <w:rFonts w:ascii="Palemonas" w:hAnsi="Palemonas" w:cs="Palemonas"/>
                <w:lang w:val="lt-LT"/>
              </w:rPr>
            </w:pPr>
            <w:r w:rsidRPr="00074779">
              <w:rPr>
                <w:rFonts w:ascii="Palemonas" w:hAnsi="Palemonas" w:cs="Palemonas"/>
                <w:sz w:val="16"/>
                <w:lang w:val="lt-LT"/>
              </w:rPr>
              <w:t>Priekinės jungtys</w:t>
            </w:r>
          </w:p>
        </w:tc>
        <w:tc>
          <w:tcPr>
            <w:tcW w:w="2551" w:type="dxa"/>
            <w:tcMar>
              <w:top w:w="50" w:type="dxa"/>
              <w:left w:w="50" w:type="dxa"/>
              <w:bottom w:w="50" w:type="dxa"/>
              <w:right w:w="50" w:type="dxa"/>
            </w:tcMar>
            <w:vAlign w:val="center"/>
          </w:tcPr>
          <w:p w14:paraId="36C4E52D" w14:textId="77777777" w:rsidR="00613ED9" w:rsidRPr="00074779" w:rsidRDefault="00613ED9">
            <w:pPr>
              <w:rPr>
                <w:rFonts w:ascii="Palemonas" w:hAnsi="Palemonas" w:cs="Palemonas"/>
                <w:lang w:val="lt-LT"/>
              </w:rPr>
            </w:pPr>
            <w:r w:rsidRPr="00074779">
              <w:rPr>
                <w:rFonts w:ascii="Palemonas" w:hAnsi="Palemonas" w:cs="Palemonas"/>
                <w:sz w:val="16"/>
                <w:lang w:val="lt-LT"/>
              </w:rPr>
              <w:t>USB-C su maitinimu</w:t>
            </w:r>
          </w:p>
        </w:tc>
        <w:tc>
          <w:tcPr>
            <w:tcW w:w="3827" w:type="dxa"/>
            <w:tcMar>
              <w:top w:w="50" w:type="dxa"/>
              <w:left w:w="50" w:type="dxa"/>
              <w:bottom w:w="50" w:type="dxa"/>
              <w:right w:w="50" w:type="dxa"/>
            </w:tcMar>
            <w:vAlign w:val="center"/>
          </w:tcPr>
          <w:p w14:paraId="3A98D34D"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1 x USB Type-C priekyje, palaikantis ne mažiau kaip 100 W maitinimą.</w:t>
            </w:r>
          </w:p>
        </w:tc>
        <w:tc>
          <w:tcPr>
            <w:tcW w:w="1276" w:type="dxa"/>
            <w:shd w:val="clear" w:color="auto" w:fill="E2F0D9"/>
            <w:tcMar>
              <w:top w:w="50" w:type="dxa"/>
              <w:left w:w="50" w:type="dxa"/>
              <w:bottom w:w="50" w:type="dxa"/>
              <w:right w:w="50" w:type="dxa"/>
            </w:tcMar>
            <w:vAlign w:val="center"/>
          </w:tcPr>
          <w:p w14:paraId="13EF16A7"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2425E54C" w14:textId="77777777" w:rsidTr="00613ED9">
        <w:trPr>
          <w:jc w:val="center"/>
        </w:trPr>
        <w:tc>
          <w:tcPr>
            <w:tcW w:w="2552" w:type="dxa"/>
            <w:tcMar>
              <w:top w:w="50" w:type="dxa"/>
              <w:left w:w="50" w:type="dxa"/>
              <w:bottom w:w="50" w:type="dxa"/>
              <w:right w:w="50" w:type="dxa"/>
            </w:tcMar>
            <w:vAlign w:val="center"/>
          </w:tcPr>
          <w:p w14:paraId="2CD471B4" w14:textId="77777777" w:rsidR="00613ED9" w:rsidRPr="00074779" w:rsidRDefault="00613ED9">
            <w:pPr>
              <w:rPr>
                <w:rFonts w:ascii="Palemonas" w:hAnsi="Palemonas" w:cs="Palemonas"/>
                <w:lang w:val="lt-LT"/>
              </w:rPr>
            </w:pPr>
            <w:r w:rsidRPr="00074779">
              <w:rPr>
                <w:rFonts w:ascii="Palemonas" w:hAnsi="Palemonas" w:cs="Palemonas"/>
                <w:sz w:val="16"/>
                <w:lang w:val="lt-LT"/>
              </w:rPr>
              <w:t>Priekinės jungtys</w:t>
            </w:r>
          </w:p>
        </w:tc>
        <w:tc>
          <w:tcPr>
            <w:tcW w:w="2551" w:type="dxa"/>
            <w:tcMar>
              <w:top w:w="50" w:type="dxa"/>
              <w:left w:w="50" w:type="dxa"/>
              <w:bottom w:w="50" w:type="dxa"/>
              <w:right w:w="50" w:type="dxa"/>
            </w:tcMar>
            <w:vAlign w:val="center"/>
          </w:tcPr>
          <w:p w14:paraId="6D1ABECF" w14:textId="77777777" w:rsidR="00613ED9" w:rsidRPr="00074779" w:rsidRDefault="00613ED9">
            <w:pPr>
              <w:rPr>
                <w:rFonts w:ascii="Palemonas" w:hAnsi="Palemonas" w:cs="Palemonas"/>
                <w:lang w:val="lt-LT"/>
              </w:rPr>
            </w:pPr>
            <w:r w:rsidRPr="00074779">
              <w:rPr>
                <w:rFonts w:ascii="Palemonas" w:hAnsi="Palemonas" w:cs="Palemonas"/>
                <w:sz w:val="16"/>
                <w:lang w:val="lt-LT"/>
              </w:rPr>
              <w:t>HDMI įvestis</w:t>
            </w:r>
          </w:p>
        </w:tc>
        <w:tc>
          <w:tcPr>
            <w:tcW w:w="3827" w:type="dxa"/>
            <w:tcMar>
              <w:top w:w="50" w:type="dxa"/>
              <w:left w:w="50" w:type="dxa"/>
              <w:bottom w:w="50" w:type="dxa"/>
              <w:right w:w="50" w:type="dxa"/>
            </w:tcMar>
            <w:vAlign w:val="center"/>
          </w:tcPr>
          <w:p w14:paraId="361702C9"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1 x HDMI 2.1 su HDCP 2.3, palaikanti 4K @ 60 Hz.</w:t>
            </w:r>
          </w:p>
        </w:tc>
        <w:tc>
          <w:tcPr>
            <w:tcW w:w="1276" w:type="dxa"/>
            <w:shd w:val="clear" w:color="auto" w:fill="E2F0D9"/>
            <w:tcMar>
              <w:top w:w="50" w:type="dxa"/>
              <w:left w:w="50" w:type="dxa"/>
              <w:bottom w:w="50" w:type="dxa"/>
              <w:right w:w="50" w:type="dxa"/>
            </w:tcMar>
            <w:vAlign w:val="center"/>
          </w:tcPr>
          <w:p w14:paraId="2BD2AEF7"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2414334C" w14:textId="77777777" w:rsidTr="00613ED9">
        <w:trPr>
          <w:jc w:val="center"/>
        </w:trPr>
        <w:tc>
          <w:tcPr>
            <w:tcW w:w="2552" w:type="dxa"/>
            <w:tcMar>
              <w:top w:w="50" w:type="dxa"/>
              <w:left w:w="50" w:type="dxa"/>
              <w:bottom w:w="50" w:type="dxa"/>
              <w:right w:w="50" w:type="dxa"/>
            </w:tcMar>
            <w:vAlign w:val="center"/>
          </w:tcPr>
          <w:p w14:paraId="5CDA4F5A" w14:textId="77777777" w:rsidR="00613ED9" w:rsidRPr="00074779" w:rsidRDefault="00613ED9">
            <w:pPr>
              <w:rPr>
                <w:rFonts w:ascii="Palemonas" w:hAnsi="Palemonas" w:cs="Palemonas"/>
                <w:lang w:val="lt-LT"/>
              </w:rPr>
            </w:pPr>
            <w:r w:rsidRPr="00074779">
              <w:rPr>
                <w:rFonts w:ascii="Palemonas" w:hAnsi="Palemonas" w:cs="Palemonas"/>
                <w:sz w:val="16"/>
                <w:lang w:val="lt-LT"/>
              </w:rPr>
              <w:t>Priekinės jungtys</w:t>
            </w:r>
          </w:p>
        </w:tc>
        <w:tc>
          <w:tcPr>
            <w:tcW w:w="2551" w:type="dxa"/>
            <w:tcMar>
              <w:top w:w="50" w:type="dxa"/>
              <w:left w:w="50" w:type="dxa"/>
              <w:bottom w:w="50" w:type="dxa"/>
              <w:right w:w="50" w:type="dxa"/>
            </w:tcMar>
            <w:vAlign w:val="center"/>
          </w:tcPr>
          <w:p w14:paraId="3E23191F" w14:textId="77777777" w:rsidR="00613ED9" w:rsidRPr="00074779" w:rsidRDefault="00613ED9">
            <w:pPr>
              <w:rPr>
                <w:rFonts w:ascii="Palemonas" w:hAnsi="Palemonas" w:cs="Palemonas"/>
                <w:lang w:val="lt-LT"/>
              </w:rPr>
            </w:pPr>
            <w:proofErr w:type="spellStart"/>
            <w:r w:rsidRPr="00074779">
              <w:rPr>
                <w:rFonts w:ascii="Palemonas" w:hAnsi="Palemonas" w:cs="Palemonas"/>
                <w:sz w:val="16"/>
                <w:lang w:val="lt-LT"/>
              </w:rPr>
              <w:t>Touch</w:t>
            </w:r>
            <w:proofErr w:type="spellEnd"/>
            <w:r w:rsidRPr="00074779">
              <w:rPr>
                <w:rFonts w:ascii="Palemonas" w:hAnsi="Palemonas" w:cs="Palemonas"/>
                <w:sz w:val="16"/>
                <w:lang w:val="lt-LT"/>
              </w:rPr>
              <w:t xml:space="preserve"> USB</w:t>
            </w:r>
          </w:p>
        </w:tc>
        <w:tc>
          <w:tcPr>
            <w:tcW w:w="3827" w:type="dxa"/>
            <w:tcMar>
              <w:top w:w="50" w:type="dxa"/>
              <w:left w:w="50" w:type="dxa"/>
              <w:bottom w:w="50" w:type="dxa"/>
              <w:right w:w="50" w:type="dxa"/>
            </w:tcMar>
            <w:vAlign w:val="center"/>
          </w:tcPr>
          <w:p w14:paraId="6387838A"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1 x USB 3.2 Type-B lietimo funkcijai.</w:t>
            </w:r>
          </w:p>
        </w:tc>
        <w:tc>
          <w:tcPr>
            <w:tcW w:w="1276" w:type="dxa"/>
            <w:shd w:val="clear" w:color="auto" w:fill="E2F0D9"/>
            <w:tcMar>
              <w:top w:w="50" w:type="dxa"/>
              <w:left w:w="50" w:type="dxa"/>
              <w:bottom w:w="50" w:type="dxa"/>
              <w:right w:w="50" w:type="dxa"/>
            </w:tcMar>
            <w:vAlign w:val="center"/>
          </w:tcPr>
          <w:p w14:paraId="60CE37B2"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0D22702E" w14:textId="77777777" w:rsidTr="00613ED9">
        <w:trPr>
          <w:jc w:val="center"/>
        </w:trPr>
        <w:tc>
          <w:tcPr>
            <w:tcW w:w="2552" w:type="dxa"/>
            <w:tcMar>
              <w:top w:w="50" w:type="dxa"/>
              <w:left w:w="50" w:type="dxa"/>
              <w:bottom w:w="50" w:type="dxa"/>
              <w:right w:w="50" w:type="dxa"/>
            </w:tcMar>
            <w:vAlign w:val="center"/>
          </w:tcPr>
          <w:p w14:paraId="3600C161" w14:textId="77777777" w:rsidR="00613ED9" w:rsidRPr="00074779" w:rsidRDefault="00613ED9">
            <w:pPr>
              <w:rPr>
                <w:rFonts w:ascii="Palemonas" w:hAnsi="Palemonas" w:cs="Palemonas"/>
                <w:lang w:val="lt-LT"/>
              </w:rPr>
            </w:pPr>
            <w:r w:rsidRPr="00074779">
              <w:rPr>
                <w:rFonts w:ascii="Palemonas" w:hAnsi="Palemonas" w:cs="Palemonas"/>
                <w:sz w:val="16"/>
                <w:lang w:val="lt-LT"/>
              </w:rPr>
              <w:t>Priekinės jungtys</w:t>
            </w:r>
          </w:p>
        </w:tc>
        <w:tc>
          <w:tcPr>
            <w:tcW w:w="2551" w:type="dxa"/>
            <w:tcMar>
              <w:top w:w="50" w:type="dxa"/>
              <w:left w:w="50" w:type="dxa"/>
              <w:bottom w:w="50" w:type="dxa"/>
              <w:right w:w="50" w:type="dxa"/>
            </w:tcMar>
            <w:vAlign w:val="center"/>
          </w:tcPr>
          <w:p w14:paraId="560766C0" w14:textId="77777777" w:rsidR="00613ED9" w:rsidRPr="00074779" w:rsidRDefault="00613ED9">
            <w:pPr>
              <w:rPr>
                <w:rFonts w:ascii="Palemonas" w:hAnsi="Palemonas" w:cs="Palemonas"/>
                <w:lang w:val="lt-LT"/>
              </w:rPr>
            </w:pPr>
            <w:r w:rsidRPr="00074779">
              <w:rPr>
                <w:rFonts w:ascii="Palemonas" w:hAnsi="Palemonas" w:cs="Palemonas"/>
                <w:sz w:val="16"/>
                <w:lang w:val="lt-LT"/>
              </w:rPr>
              <w:t>USB-A</w:t>
            </w:r>
          </w:p>
        </w:tc>
        <w:tc>
          <w:tcPr>
            <w:tcW w:w="3827" w:type="dxa"/>
            <w:tcMar>
              <w:top w:w="50" w:type="dxa"/>
              <w:left w:w="50" w:type="dxa"/>
              <w:bottom w:w="50" w:type="dxa"/>
              <w:right w:w="50" w:type="dxa"/>
            </w:tcMar>
            <w:vAlign w:val="center"/>
          </w:tcPr>
          <w:p w14:paraId="74FDBCA6"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2 x USB 3.2 Type-A.</w:t>
            </w:r>
          </w:p>
        </w:tc>
        <w:tc>
          <w:tcPr>
            <w:tcW w:w="1276" w:type="dxa"/>
            <w:shd w:val="clear" w:color="auto" w:fill="E2F0D9"/>
            <w:tcMar>
              <w:top w:w="50" w:type="dxa"/>
              <w:left w:w="50" w:type="dxa"/>
              <w:bottom w:w="50" w:type="dxa"/>
              <w:right w:w="50" w:type="dxa"/>
            </w:tcMar>
            <w:vAlign w:val="center"/>
          </w:tcPr>
          <w:p w14:paraId="453B1188"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256DF7F7" w14:textId="77777777" w:rsidTr="00613ED9">
        <w:trPr>
          <w:jc w:val="center"/>
        </w:trPr>
        <w:tc>
          <w:tcPr>
            <w:tcW w:w="2552" w:type="dxa"/>
            <w:tcMar>
              <w:top w:w="50" w:type="dxa"/>
              <w:left w:w="50" w:type="dxa"/>
              <w:bottom w:w="50" w:type="dxa"/>
              <w:right w:w="50" w:type="dxa"/>
            </w:tcMar>
            <w:vAlign w:val="center"/>
          </w:tcPr>
          <w:p w14:paraId="7D364B08" w14:textId="77777777" w:rsidR="00613ED9" w:rsidRPr="00074779" w:rsidRDefault="00613ED9">
            <w:pPr>
              <w:rPr>
                <w:rFonts w:ascii="Palemonas" w:hAnsi="Palemonas" w:cs="Palemonas"/>
                <w:lang w:val="lt-LT"/>
              </w:rPr>
            </w:pPr>
            <w:r w:rsidRPr="00074779">
              <w:rPr>
                <w:rFonts w:ascii="Palemonas" w:hAnsi="Palemonas" w:cs="Palemonas"/>
                <w:sz w:val="16"/>
                <w:lang w:val="lt-LT"/>
              </w:rPr>
              <w:t>Priekinės jungtys</w:t>
            </w:r>
          </w:p>
        </w:tc>
        <w:tc>
          <w:tcPr>
            <w:tcW w:w="2551" w:type="dxa"/>
            <w:tcMar>
              <w:top w:w="50" w:type="dxa"/>
              <w:left w:w="50" w:type="dxa"/>
              <w:bottom w:w="50" w:type="dxa"/>
              <w:right w:w="50" w:type="dxa"/>
            </w:tcMar>
            <w:vAlign w:val="center"/>
          </w:tcPr>
          <w:p w14:paraId="26E96632" w14:textId="77777777" w:rsidR="00613ED9" w:rsidRPr="00074779" w:rsidRDefault="00613ED9">
            <w:pPr>
              <w:rPr>
                <w:rFonts w:ascii="Palemonas" w:hAnsi="Palemonas" w:cs="Palemonas"/>
                <w:lang w:val="lt-LT"/>
              </w:rPr>
            </w:pPr>
            <w:r w:rsidRPr="00074779">
              <w:rPr>
                <w:rFonts w:ascii="Palemonas" w:hAnsi="Palemonas" w:cs="Palemonas"/>
                <w:sz w:val="16"/>
                <w:lang w:val="lt-LT"/>
              </w:rPr>
              <w:t>Mikrofono įvestis</w:t>
            </w:r>
          </w:p>
        </w:tc>
        <w:tc>
          <w:tcPr>
            <w:tcW w:w="3827" w:type="dxa"/>
            <w:tcMar>
              <w:top w:w="50" w:type="dxa"/>
              <w:left w:w="50" w:type="dxa"/>
              <w:bottom w:w="50" w:type="dxa"/>
              <w:right w:w="50" w:type="dxa"/>
            </w:tcMar>
            <w:vAlign w:val="center"/>
          </w:tcPr>
          <w:p w14:paraId="63026268"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1 x mikrofono įvestis.</w:t>
            </w:r>
          </w:p>
        </w:tc>
        <w:tc>
          <w:tcPr>
            <w:tcW w:w="1276" w:type="dxa"/>
            <w:shd w:val="clear" w:color="auto" w:fill="E2F0D9"/>
            <w:tcMar>
              <w:top w:w="50" w:type="dxa"/>
              <w:left w:w="50" w:type="dxa"/>
              <w:bottom w:w="50" w:type="dxa"/>
              <w:right w:w="50" w:type="dxa"/>
            </w:tcMar>
            <w:vAlign w:val="center"/>
          </w:tcPr>
          <w:p w14:paraId="6D860C3E"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50842480" w14:textId="77777777" w:rsidTr="00613ED9">
        <w:trPr>
          <w:jc w:val="center"/>
        </w:trPr>
        <w:tc>
          <w:tcPr>
            <w:tcW w:w="2552" w:type="dxa"/>
            <w:tcMar>
              <w:top w:w="50" w:type="dxa"/>
              <w:left w:w="50" w:type="dxa"/>
              <w:bottom w:w="50" w:type="dxa"/>
              <w:right w:w="50" w:type="dxa"/>
            </w:tcMar>
            <w:vAlign w:val="center"/>
          </w:tcPr>
          <w:p w14:paraId="06CE7AAD" w14:textId="77777777" w:rsidR="00613ED9" w:rsidRPr="00074779" w:rsidRDefault="00613ED9">
            <w:pPr>
              <w:rPr>
                <w:rFonts w:ascii="Palemonas" w:hAnsi="Palemonas" w:cs="Palemonas"/>
                <w:lang w:val="lt-LT"/>
              </w:rPr>
            </w:pPr>
            <w:r w:rsidRPr="00074779">
              <w:rPr>
                <w:rFonts w:ascii="Palemonas" w:hAnsi="Palemonas" w:cs="Palemonas"/>
                <w:sz w:val="16"/>
                <w:lang w:val="lt-LT"/>
              </w:rPr>
              <w:t>Galinės jungtys</w:t>
            </w:r>
          </w:p>
        </w:tc>
        <w:tc>
          <w:tcPr>
            <w:tcW w:w="2551" w:type="dxa"/>
            <w:tcMar>
              <w:top w:w="50" w:type="dxa"/>
              <w:left w:w="50" w:type="dxa"/>
              <w:bottom w:w="50" w:type="dxa"/>
              <w:right w:w="50" w:type="dxa"/>
            </w:tcMar>
            <w:vAlign w:val="center"/>
          </w:tcPr>
          <w:p w14:paraId="3A44FE50" w14:textId="77777777" w:rsidR="00613ED9" w:rsidRPr="00074779" w:rsidRDefault="00613ED9">
            <w:pPr>
              <w:rPr>
                <w:rFonts w:ascii="Palemonas" w:hAnsi="Palemonas" w:cs="Palemonas"/>
                <w:lang w:val="lt-LT"/>
              </w:rPr>
            </w:pPr>
            <w:r w:rsidRPr="00074779">
              <w:rPr>
                <w:rFonts w:ascii="Palemonas" w:hAnsi="Palemonas" w:cs="Palemonas"/>
                <w:sz w:val="16"/>
                <w:lang w:val="lt-LT"/>
              </w:rPr>
              <w:t>HDMI įvestys</w:t>
            </w:r>
          </w:p>
        </w:tc>
        <w:tc>
          <w:tcPr>
            <w:tcW w:w="3827" w:type="dxa"/>
            <w:tcMar>
              <w:top w:w="50" w:type="dxa"/>
              <w:left w:w="50" w:type="dxa"/>
              <w:bottom w:w="50" w:type="dxa"/>
              <w:right w:w="50" w:type="dxa"/>
            </w:tcMar>
            <w:vAlign w:val="center"/>
          </w:tcPr>
          <w:p w14:paraId="03DD1723"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2 x HDMI 2.1 su HDCP 2.3; bent viena su ARC.</w:t>
            </w:r>
          </w:p>
        </w:tc>
        <w:tc>
          <w:tcPr>
            <w:tcW w:w="1276" w:type="dxa"/>
            <w:shd w:val="clear" w:color="auto" w:fill="E2F0D9"/>
            <w:tcMar>
              <w:top w:w="50" w:type="dxa"/>
              <w:left w:w="50" w:type="dxa"/>
              <w:bottom w:w="50" w:type="dxa"/>
              <w:right w:w="50" w:type="dxa"/>
            </w:tcMar>
            <w:vAlign w:val="center"/>
          </w:tcPr>
          <w:p w14:paraId="53CD458C"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6E9B6910" w14:textId="77777777" w:rsidTr="00613ED9">
        <w:trPr>
          <w:jc w:val="center"/>
        </w:trPr>
        <w:tc>
          <w:tcPr>
            <w:tcW w:w="2552" w:type="dxa"/>
            <w:tcMar>
              <w:top w:w="50" w:type="dxa"/>
              <w:left w:w="50" w:type="dxa"/>
              <w:bottom w:w="50" w:type="dxa"/>
              <w:right w:w="50" w:type="dxa"/>
            </w:tcMar>
            <w:vAlign w:val="center"/>
          </w:tcPr>
          <w:p w14:paraId="787910DF" w14:textId="77777777" w:rsidR="00613ED9" w:rsidRPr="00074779" w:rsidRDefault="00613ED9">
            <w:pPr>
              <w:rPr>
                <w:rFonts w:ascii="Palemonas" w:hAnsi="Palemonas" w:cs="Palemonas"/>
                <w:lang w:val="lt-LT"/>
              </w:rPr>
            </w:pPr>
            <w:r w:rsidRPr="00074779">
              <w:rPr>
                <w:rFonts w:ascii="Palemonas" w:hAnsi="Palemonas" w:cs="Palemonas"/>
                <w:sz w:val="16"/>
                <w:lang w:val="lt-LT"/>
              </w:rPr>
              <w:t>Galinės jungtys</w:t>
            </w:r>
          </w:p>
        </w:tc>
        <w:tc>
          <w:tcPr>
            <w:tcW w:w="2551" w:type="dxa"/>
            <w:tcMar>
              <w:top w:w="50" w:type="dxa"/>
              <w:left w:w="50" w:type="dxa"/>
              <w:bottom w:w="50" w:type="dxa"/>
              <w:right w:w="50" w:type="dxa"/>
            </w:tcMar>
            <w:vAlign w:val="center"/>
          </w:tcPr>
          <w:p w14:paraId="57893B10" w14:textId="77777777" w:rsidR="00613ED9" w:rsidRPr="00074779" w:rsidRDefault="00613ED9">
            <w:pPr>
              <w:rPr>
                <w:rFonts w:ascii="Palemonas" w:hAnsi="Palemonas" w:cs="Palemonas"/>
                <w:lang w:val="lt-LT"/>
              </w:rPr>
            </w:pPr>
            <w:proofErr w:type="spellStart"/>
            <w:r w:rsidRPr="00074779">
              <w:rPr>
                <w:rFonts w:ascii="Palemonas" w:hAnsi="Palemonas" w:cs="Palemonas"/>
                <w:sz w:val="16"/>
                <w:lang w:val="lt-LT"/>
              </w:rPr>
              <w:t>DisplayPort</w:t>
            </w:r>
            <w:proofErr w:type="spellEnd"/>
          </w:p>
        </w:tc>
        <w:tc>
          <w:tcPr>
            <w:tcW w:w="3827" w:type="dxa"/>
            <w:tcMar>
              <w:top w:w="50" w:type="dxa"/>
              <w:left w:w="50" w:type="dxa"/>
              <w:bottom w:w="50" w:type="dxa"/>
              <w:right w:w="50" w:type="dxa"/>
            </w:tcMar>
            <w:vAlign w:val="center"/>
          </w:tcPr>
          <w:p w14:paraId="46ABBEFC" w14:textId="77777777" w:rsidR="00613ED9" w:rsidRPr="00074779" w:rsidRDefault="00613ED9">
            <w:pPr>
              <w:rPr>
                <w:rFonts w:ascii="Palemonas" w:hAnsi="Palemonas" w:cs="Palemonas"/>
                <w:lang w:val="lt-LT"/>
              </w:rPr>
            </w:pPr>
            <w:r w:rsidRPr="00074779">
              <w:rPr>
                <w:rFonts w:ascii="Palemonas" w:hAnsi="Palemonas" w:cs="Palemonas"/>
                <w:sz w:val="16"/>
                <w:lang w:val="lt-LT"/>
              </w:rPr>
              <w:t xml:space="preserve">Ne mažiau kaip 1 x </w:t>
            </w:r>
            <w:proofErr w:type="spellStart"/>
            <w:r w:rsidRPr="00074779">
              <w:rPr>
                <w:rFonts w:ascii="Palemonas" w:hAnsi="Palemonas" w:cs="Palemonas"/>
                <w:sz w:val="16"/>
                <w:lang w:val="lt-LT"/>
              </w:rPr>
              <w:t>DisplayPort</w:t>
            </w:r>
            <w:proofErr w:type="spellEnd"/>
            <w:r w:rsidRPr="00074779">
              <w:rPr>
                <w:rFonts w:ascii="Palemonas" w:hAnsi="Palemonas" w:cs="Palemonas"/>
                <w:sz w:val="16"/>
                <w:lang w:val="lt-LT"/>
              </w:rPr>
              <w:t xml:space="preserve"> 1.2.</w:t>
            </w:r>
          </w:p>
        </w:tc>
        <w:tc>
          <w:tcPr>
            <w:tcW w:w="1276" w:type="dxa"/>
            <w:shd w:val="clear" w:color="auto" w:fill="E2F0D9"/>
            <w:tcMar>
              <w:top w:w="50" w:type="dxa"/>
              <w:left w:w="50" w:type="dxa"/>
              <w:bottom w:w="50" w:type="dxa"/>
              <w:right w:w="50" w:type="dxa"/>
            </w:tcMar>
            <w:vAlign w:val="center"/>
          </w:tcPr>
          <w:p w14:paraId="45CAB226"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5CDFBB3A" w14:textId="77777777" w:rsidTr="00613ED9">
        <w:trPr>
          <w:jc w:val="center"/>
        </w:trPr>
        <w:tc>
          <w:tcPr>
            <w:tcW w:w="2552" w:type="dxa"/>
            <w:tcMar>
              <w:top w:w="50" w:type="dxa"/>
              <w:left w:w="50" w:type="dxa"/>
              <w:bottom w:w="50" w:type="dxa"/>
              <w:right w:w="50" w:type="dxa"/>
            </w:tcMar>
            <w:vAlign w:val="center"/>
          </w:tcPr>
          <w:p w14:paraId="5B1A7C7A" w14:textId="77777777" w:rsidR="00613ED9" w:rsidRPr="00074779" w:rsidRDefault="00613ED9">
            <w:pPr>
              <w:rPr>
                <w:rFonts w:ascii="Palemonas" w:hAnsi="Palemonas" w:cs="Palemonas"/>
                <w:lang w:val="lt-LT"/>
              </w:rPr>
            </w:pPr>
            <w:r w:rsidRPr="00074779">
              <w:rPr>
                <w:rFonts w:ascii="Palemonas" w:hAnsi="Palemonas" w:cs="Palemonas"/>
                <w:sz w:val="16"/>
                <w:lang w:val="lt-LT"/>
              </w:rPr>
              <w:t>Galinės jungtys</w:t>
            </w:r>
          </w:p>
        </w:tc>
        <w:tc>
          <w:tcPr>
            <w:tcW w:w="2551" w:type="dxa"/>
            <w:tcMar>
              <w:top w:w="50" w:type="dxa"/>
              <w:left w:w="50" w:type="dxa"/>
              <w:bottom w:w="50" w:type="dxa"/>
              <w:right w:w="50" w:type="dxa"/>
            </w:tcMar>
            <w:vAlign w:val="center"/>
          </w:tcPr>
          <w:p w14:paraId="2226434B" w14:textId="77777777" w:rsidR="00613ED9" w:rsidRPr="00074779" w:rsidRDefault="00613ED9">
            <w:pPr>
              <w:rPr>
                <w:rFonts w:ascii="Palemonas" w:hAnsi="Palemonas" w:cs="Palemonas"/>
                <w:lang w:val="lt-LT"/>
              </w:rPr>
            </w:pPr>
            <w:proofErr w:type="spellStart"/>
            <w:r w:rsidRPr="00074779">
              <w:rPr>
                <w:rFonts w:ascii="Palemonas" w:hAnsi="Palemonas" w:cs="Palemonas"/>
                <w:sz w:val="16"/>
                <w:lang w:val="lt-LT"/>
              </w:rPr>
              <w:t>Touch</w:t>
            </w:r>
            <w:proofErr w:type="spellEnd"/>
            <w:r w:rsidRPr="00074779">
              <w:rPr>
                <w:rFonts w:ascii="Palemonas" w:hAnsi="Palemonas" w:cs="Palemonas"/>
                <w:sz w:val="16"/>
                <w:lang w:val="lt-LT"/>
              </w:rPr>
              <w:t xml:space="preserve"> USB</w:t>
            </w:r>
          </w:p>
        </w:tc>
        <w:tc>
          <w:tcPr>
            <w:tcW w:w="3827" w:type="dxa"/>
            <w:tcMar>
              <w:top w:w="50" w:type="dxa"/>
              <w:left w:w="50" w:type="dxa"/>
              <w:bottom w:w="50" w:type="dxa"/>
              <w:right w:w="50" w:type="dxa"/>
            </w:tcMar>
            <w:vAlign w:val="center"/>
          </w:tcPr>
          <w:p w14:paraId="30F04819"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3 x USB 3.0 Type-B lietimui.</w:t>
            </w:r>
          </w:p>
        </w:tc>
        <w:tc>
          <w:tcPr>
            <w:tcW w:w="1276" w:type="dxa"/>
            <w:shd w:val="clear" w:color="auto" w:fill="E2F0D9"/>
            <w:tcMar>
              <w:top w:w="50" w:type="dxa"/>
              <w:left w:w="50" w:type="dxa"/>
              <w:bottom w:w="50" w:type="dxa"/>
              <w:right w:w="50" w:type="dxa"/>
            </w:tcMar>
            <w:vAlign w:val="center"/>
          </w:tcPr>
          <w:p w14:paraId="0D0AB53C"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4A6B735E" w14:textId="77777777" w:rsidTr="00613ED9">
        <w:trPr>
          <w:jc w:val="center"/>
        </w:trPr>
        <w:tc>
          <w:tcPr>
            <w:tcW w:w="2552" w:type="dxa"/>
            <w:tcMar>
              <w:top w:w="50" w:type="dxa"/>
              <w:left w:w="50" w:type="dxa"/>
              <w:bottom w:w="50" w:type="dxa"/>
              <w:right w:w="50" w:type="dxa"/>
            </w:tcMar>
            <w:vAlign w:val="center"/>
          </w:tcPr>
          <w:p w14:paraId="0E1E80A8" w14:textId="77777777" w:rsidR="00613ED9" w:rsidRPr="00074779" w:rsidRDefault="00613ED9">
            <w:pPr>
              <w:rPr>
                <w:rFonts w:ascii="Palemonas" w:hAnsi="Palemonas" w:cs="Palemonas"/>
                <w:lang w:val="lt-LT"/>
              </w:rPr>
            </w:pPr>
            <w:r w:rsidRPr="00074779">
              <w:rPr>
                <w:rFonts w:ascii="Palemonas" w:hAnsi="Palemonas" w:cs="Palemonas"/>
                <w:sz w:val="16"/>
                <w:lang w:val="lt-LT"/>
              </w:rPr>
              <w:t>Galinės jungtys</w:t>
            </w:r>
          </w:p>
        </w:tc>
        <w:tc>
          <w:tcPr>
            <w:tcW w:w="2551" w:type="dxa"/>
            <w:tcMar>
              <w:top w:w="50" w:type="dxa"/>
              <w:left w:w="50" w:type="dxa"/>
              <w:bottom w:w="50" w:type="dxa"/>
              <w:right w:w="50" w:type="dxa"/>
            </w:tcMar>
            <w:vAlign w:val="center"/>
          </w:tcPr>
          <w:p w14:paraId="433A65AD" w14:textId="77777777" w:rsidR="00613ED9" w:rsidRPr="00074779" w:rsidRDefault="00613ED9">
            <w:pPr>
              <w:rPr>
                <w:rFonts w:ascii="Palemonas" w:hAnsi="Palemonas" w:cs="Palemonas"/>
                <w:lang w:val="lt-LT"/>
              </w:rPr>
            </w:pPr>
            <w:r w:rsidRPr="00074779">
              <w:rPr>
                <w:rFonts w:ascii="Palemonas" w:hAnsi="Palemonas" w:cs="Palemonas"/>
                <w:sz w:val="16"/>
                <w:lang w:val="lt-LT"/>
              </w:rPr>
              <w:t>USB-C</w:t>
            </w:r>
          </w:p>
        </w:tc>
        <w:tc>
          <w:tcPr>
            <w:tcW w:w="3827" w:type="dxa"/>
            <w:tcMar>
              <w:top w:w="50" w:type="dxa"/>
              <w:left w:w="50" w:type="dxa"/>
              <w:bottom w:w="50" w:type="dxa"/>
              <w:right w:w="50" w:type="dxa"/>
            </w:tcMar>
            <w:vAlign w:val="center"/>
          </w:tcPr>
          <w:p w14:paraId="325B83FA"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1 x USB 3.0 Type-C su 15 W maitinimu ir 1 x USB-C išvestis arba lygiavertis jungčių rinkinys.</w:t>
            </w:r>
          </w:p>
        </w:tc>
        <w:tc>
          <w:tcPr>
            <w:tcW w:w="1276" w:type="dxa"/>
            <w:shd w:val="clear" w:color="auto" w:fill="E2F0D9"/>
            <w:tcMar>
              <w:top w:w="50" w:type="dxa"/>
              <w:left w:w="50" w:type="dxa"/>
              <w:bottom w:w="50" w:type="dxa"/>
              <w:right w:w="50" w:type="dxa"/>
            </w:tcMar>
            <w:vAlign w:val="center"/>
          </w:tcPr>
          <w:p w14:paraId="7BE2D766"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22053FEC" w14:textId="77777777" w:rsidTr="00613ED9">
        <w:trPr>
          <w:jc w:val="center"/>
        </w:trPr>
        <w:tc>
          <w:tcPr>
            <w:tcW w:w="2552" w:type="dxa"/>
            <w:tcMar>
              <w:top w:w="50" w:type="dxa"/>
              <w:left w:w="50" w:type="dxa"/>
              <w:bottom w:w="50" w:type="dxa"/>
              <w:right w:w="50" w:type="dxa"/>
            </w:tcMar>
            <w:vAlign w:val="center"/>
          </w:tcPr>
          <w:p w14:paraId="1735ADC6" w14:textId="77777777" w:rsidR="00613ED9" w:rsidRPr="00074779" w:rsidRDefault="00613ED9">
            <w:pPr>
              <w:rPr>
                <w:rFonts w:ascii="Palemonas" w:hAnsi="Palemonas" w:cs="Palemonas"/>
                <w:lang w:val="lt-LT"/>
              </w:rPr>
            </w:pPr>
            <w:r w:rsidRPr="00074779">
              <w:rPr>
                <w:rFonts w:ascii="Palemonas" w:hAnsi="Palemonas" w:cs="Palemonas"/>
                <w:sz w:val="16"/>
                <w:lang w:val="lt-LT"/>
              </w:rPr>
              <w:t>Galinės jungtys</w:t>
            </w:r>
          </w:p>
        </w:tc>
        <w:tc>
          <w:tcPr>
            <w:tcW w:w="2551" w:type="dxa"/>
            <w:tcMar>
              <w:top w:w="50" w:type="dxa"/>
              <w:left w:w="50" w:type="dxa"/>
              <w:bottom w:w="50" w:type="dxa"/>
              <w:right w:w="50" w:type="dxa"/>
            </w:tcMar>
            <w:vAlign w:val="center"/>
          </w:tcPr>
          <w:p w14:paraId="0158497E" w14:textId="77777777" w:rsidR="00613ED9" w:rsidRPr="00074779" w:rsidRDefault="00613ED9">
            <w:pPr>
              <w:rPr>
                <w:rFonts w:ascii="Palemonas" w:hAnsi="Palemonas" w:cs="Palemonas"/>
                <w:lang w:val="lt-LT"/>
              </w:rPr>
            </w:pPr>
            <w:r w:rsidRPr="00074779">
              <w:rPr>
                <w:rFonts w:ascii="Palemonas" w:hAnsi="Palemonas" w:cs="Palemonas"/>
                <w:sz w:val="16"/>
                <w:lang w:val="lt-LT"/>
              </w:rPr>
              <w:t>USB-A</w:t>
            </w:r>
          </w:p>
        </w:tc>
        <w:tc>
          <w:tcPr>
            <w:tcW w:w="3827" w:type="dxa"/>
            <w:tcMar>
              <w:top w:w="50" w:type="dxa"/>
              <w:left w:w="50" w:type="dxa"/>
              <w:bottom w:w="50" w:type="dxa"/>
              <w:right w:w="50" w:type="dxa"/>
            </w:tcMar>
            <w:vAlign w:val="center"/>
          </w:tcPr>
          <w:p w14:paraId="330821F8"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2 x USB 3.2 Type-A ir 1 x USB 3.2 Type-A Android sistemai.</w:t>
            </w:r>
          </w:p>
        </w:tc>
        <w:tc>
          <w:tcPr>
            <w:tcW w:w="1276" w:type="dxa"/>
            <w:shd w:val="clear" w:color="auto" w:fill="E2F0D9"/>
            <w:tcMar>
              <w:top w:w="50" w:type="dxa"/>
              <w:left w:w="50" w:type="dxa"/>
              <w:bottom w:w="50" w:type="dxa"/>
              <w:right w:w="50" w:type="dxa"/>
            </w:tcMar>
            <w:vAlign w:val="center"/>
          </w:tcPr>
          <w:p w14:paraId="5A0BED9A"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6648FAAA" w14:textId="77777777" w:rsidTr="00613ED9">
        <w:trPr>
          <w:jc w:val="center"/>
        </w:trPr>
        <w:tc>
          <w:tcPr>
            <w:tcW w:w="2552" w:type="dxa"/>
            <w:tcMar>
              <w:top w:w="50" w:type="dxa"/>
              <w:left w:w="50" w:type="dxa"/>
              <w:bottom w:w="50" w:type="dxa"/>
              <w:right w:w="50" w:type="dxa"/>
            </w:tcMar>
            <w:vAlign w:val="center"/>
          </w:tcPr>
          <w:p w14:paraId="3E72121B" w14:textId="77777777" w:rsidR="00613ED9" w:rsidRPr="00074779" w:rsidRDefault="00613ED9">
            <w:pPr>
              <w:rPr>
                <w:rFonts w:ascii="Palemonas" w:hAnsi="Palemonas" w:cs="Palemonas"/>
                <w:lang w:val="lt-LT"/>
              </w:rPr>
            </w:pPr>
            <w:r w:rsidRPr="00074779">
              <w:rPr>
                <w:rFonts w:ascii="Palemonas" w:hAnsi="Palemonas" w:cs="Palemonas"/>
                <w:sz w:val="16"/>
                <w:lang w:val="lt-LT"/>
              </w:rPr>
              <w:t>Galinės jungtys</w:t>
            </w:r>
          </w:p>
        </w:tc>
        <w:tc>
          <w:tcPr>
            <w:tcW w:w="2551" w:type="dxa"/>
            <w:tcMar>
              <w:top w:w="50" w:type="dxa"/>
              <w:left w:w="50" w:type="dxa"/>
              <w:bottom w:w="50" w:type="dxa"/>
              <w:right w:w="50" w:type="dxa"/>
            </w:tcMar>
            <w:vAlign w:val="center"/>
          </w:tcPr>
          <w:p w14:paraId="392D79B0" w14:textId="77777777" w:rsidR="00613ED9" w:rsidRPr="00074779" w:rsidRDefault="00613ED9">
            <w:pPr>
              <w:rPr>
                <w:rFonts w:ascii="Palemonas" w:hAnsi="Palemonas" w:cs="Palemonas"/>
                <w:lang w:val="lt-LT"/>
              </w:rPr>
            </w:pPr>
            <w:r w:rsidRPr="00074779">
              <w:rPr>
                <w:rFonts w:ascii="Palemonas" w:hAnsi="Palemonas" w:cs="Palemonas"/>
                <w:sz w:val="16"/>
                <w:lang w:val="lt-LT"/>
              </w:rPr>
              <w:t>HDMI išvestis</w:t>
            </w:r>
          </w:p>
        </w:tc>
        <w:tc>
          <w:tcPr>
            <w:tcW w:w="3827" w:type="dxa"/>
            <w:tcMar>
              <w:top w:w="50" w:type="dxa"/>
              <w:left w:w="50" w:type="dxa"/>
              <w:bottom w:w="50" w:type="dxa"/>
              <w:right w:w="50" w:type="dxa"/>
            </w:tcMar>
            <w:vAlign w:val="center"/>
          </w:tcPr>
          <w:p w14:paraId="20A233A6"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1 x HDMI OUT 2.1, 4K @ 60 Hz, HDCP 2.3.</w:t>
            </w:r>
          </w:p>
        </w:tc>
        <w:tc>
          <w:tcPr>
            <w:tcW w:w="1276" w:type="dxa"/>
            <w:shd w:val="clear" w:color="auto" w:fill="E2F0D9"/>
            <w:tcMar>
              <w:top w:w="50" w:type="dxa"/>
              <w:left w:w="50" w:type="dxa"/>
              <w:bottom w:w="50" w:type="dxa"/>
              <w:right w:w="50" w:type="dxa"/>
            </w:tcMar>
            <w:vAlign w:val="center"/>
          </w:tcPr>
          <w:p w14:paraId="09A43190"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331781A7" w14:textId="77777777" w:rsidTr="00613ED9">
        <w:trPr>
          <w:jc w:val="center"/>
        </w:trPr>
        <w:tc>
          <w:tcPr>
            <w:tcW w:w="2552" w:type="dxa"/>
            <w:tcMar>
              <w:top w:w="50" w:type="dxa"/>
              <w:left w:w="50" w:type="dxa"/>
              <w:bottom w:w="50" w:type="dxa"/>
              <w:right w:w="50" w:type="dxa"/>
            </w:tcMar>
            <w:vAlign w:val="center"/>
          </w:tcPr>
          <w:p w14:paraId="18C53F3A" w14:textId="77777777" w:rsidR="00613ED9" w:rsidRPr="00074779" w:rsidRDefault="00613ED9">
            <w:pPr>
              <w:rPr>
                <w:rFonts w:ascii="Palemonas" w:hAnsi="Palemonas" w:cs="Palemonas"/>
                <w:lang w:val="lt-LT"/>
              </w:rPr>
            </w:pPr>
            <w:r w:rsidRPr="00074779">
              <w:rPr>
                <w:rFonts w:ascii="Palemonas" w:hAnsi="Palemonas" w:cs="Palemonas"/>
                <w:sz w:val="16"/>
                <w:lang w:val="lt-LT"/>
              </w:rPr>
              <w:t>Galinės jungtys</w:t>
            </w:r>
          </w:p>
        </w:tc>
        <w:tc>
          <w:tcPr>
            <w:tcW w:w="2551" w:type="dxa"/>
            <w:tcMar>
              <w:top w:w="50" w:type="dxa"/>
              <w:left w:w="50" w:type="dxa"/>
              <w:bottom w:w="50" w:type="dxa"/>
              <w:right w:w="50" w:type="dxa"/>
            </w:tcMar>
            <w:vAlign w:val="center"/>
          </w:tcPr>
          <w:p w14:paraId="62174406" w14:textId="77777777" w:rsidR="00613ED9" w:rsidRPr="00074779" w:rsidRDefault="00613ED9">
            <w:pPr>
              <w:rPr>
                <w:rFonts w:ascii="Palemonas" w:hAnsi="Palemonas" w:cs="Palemonas"/>
                <w:lang w:val="lt-LT"/>
              </w:rPr>
            </w:pPr>
            <w:r w:rsidRPr="00074779">
              <w:rPr>
                <w:rFonts w:ascii="Palemonas" w:hAnsi="Palemonas" w:cs="Palemonas"/>
                <w:sz w:val="16"/>
                <w:lang w:val="lt-LT"/>
              </w:rPr>
              <w:t>Valdymas ir tinklas</w:t>
            </w:r>
          </w:p>
        </w:tc>
        <w:tc>
          <w:tcPr>
            <w:tcW w:w="3827" w:type="dxa"/>
            <w:tcMar>
              <w:top w:w="50" w:type="dxa"/>
              <w:left w:w="50" w:type="dxa"/>
              <w:bottom w:w="50" w:type="dxa"/>
              <w:right w:w="50" w:type="dxa"/>
            </w:tcMar>
            <w:vAlign w:val="center"/>
          </w:tcPr>
          <w:p w14:paraId="31997D9C" w14:textId="77777777" w:rsidR="00613ED9" w:rsidRPr="00074779" w:rsidRDefault="00613ED9">
            <w:pPr>
              <w:rPr>
                <w:rFonts w:ascii="Palemonas" w:hAnsi="Palemonas" w:cs="Palemonas"/>
                <w:lang w:val="lt-LT"/>
              </w:rPr>
            </w:pPr>
            <w:r w:rsidRPr="00074779">
              <w:rPr>
                <w:rFonts w:ascii="Palemonas" w:hAnsi="Palemonas" w:cs="Palemonas"/>
                <w:sz w:val="16"/>
                <w:lang w:val="lt-LT"/>
              </w:rPr>
              <w:t xml:space="preserve">RS232, RJ45 </w:t>
            </w:r>
            <w:proofErr w:type="spellStart"/>
            <w:r w:rsidRPr="00074779">
              <w:rPr>
                <w:rFonts w:ascii="Palemonas" w:hAnsi="Palemonas" w:cs="Palemonas"/>
                <w:sz w:val="16"/>
                <w:lang w:val="lt-LT"/>
              </w:rPr>
              <w:t>gigabitinė</w:t>
            </w:r>
            <w:proofErr w:type="spellEnd"/>
            <w:r w:rsidRPr="00074779">
              <w:rPr>
                <w:rFonts w:ascii="Palemonas" w:hAnsi="Palemonas" w:cs="Palemonas"/>
                <w:sz w:val="16"/>
                <w:lang w:val="lt-LT"/>
              </w:rPr>
              <w:t xml:space="preserve"> įvestis ir išvestis, LAN </w:t>
            </w:r>
            <w:proofErr w:type="spellStart"/>
            <w:r w:rsidRPr="00074779">
              <w:rPr>
                <w:rFonts w:ascii="Palemonas" w:hAnsi="Palemonas" w:cs="Palemonas"/>
                <w:sz w:val="16"/>
                <w:lang w:val="lt-LT"/>
              </w:rPr>
              <w:t>In</w:t>
            </w:r>
            <w:proofErr w:type="spellEnd"/>
            <w:r w:rsidRPr="00074779">
              <w:rPr>
                <w:rFonts w:ascii="Palemonas" w:hAnsi="Palemonas" w:cs="Palemonas"/>
                <w:sz w:val="16"/>
                <w:lang w:val="lt-LT"/>
              </w:rPr>
              <w:t xml:space="preserve"> 1000M ir LAN </w:t>
            </w:r>
            <w:proofErr w:type="spellStart"/>
            <w:r w:rsidRPr="00074779">
              <w:rPr>
                <w:rFonts w:ascii="Palemonas" w:hAnsi="Palemonas" w:cs="Palemonas"/>
                <w:sz w:val="16"/>
                <w:lang w:val="lt-LT"/>
              </w:rPr>
              <w:t>Out</w:t>
            </w:r>
            <w:proofErr w:type="spellEnd"/>
            <w:r w:rsidRPr="00074779">
              <w:rPr>
                <w:rFonts w:ascii="Palemonas" w:hAnsi="Palemonas" w:cs="Palemonas"/>
                <w:sz w:val="16"/>
                <w:lang w:val="lt-LT"/>
              </w:rPr>
              <w:t xml:space="preserve"> 1000M arba lygiavertis tinklo sprendimas.</w:t>
            </w:r>
          </w:p>
        </w:tc>
        <w:tc>
          <w:tcPr>
            <w:tcW w:w="1276" w:type="dxa"/>
            <w:shd w:val="clear" w:color="auto" w:fill="E2F0D9"/>
            <w:tcMar>
              <w:top w:w="50" w:type="dxa"/>
              <w:left w:w="50" w:type="dxa"/>
              <w:bottom w:w="50" w:type="dxa"/>
              <w:right w:w="50" w:type="dxa"/>
            </w:tcMar>
            <w:vAlign w:val="center"/>
          </w:tcPr>
          <w:p w14:paraId="6874A4EF"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0DCC2FF9" w14:textId="77777777" w:rsidTr="00613ED9">
        <w:trPr>
          <w:jc w:val="center"/>
        </w:trPr>
        <w:tc>
          <w:tcPr>
            <w:tcW w:w="2552" w:type="dxa"/>
            <w:tcMar>
              <w:top w:w="50" w:type="dxa"/>
              <w:left w:w="50" w:type="dxa"/>
              <w:bottom w:w="50" w:type="dxa"/>
              <w:right w:w="50" w:type="dxa"/>
            </w:tcMar>
            <w:vAlign w:val="center"/>
          </w:tcPr>
          <w:p w14:paraId="27D5B903" w14:textId="77777777" w:rsidR="00613ED9" w:rsidRPr="00074779" w:rsidRDefault="00613ED9">
            <w:pPr>
              <w:rPr>
                <w:rFonts w:ascii="Palemonas" w:hAnsi="Palemonas" w:cs="Palemonas"/>
                <w:lang w:val="lt-LT"/>
              </w:rPr>
            </w:pPr>
            <w:r w:rsidRPr="00074779">
              <w:rPr>
                <w:rFonts w:ascii="Palemonas" w:hAnsi="Palemonas" w:cs="Palemonas"/>
                <w:sz w:val="16"/>
                <w:lang w:val="lt-LT"/>
              </w:rPr>
              <w:t>Galinės jungtys</w:t>
            </w:r>
          </w:p>
        </w:tc>
        <w:tc>
          <w:tcPr>
            <w:tcW w:w="2551" w:type="dxa"/>
            <w:tcMar>
              <w:top w:w="50" w:type="dxa"/>
              <w:left w:w="50" w:type="dxa"/>
              <w:bottom w:w="50" w:type="dxa"/>
              <w:right w:w="50" w:type="dxa"/>
            </w:tcMar>
            <w:vAlign w:val="center"/>
          </w:tcPr>
          <w:p w14:paraId="4D277DA8" w14:textId="77777777" w:rsidR="00613ED9" w:rsidRPr="00074779" w:rsidRDefault="00613ED9">
            <w:pPr>
              <w:rPr>
                <w:rFonts w:ascii="Palemonas" w:hAnsi="Palemonas" w:cs="Palemonas"/>
                <w:lang w:val="lt-LT"/>
              </w:rPr>
            </w:pPr>
            <w:r w:rsidRPr="00074779">
              <w:rPr>
                <w:rFonts w:ascii="Palemonas" w:hAnsi="Palemonas" w:cs="Palemonas"/>
                <w:sz w:val="16"/>
                <w:lang w:val="lt-LT"/>
              </w:rPr>
              <w:t>Plėtimo lizdai</w:t>
            </w:r>
          </w:p>
        </w:tc>
        <w:tc>
          <w:tcPr>
            <w:tcW w:w="3827" w:type="dxa"/>
            <w:tcMar>
              <w:top w:w="50" w:type="dxa"/>
              <w:left w:w="50" w:type="dxa"/>
              <w:bottom w:w="50" w:type="dxa"/>
              <w:right w:w="50" w:type="dxa"/>
            </w:tcMar>
            <w:vAlign w:val="center"/>
          </w:tcPr>
          <w:p w14:paraId="7F0C8080" w14:textId="77777777" w:rsidR="00613ED9" w:rsidRPr="00074779" w:rsidRDefault="00613ED9">
            <w:pPr>
              <w:rPr>
                <w:rFonts w:ascii="Palemonas" w:hAnsi="Palemonas" w:cs="Palemonas"/>
                <w:lang w:val="lt-LT"/>
              </w:rPr>
            </w:pPr>
            <w:r w:rsidRPr="00074779">
              <w:rPr>
                <w:rFonts w:ascii="Palemonas" w:hAnsi="Palemonas" w:cs="Palemonas"/>
                <w:sz w:val="16"/>
                <w:lang w:val="lt-LT"/>
              </w:rPr>
              <w:t xml:space="preserve">OPS </w:t>
            </w:r>
            <w:proofErr w:type="spellStart"/>
            <w:r w:rsidRPr="00074779">
              <w:rPr>
                <w:rFonts w:ascii="Palemonas" w:hAnsi="Palemonas" w:cs="Palemonas"/>
                <w:sz w:val="16"/>
                <w:lang w:val="lt-LT"/>
              </w:rPr>
              <w:t>slot</w:t>
            </w:r>
            <w:proofErr w:type="spellEnd"/>
            <w:r w:rsidRPr="00074779">
              <w:rPr>
                <w:rFonts w:ascii="Palemonas" w:hAnsi="Palemonas" w:cs="Palemonas"/>
                <w:sz w:val="16"/>
                <w:lang w:val="lt-LT"/>
              </w:rPr>
              <w:t xml:space="preserve"> ir SDM-S </w:t>
            </w:r>
            <w:proofErr w:type="spellStart"/>
            <w:r w:rsidRPr="00074779">
              <w:rPr>
                <w:rFonts w:ascii="Palemonas" w:hAnsi="Palemonas" w:cs="Palemonas"/>
                <w:sz w:val="16"/>
                <w:lang w:val="lt-LT"/>
              </w:rPr>
              <w:t>slot</w:t>
            </w:r>
            <w:proofErr w:type="spellEnd"/>
            <w:r w:rsidRPr="00074779">
              <w:rPr>
                <w:rFonts w:ascii="Palemonas" w:hAnsi="Palemonas" w:cs="Palemonas"/>
                <w:sz w:val="16"/>
                <w:lang w:val="lt-LT"/>
              </w:rPr>
              <w:t xml:space="preserve"> arba lygiavertė modulinio kompiuterio / funkcijų plėtimo galimybė.</w:t>
            </w:r>
          </w:p>
        </w:tc>
        <w:tc>
          <w:tcPr>
            <w:tcW w:w="1276" w:type="dxa"/>
            <w:shd w:val="clear" w:color="auto" w:fill="E2F0D9"/>
            <w:tcMar>
              <w:top w:w="50" w:type="dxa"/>
              <w:left w:w="50" w:type="dxa"/>
              <w:bottom w:w="50" w:type="dxa"/>
              <w:right w:w="50" w:type="dxa"/>
            </w:tcMar>
            <w:vAlign w:val="center"/>
          </w:tcPr>
          <w:p w14:paraId="1DAAB2FA"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0F0DAE1B" w14:textId="77777777" w:rsidTr="00613ED9">
        <w:trPr>
          <w:jc w:val="center"/>
        </w:trPr>
        <w:tc>
          <w:tcPr>
            <w:tcW w:w="2552" w:type="dxa"/>
            <w:tcMar>
              <w:top w:w="50" w:type="dxa"/>
              <w:left w:w="50" w:type="dxa"/>
              <w:bottom w:w="50" w:type="dxa"/>
              <w:right w:w="50" w:type="dxa"/>
            </w:tcMar>
            <w:vAlign w:val="center"/>
          </w:tcPr>
          <w:p w14:paraId="6D5920AC" w14:textId="77777777" w:rsidR="00613ED9" w:rsidRPr="00074779" w:rsidRDefault="00613ED9">
            <w:pPr>
              <w:rPr>
                <w:rFonts w:ascii="Palemonas" w:hAnsi="Palemonas" w:cs="Palemonas"/>
                <w:lang w:val="lt-LT"/>
              </w:rPr>
            </w:pPr>
            <w:r w:rsidRPr="00074779">
              <w:rPr>
                <w:rFonts w:ascii="Palemonas" w:hAnsi="Palemonas" w:cs="Palemonas"/>
                <w:sz w:val="16"/>
                <w:lang w:val="lt-LT"/>
              </w:rPr>
              <w:t>Galinės jungtys</w:t>
            </w:r>
          </w:p>
        </w:tc>
        <w:tc>
          <w:tcPr>
            <w:tcW w:w="2551" w:type="dxa"/>
            <w:tcMar>
              <w:top w:w="50" w:type="dxa"/>
              <w:left w:w="50" w:type="dxa"/>
              <w:bottom w:w="50" w:type="dxa"/>
              <w:right w:w="50" w:type="dxa"/>
            </w:tcMar>
            <w:vAlign w:val="center"/>
          </w:tcPr>
          <w:p w14:paraId="0F474FB0" w14:textId="77777777" w:rsidR="00613ED9" w:rsidRPr="00074779" w:rsidRDefault="00613ED9">
            <w:pPr>
              <w:rPr>
                <w:rFonts w:ascii="Palemonas" w:hAnsi="Palemonas" w:cs="Palemonas"/>
                <w:lang w:val="lt-LT"/>
              </w:rPr>
            </w:pPr>
            <w:r w:rsidRPr="00074779">
              <w:rPr>
                <w:rFonts w:ascii="Palemonas" w:hAnsi="Palemonas" w:cs="Palemonas"/>
                <w:sz w:val="16"/>
                <w:lang w:val="lt-LT"/>
              </w:rPr>
              <w:t>Garso išvestys</w:t>
            </w:r>
          </w:p>
        </w:tc>
        <w:tc>
          <w:tcPr>
            <w:tcW w:w="3827" w:type="dxa"/>
            <w:tcMar>
              <w:top w:w="50" w:type="dxa"/>
              <w:left w:w="50" w:type="dxa"/>
              <w:bottom w:w="50" w:type="dxa"/>
              <w:right w:w="50" w:type="dxa"/>
            </w:tcMar>
            <w:vAlign w:val="center"/>
          </w:tcPr>
          <w:p w14:paraId="3DC8C750" w14:textId="77777777" w:rsidR="00613ED9" w:rsidRPr="00074779" w:rsidRDefault="00613ED9">
            <w:pPr>
              <w:rPr>
                <w:rFonts w:ascii="Palemonas" w:hAnsi="Palemonas" w:cs="Palemonas"/>
                <w:lang w:val="lt-LT"/>
              </w:rPr>
            </w:pPr>
            <w:r w:rsidRPr="00074779">
              <w:rPr>
                <w:rFonts w:ascii="Palemonas" w:hAnsi="Palemonas" w:cs="Palemonas"/>
                <w:sz w:val="16"/>
                <w:lang w:val="lt-LT"/>
              </w:rPr>
              <w:t xml:space="preserve">SPDIF </w:t>
            </w:r>
            <w:proofErr w:type="spellStart"/>
            <w:r w:rsidRPr="00074779">
              <w:rPr>
                <w:rFonts w:ascii="Palemonas" w:hAnsi="Palemonas" w:cs="Palemonas"/>
                <w:sz w:val="16"/>
                <w:lang w:val="lt-LT"/>
              </w:rPr>
              <w:t>Out</w:t>
            </w:r>
            <w:proofErr w:type="spellEnd"/>
            <w:r w:rsidRPr="00074779">
              <w:rPr>
                <w:rFonts w:ascii="Palemonas" w:hAnsi="Palemonas" w:cs="Palemonas"/>
                <w:sz w:val="16"/>
                <w:lang w:val="lt-LT"/>
              </w:rPr>
              <w:t xml:space="preserve"> ir Line </w:t>
            </w:r>
            <w:proofErr w:type="spellStart"/>
            <w:r w:rsidRPr="00074779">
              <w:rPr>
                <w:rFonts w:ascii="Palemonas" w:hAnsi="Palemonas" w:cs="Palemonas"/>
                <w:sz w:val="16"/>
                <w:lang w:val="lt-LT"/>
              </w:rPr>
              <w:t>Out</w:t>
            </w:r>
            <w:proofErr w:type="spellEnd"/>
            <w:r w:rsidRPr="00074779">
              <w:rPr>
                <w:rFonts w:ascii="Palemonas" w:hAnsi="Palemonas" w:cs="Palemonas"/>
                <w:sz w:val="16"/>
                <w:lang w:val="lt-LT"/>
              </w:rPr>
              <w:t xml:space="preserve"> arba lygiavertės garso išvestys.</w:t>
            </w:r>
          </w:p>
        </w:tc>
        <w:tc>
          <w:tcPr>
            <w:tcW w:w="1276" w:type="dxa"/>
            <w:shd w:val="clear" w:color="auto" w:fill="E2F0D9"/>
            <w:tcMar>
              <w:top w:w="50" w:type="dxa"/>
              <w:left w:w="50" w:type="dxa"/>
              <w:bottom w:w="50" w:type="dxa"/>
              <w:right w:w="50" w:type="dxa"/>
            </w:tcMar>
            <w:vAlign w:val="center"/>
          </w:tcPr>
          <w:p w14:paraId="5A9320A0"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2D51BC24" w14:textId="77777777" w:rsidTr="00613ED9">
        <w:trPr>
          <w:jc w:val="center"/>
        </w:trPr>
        <w:tc>
          <w:tcPr>
            <w:tcW w:w="2552" w:type="dxa"/>
            <w:tcMar>
              <w:top w:w="50" w:type="dxa"/>
              <w:left w:w="50" w:type="dxa"/>
              <w:bottom w:w="50" w:type="dxa"/>
              <w:right w:w="50" w:type="dxa"/>
            </w:tcMar>
            <w:vAlign w:val="center"/>
          </w:tcPr>
          <w:p w14:paraId="1ADD09AB" w14:textId="77777777" w:rsidR="00613ED9" w:rsidRPr="00074779" w:rsidRDefault="00613ED9">
            <w:pPr>
              <w:rPr>
                <w:rFonts w:ascii="Palemonas" w:hAnsi="Palemonas" w:cs="Palemonas"/>
                <w:lang w:val="lt-LT"/>
              </w:rPr>
            </w:pPr>
            <w:r w:rsidRPr="00074779">
              <w:rPr>
                <w:rFonts w:ascii="Palemonas" w:hAnsi="Palemonas" w:cs="Palemonas"/>
                <w:sz w:val="16"/>
                <w:lang w:val="lt-LT"/>
              </w:rPr>
              <w:t>Belaidis ryšys ir identifikavimas</w:t>
            </w:r>
          </w:p>
        </w:tc>
        <w:tc>
          <w:tcPr>
            <w:tcW w:w="2551" w:type="dxa"/>
            <w:tcMar>
              <w:top w:w="50" w:type="dxa"/>
              <w:left w:w="50" w:type="dxa"/>
              <w:bottom w:w="50" w:type="dxa"/>
              <w:right w:w="50" w:type="dxa"/>
            </w:tcMar>
            <w:vAlign w:val="center"/>
          </w:tcPr>
          <w:p w14:paraId="2CC8A004" w14:textId="77777777" w:rsidR="00613ED9" w:rsidRPr="00074779" w:rsidRDefault="00613ED9">
            <w:pPr>
              <w:rPr>
                <w:rFonts w:ascii="Palemonas" w:hAnsi="Palemonas" w:cs="Palemonas"/>
                <w:lang w:val="lt-LT"/>
              </w:rPr>
            </w:pPr>
            <w:proofErr w:type="spellStart"/>
            <w:r w:rsidRPr="00074779">
              <w:rPr>
                <w:rFonts w:ascii="Palemonas" w:hAnsi="Palemonas" w:cs="Palemonas"/>
                <w:sz w:val="16"/>
                <w:lang w:val="lt-LT"/>
              </w:rPr>
              <w:t>Wi</w:t>
            </w:r>
            <w:proofErr w:type="spellEnd"/>
            <w:r w:rsidRPr="00074779">
              <w:rPr>
                <w:rFonts w:ascii="Palemonas" w:hAnsi="Palemonas" w:cs="Palemonas"/>
                <w:sz w:val="16"/>
                <w:lang w:val="lt-LT"/>
              </w:rPr>
              <w:t>-Fi ir Bluetooth</w:t>
            </w:r>
          </w:p>
        </w:tc>
        <w:tc>
          <w:tcPr>
            <w:tcW w:w="3827" w:type="dxa"/>
            <w:tcMar>
              <w:top w:w="50" w:type="dxa"/>
              <w:left w:w="50" w:type="dxa"/>
              <w:bottom w:w="50" w:type="dxa"/>
              <w:right w:w="50" w:type="dxa"/>
            </w:tcMar>
            <w:vAlign w:val="center"/>
          </w:tcPr>
          <w:p w14:paraId="27AF8A74" w14:textId="77777777" w:rsidR="00613ED9" w:rsidRPr="00074779" w:rsidRDefault="00613ED9">
            <w:pPr>
              <w:rPr>
                <w:rFonts w:ascii="Palemonas" w:hAnsi="Palemonas" w:cs="Palemonas"/>
                <w:lang w:val="lt-LT"/>
              </w:rPr>
            </w:pPr>
            <w:r w:rsidRPr="00074779">
              <w:rPr>
                <w:rFonts w:ascii="Palemonas" w:hAnsi="Palemonas" w:cs="Palemonas"/>
                <w:sz w:val="16"/>
                <w:lang w:val="lt-LT"/>
              </w:rPr>
              <w:t xml:space="preserve">Integruotas </w:t>
            </w:r>
            <w:proofErr w:type="spellStart"/>
            <w:r w:rsidRPr="00074779">
              <w:rPr>
                <w:rFonts w:ascii="Palemonas" w:hAnsi="Palemonas" w:cs="Palemonas"/>
                <w:sz w:val="16"/>
                <w:lang w:val="lt-LT"/>
              </w:rPr>
              <w:t>Wi</w:t>
            </w:r>
            <w:proofErr w:type="spellEnd"/>
            <w:r w:rsidRPr="00074779">
              <w:rPr>
                <w:rFonts w:ascii="Palemonas" w:hAnsi="Palemonas" w:cs="Palemonas"/>
                <w:sz w:val="16"/>
                <w:lang w:val="lt-LT"/>
              </w:rPr>
              <w:t>-Fi 7 ir Bluetooth 6.0 modulis arba lygiavertis / geresnis belaidžio ryšio sprendimas.</w:t>
            </w:r>
          </w:p>
        </w:tc>
        <w:tc>
          <w:tcPr>
            <w:tcW w:w="1276" w:type="dxa"/>
            <w:shd w:val="clear" w:color="auto" w:fill="E2F0D9"/>
            <w:tcMar>
              <w:top w:w="50" w:type="dxa"/>
              <w:left w:w="50" w:type="dxa"/>
              <w:bottom w:w="50" w:type="dxa"/>
              <w:right w:w="50" w:type="dxa"/>
            </w:tcMar>
            <w:vAlign w:val="center"/>
          </w:tcPr>
          <w:p w14:paraId="145F452E"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46768833" w14:textId="77777777" w:rsidTr="00613ED9">
        <w:trPr>
          <w:jc w:val="center"/>
        </w:trPr>
        <w:tc>
          <w:tcPr>
            <w:tcW w:w="2552" w:type="dxa"/>
            <w:tcMar>
              <w:top w:w="50" w:type="dxa"/>
              <w:left w:w="50" w:type="dxa"/>
              <w:bottom w:w="50" w:type="dxa"/>
              <w:right w:w="50" w:type="dxa"/>
            </w:tcMar>
            <w:vAlign w:val="center"/>
          </w:tcPr>
          <w:p w14:paraId="33AB7663" w14:textId="77777777" w:rsidR="00613ED9" w:rsidRPr="00074779" w:rsidRDefault="00613ED9">
            <w:pPr>
              <w:rPr>
                <w:rFonts w:ascii="Palemonas" w:hAnsi="Palemonas" w:cs="Palemonas"/>
                <w:lang w:val="lt-LT"/>
              </w:rPr>
            </w:pPr>
            <w:r w:rsidRPr="00074779">
              <w:rPr>
                <w:rFonts w:ascii="Palemonas" w:hAnsi="Palemonas" w:cs="Palemonas"/>
                <w:sz w:val="16"/>
                <w:lang w:val="lt-LT"/>
              </w:rPr>
              <w:t>Belaidis ryšys ir identifikavimas</w:t>
            </w:r>
          </w:p>
        </w:tc>
        <w:tc>
          <w:tcPr>
            <w:tcW w:w="2551" w:type="dxa"/>
            <w:tcMar>
              <w:top w:w="50" w:type="dxa"/>
              <w:left w:w="50" w:type="dxa"/>
              <w:bottom w:w="50" w:type="dxa"/>
              <w:right w:w="50" w:type="dxa"/>
            </w:tcMar>
            <w:vAlign w:val="center"/>
          </w:tcPr>
          <w:p w14:paraId="53E98E7A" w14:textId="77777777" w:rsidR="00613ED9" w:rsidRPr="00074779" w:rsidRDefault="00613ED9">
            <w:pPr>
              <w:rPr>
                <w:rFonts w:ascii="Palemonas" w:hAnsi="Palemonas" w:cs="Palemonas"/>
                <w:lang w:val="lt-LT"/>
              </w:rPr>
            </w:pPr>
            <w:r w:rsidRPr="00074779">
              <w:rPr>
                <w:rFonts w:ascii="Palemonas" w:hAnsi="Palemonas" w:cs="Palemonas"/>
                <w:sz w:val="16"/>
                <w:lang w:val="lt-LT"/>
              </w:rPr>
              <w:t>NFC</w:t>
            </w:r>
          </w:p>
        </w:tc>
        <w:tc>
          <w:tcPr>
            <w:tcW w:w="3827" w:type="dxa"/>
            <w:tcMar>
              <w:top w:w="50" w:type="dxa"/>
              <w:left w:w="50" w:type="dxa"/>
              <w:bottom w:w="50" w:type="dxa"/>
              <w:right w:w="50" w:type="dxa"/>
            </w:tcMar>
            <w:vAlign w:val="center"/>
          </w:tcPr>
          <w:p w14:paraId="420BC858" w14:textId="77777777" w:rsidR="00613ED9" w:rsidRPr="00074779" w:rsidRDefault="00613ED9">
            <w:pPr>
              <w:rPr>
                <w:rFonts w:ascii="Palemonas" w:hAnsi="Palemonas" w:cs="Palemonas"/>
                <w:lang w:val="lt-LT"/>
              </w:rPr>
            </w:pPr>
            <w:r w:rsidRPr="00074779">
              <w:rPr>
                <w:rFonts w:ascii="Palemonas" w:hAnsi="Palemonas" w:cs="Palemonas"/>
                <w:sz w:val="16"/>
                <w:lang w:val="lt-LT"/>
              </w:rPr>
              <w:t xml:space="preserve">Integruotas NFC skaitytuvas / </w:t>
            </w:r>
            <w:proofErr w:type="spellStart"/>
            <w:r w:rsidRPr="00074779">
              <w:rPr>
                <w:rFonts w:ascii="Palemonas" w:hAnsi="Palemonas" w:cs="Palemonas"/>
                <w:sz w:val="16"/>
                <w:lang w:val="lt-LT"/>
              </w:rPr>
              <w:t>rašytuvas</w:t>
            </w:r>
            <w:proofErr w:type="spellEnd"/>
            <w:r w:rsidRPr="00074779">
              <w:rPr>
                <w:rFonts w:ascii="Palemonas" w:hAnsi="Palemonas" w:cs="Palemonas"/>
                <w:sz w:val="16"/>
                <w:lang w:val="lt-LT"/>
              </w:rPr>
              <w:t>, suderinamas su Windows arba lygiavertis identifikavimo sprendimas.</w:t>
            </w:r>
          </w:p>
        </w:tc>
        <w:tc>
          <w:tcPr>
            <w:tcW w:w="1276" w:type="dxa"/>
            <w:shd w:val="clear" w:color="auto" w:fill="E2F0D9"/>
            <w:tcMar>
              <w:top w:w="50" w:type="dxa"/>
              <w:left w:w="50" w:type="dxa"/>
              <w:bottom w:w="50" w:type="dxa"/>
              <w:right w:w="50" w:type="dxa"/>
            </w:tcMar>
            <w:vAlign w:val="center"/>
          </w:tcPr>
          <w:p w14:paraId="5911B2A1"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4E271F62" w14:textId="77777777" w:rsidTr="00613ED9">
        <w:trPr>
          <w:jc w:val="center"/>
        </w:trPr>
        <w:tc>
          <w:tcPr>
            <w:tcW w:w="2552" w:type="dxa"/>
            <w:tcMar>
              <w:top w:w="50" w:type="dxa"/>
              <w:left w:w="50" w:type="dxa"/>
              <w:bottom w:w="50" w:type="dxa"/>
              <w:right w:w="50" w:type="dxa"/>
            </w:tcMar>
            <w:vAlign w:val="center"/>
          </w:tcPr>
          <w:p w14:paraId="4C53DEE0" w14:textId="77777777" w:rsidR="00613ED9" w:rsidRPr="00074779" w:rsidRDefault="00613ED9">
            <w:pPr>
              <w:rPr>
                <w:rFonts w:ascii="Palemonas" w:hAnsi="Palemonas" w:cs="Palemonas"/>
                <w:lang w:val="lt-LT"/>
              </w:rPr>
            </w:pPr>
            <w:r w:rsidRPr="00074779">
              <w:rPr>
                <w:rFonts w:ascii="Palemonas" w:hAnsi="Palemonas" w:cs="Palemonas"/>
                <w:sz w:val="16"/>
                <w:lang w:val="lt-LT"/>
              </w:rPr>
              <w:t>Matmenys ir montavimas</w:t>
            </w:r>
          </w:p>
        </w:tc>
        <w:tc>
          <w:tcPr>
            <w:tcW w:w="2551" w:type="dxa"/>
            <w:tcMar>
              <w:top w:w="50" w:type="dxa"/>
              <w:left w:w="50" w:type="dxa"/>
              <w:bottom w:w="50" w:type="dxa"/>
              <w:right w:w="50" w:type="dxa"/>
            </w:tcMar>
            <w:vAlign w:val="center"/>
          </w:tcPr>
          <w:p w14:paraId="489A02C1" w14:textId="77777777" w:rsidR="00613ED9" w:rsidRPr="00074779" w:rsidRDefault="00613ED9">
            <w:pPr>
              <w:rPr>
                <w:rFonts w:ascii="Palemonas" w:hAnsi="Palemonas" w:cs="Palemonas"/>
                <w:lang w:val="lt-LT"/>
              </w:rPr>
            </w:pPr>
            <w:r w:rsidRPr="00074779">
              <w:rPr>
                <w:rFonts w:ascii="Palemonas" w:hAnsi="Palemonas" w:cs="Palemonas"/>
                <w:sz w:val="16"/>
                <w:lang w:val="lt-LT"/>
              </w:rPr>
              <w:t>Išoriniai matmenys</w:t>
            </w:r>
          </w:p>
        </w:tc>
        <w:tc>
          <w:tcPr>
            <w:tcW w:w="3827" w:type="dxa"/>
            <w:tcMar>
              <w:top w:w="50" w:type="dxa"/>
              <w:left w:w="50" w:type="dxa"/>
              <w:bottom w:w="50" w:type="dxa"/>
              <w:right w:w="50" w:type="dxa"/>
            </w:tcMar>
            <w:vAlign w:val="center"/>
          </w:tcPr>
          <w:p w14:paraId="5768759C" w14:textId="77777777" w:rsidR="00613ED9" w:rsidRPr="00074779" w:rsidRDefault="00613ED9">
            <w:pPr>
              <w:rPr>
                <w:rFonts w:ascii="Palemonas" w:hAnsi="Palemonas" w:cs="Palemonas"/>
                <w:lang w:val="lt-LT"/>
              </w:rPr>
            </w:pPr>
            <w:r w:rsidRPr="00074779">
              <w:rPr>
                <w:rFonts w:ascii="Palemonas" w:hAnsi="Palemonas" w:cs="Palemonas"/>
                <w:sz w:val="16"/>
                <w:lang w:val="lt-LT"/>
              </w:rPr>
              <w:t xml:space="preserve">Apytiksliai 1955 x 121 x 1173 mm; leidžiami gamintojo konstrukciniai nuokrypiai, jei išlaikoma 86 </w:t>
            </w:r>
            <w:proofErr w:type="spellStart"/>
            <w:r w:rsidRPr="00074779">
              <w:rPr>
                <w:rFonts w:ascii="Palemonas" w:hAnsi="Palemonas" w:cs="Palemonas"/>
                <w:sz w:val="16"/>
                <w:lang w:val="lt-LT"/>
              </w:rPr>
              <w:t>col</w:t>
            </w:r>
            <w:proofErr w:type="spellEnd"/>
            <w:r w:rsidRPr="00074779">
              <w:rPr>
                <w:rFonts w:ascii="Palemonas" w:hAnsi="Palemonas" w:cs="Palemonas"/>
                <w:sz w:val="16"/>
                <w:lang w:val="lt-LT"/>
              </w:rPr>
              <w:t>. įstrižainė ir montavimo suderinamumas.</w:t>
            </w:r>
          </w:p>
        </w:tc>
        <w:tc>
          <w:tcPr>
            <w:tcW w:w="1276" w:type="dxa"/>
            <w:shd w:val="clear" w:color="auto" w:fill="FFF2CC"/>
            <w:tcMar>
              <w:top w:w="50" w:type="dxa"/>
              <w:left w:w="50" w:type="dxa"/>
              <w:bottom w:w="50" w:type="dxa"/>
              <w:right w:w="50" w:type="dxa"/>
            </w:tcMar>
            <w:vAlign w:val="center"/>
          </w:tcPr>
          <w:p w14:paraId="5D74D728" w14:textId="77777777" w:rsidR="00613ED9" w:rsidRPr="00074779" w:rsidRDefault="00613ED9">
            <w:pPr>
              <w:rPr>
                <w:rFonts w:ascii="Palemonas" w:hAnsi="Palemonas" w:cs="Palemonas"/>
                <w:lang w:val="lt-LT"/>
              </w:rPr>
            </w:pPr>
            <w:r w:rsidRPr="00074779">
              <w:rPr>
                <w:rFonts w:ascii="Palemonas" w:hAnsi="Palemonas" w:cs="Palemonas"/>
                <w:sz w:val="16"/>
                <w:lang w:val="lt-LT"/>
              </w:rPr>
              <w:t>Informacinis</w:t>
            </w:r>
          </w:p>
        </w:tc>
      </w:tr>
      <w:tr w:rsidR="00613ED9" w:rsidRPr="00074779" w14:paraId="4C63DF1A" w14:textId="77777777" w:rsidTr="00613ED9">
        <w:trPr>
          <w:jc w:val="center"/>
        </w:trPr>
        <w:tc>
          <w:tcPr>
            <w:tcW w:w="2552" w:type="dxa"/>
            <w:tcMar>
              <w:top w:w="50" w:type="dxa"/>
              <w:left w:w="50" w:type="dxa"/>
              <w:bottom w:w="50" w:type="dxa"/>
              <w:right w:w="50" w:type="dxa"/>
            </w:tcMar>
            <w:vAlign w:val="center"/>
          </w:tcPr>
          <w:p w14:paraId="4DEBD7FB" w14:textId="77777777" w:rsidR="00613ED9" w:rsidRPr="00074779" w:rsidRDefault="00613ED9">
            <w:pPr>
              <w:rPr>
                <w:rFonts w:ascii="Palemonas" w:hAnsi="Palemonas" w:cs="Palemonas"/>
                <w:lang w:val="lt-LT"/>
              </w:rPr>
            </w:pPr>
            <w:r w:rsidRPr="00074779">
              <w:rPr>
                <w:rFonts w:ascii="Palemonas" w:hAnsi="Palemonas" w:cs="Palemonas"/>
                <w:sz w:val="16"/>
                <w:lang w:val="lt-LT"/>
              </w:rPr>
              <w:t>Matmenys ir montavimas</w:t>
            </w:r>
          </w:p>
        </w:tc>
        <w:tc>
          <w:tcPr>
            <w:tcW w:w="2551" w:type="dxa"/>
            <w:tcMar>
              <w:top w:w="50" w:type="dxa"/>
              <w:left w:w="50" w:type="dxa"/>
              <w:bottom w:w="50" w:type="dxa"/>
              <w:right w:w="50" w:type="dxa"/>
            </w:tcMar>
            <w:vAlign w:val="center"/>
          </w:tcPr>
          <w:p w14:paraId="6BC988CE" w14:textId="77777777" w:rsidR="00613ED9" w:rsidRPr="00074779" w:rsidRDefault="00613ED9">
            <w:pPr>
              <w:rPr>
                <w:rFonts w:ascii="Palemonas" w:hAnsi="Palemonas" w:cs="Palemonas"/>
                <w:lang w:val="lt-LT"/>
              </w:rPr>
            </w:pPr>
            <w:r w:rsidRPr="00074779">
              <w:rPr>
                <w:rFonts w:ascii="Palemonas" w:hAnsi="Palemonas" w:cs="Palemonas"/>
                <w:sz w:val="16"/>
                <w:lang w:val="lt-LT"/>
              </w:rPr>
              <w:t>Svoris</w:t>
            </w:r>
          </w:p>
        </w:tc>
        <w:tc>
          <w:tcPr>
            <w:tcW w:w="3827" w:type="dxa"/>
            <w:tcMar>
              <w:top w:w="50" w:type="dxa"/>
              <w:left w:w="50" w:type="dxa"/>
              <w:bottom w:w="50" w:type="dxa"/>
              <w:right w:w="50" w:type="dxa"/>
            </w:tcMar>
            <w:vAlign w:val="center"/>
          </w:tcPr>
          <w:p w14:paraId="2D9231C3" w14:textId="77777777" w:rsidR="00613ED9" w:rsidRPr="00074779" w:rsidRDefault="00613ED9">
            <w:pPr>
              <w:rPr>
                <w:rFonts w:ascii="Palemonas" w:hAnsi="Palemonas" w:cs="Palemonas"/>
                <w:lang w:val="lt-LT"/>
              </w:rPr>
            </w:pPr>
            <w:r w:rsidRPr="00074779">
              <w:rPr>
                <w:rFonts w:ascii="Palemonas" w:hAnsi="Palemonas" w:cs="Palemonas"/>
                <w:sz w:val="16"/>
                <w:lang w:val="lt-LT"/>
              </w:rPr>
              <w:t>Ne daugiau kaip 75 kg be sieninio laikiklio, kad būtų tinkama standartiniam saugiam montavimui; orientacinis atitikmens svoris - 65 kg.</w:t>
            </w:r>
          </w:p>
        </w:tc>
        <w:tc>
          <w:tcPr>
            <w:tcW w:w="1276" w:type="dxa"/>
            <w:shd w:val="clear" w:color="auto" w:fill="E2F0D9"/>
            <w:tcMar>
              <w:top w:w="50" w:type="dxa"/>
              <w:left w:w="50" w:type="dxa"/>
              <w:bottom w:w="50" w:type="dxa"/>
              <w:right w:w="50" w:type="dxa"/>
            </w:tcMar>
            <w:vAlign w:val="center"/>
          </w:tcPr>
          <w:p w14:paraId="5C8BC11B"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7405908E" w14:textId="77777777" w:rsidTr="00613ED9">
        <w:trPr>
          <w:jc w:val="center"/>
        </w:trPr>
        <w:tc>
          <w:tcPr>
            <w:tcW w:w="2552" w:type="dxa"/>
            <w:tcMar>
              <w:top w:w="50" w:type="dxa"/>
              <w:left w:w="50" w:type="dxa"/>
              <w:bottom w:w="50" w:type="dxa"/>
              <w:right w:w="50" w:type="dxa"/>
            </w:tcMar>
            <w:vAlign w:val="center"/>
          </w:tcPr>
          <w:p w14:paraId="2E72B759" w14:textId="77777777" w:rsidR="00613ED9" w:rsidRPr="00074779" w:rsidRDefault="00613ED9">
            <w:pPr>
              <w:rPr>
                <w:rFonts w:ascii="Palemonas" w:hAnsi="Palemonas" w:cs="Palemonas"/>
                <w:lang w:val="lt-LT"/>
              </w:rPr>
            </w:pPr>
            <w:r w:rsidRPr="00074779">
              <w:rPr>
                <w:rFonts w:ascii="Palemonas" w:hAnsi="Palemonas" w:cs="Palemonas"/>
                <w:sz w:val="16"/>
                <w:lang w:val="lt-LT"/>
              </w:rPr>
              <w:t>Matmenys ir montavimas</w:t>
            </w:r>
          </w:p>
        </w:tc>
        <w:tc>
          <w:tcPr>
            <w:tcW w:w="2551" w:type="dxa"/>
            <w:tcMar>
              <w:top w:w="50" w:type="dxa"/>
              <w:left w:w="50" w:type="dxa"/>
              <w:bottom w:w="50" w:type="dxa"/>
              <w:right w:w="50" w:type="dxa"/>
            </w:tcMar>
            <w:vAlign w:val="center"/>
          </w:tcPr>
          <w:p w14:paraId="01F08F14" w14:textId="77777777" w:rsidR="00613ED9" w:rsidRPr="00074779" w:rsidRDefault="00613ED9">
            <w:pPr>
              <w:rPr>
                <w:rFonts w:ascii="Palemonas" w:hAnsi="Palemonas" w:cs="Palemonas"/>
                <w:lang w:val="lt-LT"/>
              </w:rPr>
            </w:pPr>
            <w:r w:rsidRPr="00074779">
              <w:rPr>
                <w:rFonts w:ascii="Palemonas" w:hAnsi="Palemonas" w:cs="Palemonas"/>
                <w:sz w:val="16"/>
                <w:lang w:val="lt-LT"/>
              </w:rPr>
              <w:t>VESA</w:t>
            </w:r>
          </w:p>
        </w:tc>
        <w:tc>
          <w:tcPr>
            <w:tcW w:w="3827" w:type="dxa"/>
            <w:tcMar>
              <w:top w:w="50" w:type="dxa"/>
              <w:left w:w="50" w:type="dxa"/>
              <w:bottom w:w="50" w:type="dxa"/>
              <w:right w:w="50" w:type="dxa"/>
            </w:tcMar>
            <w:vAlign w:val="center"/>
          </w:tcPr>
          <w:p w14:paraId="04AD9928" w14:textId="77777777" w:rsidR="00613ED9" w:rsidRPr="00074779" w:rsidRDefault="00613ED9">
            <w:pPr>
              <w:rPr>
                <w:rFonts w:ascii="Palemonas" w:hAnsi="Palemonas" w:cs="Palemonas"/>
                <w:lang w:val="lt-LT"/>
              </w:rPr>
            </w:pPr>
            <w:r w:rsidRPr="00074779">
              <w:rPr>
                <w:rFonts w:ascii="Palemonas" w:hAnsi="Palemonas" w:cs="Palemonas"/>
                <w:sz w:val="16"/>
                <w:lang w:val="lt-LT"/>
              </w:rPr>
              <w:t>Ne mažiau kaip VESA 800 x 400 mm arba gamintojo numatytas lygiavertis montavimo standartas.</w:t>
            </w:r>
          </w:p>
        </w:tc>
        <w:tc>
          <w:tcPr>
            <w:tcW w:w="1276" w:type="dxa"/>
            <w:shd w:val="clear" w:color="auto" w:fill="E2F0D9"/>
            <w:tcMar>
              <w:top w:w="50" w:type="dxa"/>
              <w:left w:w="50" w:type="dxa"/>
              <w:bottom w:w="50" w:type="dxa"/>
              <w:right w:w="50" w:type="dxa"/>
            </w:tcMar>
            <w:vAlign w:val="center"/>
          </w:tcPr>
          <w:p w14:paraId="12D9516D"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6810D9D1" w14:textId="77777777" w:rsidTr="00613ED9">
        <w:trPr>
          <w:jc w:val="center"/>
        </w:trPr>
        <w:tc>
          <w:tcPr>
            <w:tcW w:w="2552" w:type="dxa"/>
            <w:tcMar>
              <w:top w:w="50" w:type="dxa"/>
              <w:left w:w="50" w:type="dxa"/>
              <w:bottom w:w="50" w:type="dxa"/>
              <w:right w:w="50" w:type="dxa"/>
            </w:tcMar>
            <w:vAlign w:val="center"/>
          </w:tcPr>
          <w:p w14:paraId="14877E9E" w14:textId="77777777" w:rsidR="00613ED9" w:rsidRPr="00074779" w:rsidRDefault="00613ED9">
            <w:pPr>
              <w:rPr>
                <w:rFonts w:ascii="Palemonas" w:hAnsi="Palemonas" w:cs="Palemonas"/>
                <w:lang w:val="lt-LT"/>
              </w:rPr>
            </w:pPr>
            <w:r w:rsidRPr="00074779">
              <w:rPr>
                <w:rFonts w:ascii="Palemonas" w:hAnsi="Palemonas" w:cs="Palemonas"/>
                <w:sz w:val="16"/>
                <w:lang w:val="lt-LT"/>
              </w:rPr>
              <w:t>Energija</w:t>
            </w:r>
          </w:p>
        </w:tc>
        <w:tc>
          <w:tcPr>
            <w:tcW w:w="2551" w:type="dxa"/>
            <w:tcMar>
              <w:top w:w="50" w:type="dxa"/>
              <w:left w:w="50" w:type="dxa"/>
              <w:bottom w:w="50" w:type="dxa"/>
              <w:right w:w="50" w:type="dxa"/>
            </w:tcMar>
            <w:vAlign w:val="center"/>
          </w:tcPr>
          <w:p w14:paraId="2D111D96" w14:textId="77777777" w:rsidR="00613ED9" w:rsidRPr="00074779" w:rsidRDefault="00613ED9">
            <w:pPr>
              <w:rPr>
                <w:rFonts w:ascii="Palemonas" w:hAnsi="Palemonas" w:cs="Palemonas"/>
                <w:lang w:val="lt-LT"/>
              </w:rPr>
            </w:pPr>
            <w:r w:rsidRPr="00074779">
              <w:rPr>
                <w:rFonts w:ascii="Palemonas" w:hAnsi="Palemonas" w:cs="Palemonas"/>
                <w:sz w:val="16"/>
                <w:lang w:val="lt-LT"/>
              </w:rPr>
              <w:t>Elektros sąnaudos</w:t>
            </w:r>
          </w:p>
        </w:tc>
        <w:tc>
          <w:tcPr>
            <w:tcW w:w="3827" w:type="dxa"/>
            <w:tcMar>
              <w:top w:w="50" w:type="dxa"/>
              <w:left w:w="50" w:type="dxa"/>
              <w:bottom w:w="50" w:type="dxa"/>
              <w:right w:w="50" w:type="dxa"/>
            </w:tcMar>
            <w:vAlign w:val="center"/>
          </w:tcPr>
          <w:p w14:paraId="04A8C116" w14:textId="77777777" w:rsidR="00613ED9" w:rsidRPr="00074779" w:rsidRDefault="00613ED9">
            <w:pPr>
              <w:rPr>
                <w:rFonts w:ascii="Palemonas" w:hAnsi="Palemonas" w:cs="Palemonas"/>
                <w:lang w:val="lt-LT"/>
              </w:rPr>
            </w:pPr>
            <w:r w:rsidRPr="00074779">
              <w:rPr>
                <w:rFonts w:ascii="Palemonas" w:hAnsi="Palemonas" w:cs="Palemonas"/>
                <w:sz w:val="16"/>
                <w:lang w:val="lt-LT"/>
              </w:rPr>
              <w:t xml:space="preserve">Standartiniu režimu ne daugiau kaip 180 W 86 </w:t>
            </w:r>
            <w:proofErr w:type="spellStart"/>
            <w:r w:rsidRPr="00074779">
              <w:rPr>
                <w:rFonts w:ascii="Palemonas" w:hAnsi="Palemonas" w:cs="Palemonas"/>
                <w:sz w:val="16"/>
                <w:lang w:val="lt-LT"/>
              </w:rPr>
              <w:t>col</w:t>
            </w:r>
            <w:proofErr w:type="spellEnd"/>
            <w:r w:rsidRPr="00074779">
              <w:rPr>
                <w:rFonts w:ascii="Palemonas" w:hAnsi="Palemonas" w:cs="Palemonas"/>
                <w:sz w:val="16"/>
                <w:lang w:val="lt-LT"/>
              </w:rPr>
              <w:t>. modeliui; orientacinis atitikmens rodiklis - 160 W.</w:t>
            </w:r>
          </w:p>
        </w:tc>
        <w:tc>
          <w:tcPr>
            <w:tcW w:w="1276" w:type="dxa"/>
            <w:shd w:val="clear" w:color="auto" w:fill="E2F0D9"/>
            <w:tcMar>
              <w:top w:w="50" w:type="dxa"/>
              <w:left w:w="50" w:type="dxa"/>
              <w:bottom w:w="50" w:type="dxa"/>
              <w:right w:w="50" w:type="dxa"/>
            </w:tcMar>
            <w:vAlign w:val="center"/>
          </w:tcPr>
          <w:p w14:paraId="5904284E"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58B3BFF3" w14:textId="77777777" w:rsidTr="00613ED9">
        <w:trPr>
          <w:jc w:val="center"/>
        </w:trPr>
        <w:tc>
          <w:tcPr>
            <w:tcW w:w="2552" w:type="dxa"/>
            <w:tcMar>
              <w:top w:w="50" w:type="dxa"/>
              <w:left w:w="50" w:type="dxa"/>
              <w:bottom w:w="50" w:type="dxa"/>
              <w:right w:w="50" w:type="dxa"/>
            </w:tcMar>
            <w:vAlign w:val="center"/>
          </w:tcPr>
          <w:p w14:paraId="698109FB" w14:textId="77777777" w:rsidR="00613ED9" w:rsidRPr="00074779" w:rsidRDefault="00613ED9">
            <w:pPr>
              <w:rPr>
                <w:rFonts w:ascii="Palemonas" w:hAnsi="Palemonas" w:cs="Palemonas"/>
                <w:lang w:val="lt-LT"/>
              </w:rPr>
            </w:pPr>
            <w:r w:rsidRPr="00074779">
              <w:rPr>
                <w:rFonts w:ascii="Palemonas" w:hAnsi="Palemonas" w:cs="Palemonas"/>
                <w:sz w:val="16"/>
                <w:lang w:val="lt-LT"/>
              </w:rPr>
              <w:t>Failų ir turinio palaikymas</w:t>
            </w:r>
          </w:p>
        </w:tc>
        <w:tc>
          <w:tcPr>
            <w:tcW w:w="2551" w:type="dxa"/>
            <w:tcMar>
              <w:top w:w="50" w:type="dxa"/>
              <w:left w:w="50" w:type="dxa"/>
              <w:bottom w:w="50" w:type="dxa"/>
              <w:right w:w="50" w:type="dxa"/>
            </w:tcMar>
            <w:vAlign w:val="center"/>
          </w:tcPr>
          <w:p w14:paraId="1668C0F9" w14:textId="77777777" w:rsidR="00613ED9" w:rsidRPr="00074779" w:rsidRDefault="00613ED9">
            <w:pPr>
              <w:rPr>
                <w:rFonts w:ascii="Palemonas" w:hAnsi="Palemonas" w:cs="Palemonas"/>
                <w:lang w:val="lt-LT"/>
              </w:rPr>
            </w:pPr>
            <w:r w:rsidRPr="00074779">
              <w:rPr>
                <w:rFonts w:ascii="Palemonas" w:hAnsi="Palemonas" w:cs="Palemonas"/>
                <w:sz w:val="16"/>
                <w:lang w:val="lt-LT"/>
              </w:rPr>
              <w:t>Vaizdų formatai</w:t>
            </w:r>
          </w:p>
        </w:tc>
        <w:tc>
          <w:tcPr>
            <w:tcW w:w="3827" w:type="dxa"/>
            <w:tcMar>
              <w:top w:w="50" w:type="dxa"/>
              <w:left w:w="50" w:type="dxa"/>
              <w:bottom w:w="50" w:type="dxa"/>
              <w:right w:w="50" w:type="dxa"/>
            </w:tcMar>
            <w:vAlign w:val="center"/>
          </w:tcPr>
          <w:p w14:paraId="4BBFBB51" w14:textId="77777777" w:rsidR="00613ED9" w:rsidRPr="00074779" w:rsidRDefault="00613ED9">
            <w:pPr>
              <w:rPr>
                <w:rFonts w:ascii="Palemonas" w:hAnsi="Palemonas" w:cs="Palemonas"/>
                <w:lang w:val="lt-LT"/>
              </w:rPr>
            </w:pPr>
            <w:r w:rsidRPr="00074779">
              <w:rPr>
                <w:rFonts w:ascii="Palemonas" w:hAnsi="Palemonas" w:cs="Palemonas"/>
                <w:sz w:val="16"/>
                <w:lang w:val="lt-LT"/>
              </w:rPr>
              <w:t>JPEG, BMP, PNG arba lygiaverčiai populiarūs vaizdų formatai.</w:t>
            </w:r>
          </w:p>
        </w:tc>
        <w:tc>
          <w:tcPr>
            <w:tcW w:w="1276" w:type="dxa"/>
            <w:shd w:val="clear" w:color="auto" w:fill="E2F0D9"/>
            <w:tcMar>
              <w:top w:w="50" w:type="dxa"/>
              <w:left w:w="50" w:type="dxa"/>
              <w:bottom w:w="50" w:type="dxa"/>
              <w:right w:w="50" w:type="dxa"/>
            </w:tcMar>
            <w:vAlign w:val="center"/>
          </w:tcPr>
          <w:p w14:paraId="1581E85F"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3F500A23" w14:textId="77777777" w:rsidTr="00613ED9">
        <w:trPr>
          <w:jc w:val="center"/>
        </w:trPr>
        <w:tc>
          <w:tcPr>
            <w:tcW w:w="2552" w:type="dxa"/>
            <w:tcMar>
              <w:top w:w="50" w:type="dxa"/>
              <w:left w:w="50" w:type="dxa"/>
              <w:bottom w:w="50" w:type="dxa"/>
              <w:right w:w="50" w:type="dxa"/>
            </w:tcMar>
            <w:vAlign w:val="center"/>
          </w:tcPr>
          <w:p w14:paraId="02D7AE63" w14:textId="77777777" w:rsidR="00613ED9" w:rsidRPr="00074779" w:rsidRDefault="00613ED9">
            <w:pPr>
              <w:rPr>
                <w:rFonts w:ascii="Palemonas" w:hAnsi="Palemonas" w:cs="Palemonas"/>
                <w:lang w:val="lt-LT"/>
              </w:rPr>
            </w:pPr>
            <w:r w:rsidRPr="00074779">
              <w:rPr>
                <w:rFonts w:ascii="Palemonas" w:hAnsi="Palemonas" w:cs="Palemonas"/>
                <w:sz w:val="16"/>
                <w:lang w:val="lt-LT"/>
              </w:rPr>
              <w:t>Failų ir turinio palaikymas</w:t>
            </w:r>
          </w:p>
        </w:tc>
        <w:tc>
          <w:tcPr>
            <w:tcW w:w="2551" w:type="dxa"/>
            <w:tcMar>
              <w:top w:w="50" w:type="dxa"/>
              <w:left w:w="50" w:type="dxa"/>
              <w:bottom w:w="50" w:type="dxa"/>
              <w:right w:w="50" w:type="dxa"/>
            </w:tcMar>
            <w:vAlign w:val="center"/>
          </w:tcPr>
          <w:p w14:paraId="2749CF07" w14:textId="77777777" w:rsidR="00613ED9" w:rsidRPr="00074779" w:rsidRDefault="00613ED9">
            <w:pPr>
              <w:rPr>
                <w:rFonts w:ascii="Palemonas" w:hAnsi="Palemonas" w:cs="Palemonas"/>
                <w:lang w:val="lt-LT"/>
              </w:rPr>
            </w:pPr>
            <w:r w:rsidRPr="00074779">
              <w:rPr>
                <w:rFonts w:ascii="Palemonas" w:hAnsi="Palemonas" w:cs="Palemonas"/>
                <w:sz w:val="16"/>
                <w:lang w:val="lt-LT"/>
              </w:rPr>
              <w:t>Vaizdo formatai</w:t>
            </w:r>
          </w:p>
        </w:tc>
        <w:tc>
          <w:tcPr>
            <w:tcW w:w="3827" w:type="dxa"/>
            <w:tcMar>
              <w:top w:w="50" w:type="dxa"/>
              <w:left w:w="50" w:type="dxa"/>
              <w:bottom w:w="50" w:type="dxa"/>
              <w:right w:w="50" w:type="dxa"/>
            </w:tcMar>
            <w:vAlign w:val="center"/>
          </w:tcPr>
          <w:p w14:paraId="559808D3" w14:textId="77777777" w:rsidR="00613ED9" w:rsidRPr="00074779" w:rsidRDefault="00613ED9">
            <w:pPr>
              <w:rPr>
                <w:rFonts w:ascii="Palemonas" w:hAnsi="Palemonas" w:cs="Palemonas"/>
                <w:lang w:val="lt-LT"/>
              </w:rPr>
            </w:pPr>
            <w:r w:rsidRPr="00074779">
              <w:rPr>
                <w:rFonts w:ascii="Palemonas" w:hAnsi="Palemonas" w:cs="Palemonas"/>
                <w:sz w:val="16"/>
                <w:lang w:val="lt-LT"/>
              </w:rPr>
              <w:t>MPEG1/2/4, H.263, H.264, HEVC/H.265, VP8, VP9 ar lygiaverčiai populiarūs vaizdo formatai.</w:t>
            </w:r>
          </w:p>
        </w:tc>
        <w:tc>
          <w:tcPr>
            <w:tcW w:w="1276" w:type="dxa"/>
            <w:shd w:val="clear" w:color="auto" w:fill="E2F0D9"/>
            <w:tcMar>
              <w:top w:w="50" w:type="dxa"/>
              <w:left w:w="50" w:type="dxa"/>
              <w:bottom w:w="50" w:type="dxa"/>
              <w:right w:w="50" w:type="dxa"/>
            </w:tcMar>
            <w:vAlign w:val="center"/>
          </w:tcPr>
          <w:p w14:paraId="449769DC"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7DD2F877" w14:textId="77777777" w:rsidTr="00613ED9">
        <w:trPr>
          <w:jc w:val="center"/>
        </w:trPr>
        <w:tc>
          <w:tcPr>
            <w:tcW w:w="2552" w:type="dxa"/>
            <w:tcMar>
              <w:top w:w="50" w:type="dxa"/>
              <w:left w:w="50" w:type="dxa"/>
              <w:bottom w:w="50" w:type="dxa"/>
              <w:right w:w="50" w:type="dxa"/>
            </w:tcMar>
            <w:vAlign w:val="center"/>
          </w:tcPr>
          <w:p w14:paraId="7CA1B767" w14:textId="77777777" w:rsidR="00613ED9" w:rsidRPr="00074779" w:rsidRDefault="00613ED9">
            <w:pPr>
              <w:rPr>
                <w:rFonts w:ascii="Palemonas" w:hAnsi="Palemonas" w:cs="Palemonas"/>
                <w:lang w:val="lt-LT"/>
              </w:rPr>
            </w:pPr>
            <w:r w:rsidRPr="00074779">
              <w:rPr>
                <w:rFonts w:ascii="Palemonas" w:hAnsi="Palemonas" w:cs="Palemonas"/>
                <w:sz w:val="16"/>
                <w:lang w:val="lt-LT"/>
              </w:rPr>
              <w:t>Failų ir turinio palaikymas</w:t>
            </w:r>
          </w:p>
        </w:tc>
        <w:tc>
          <w:tcPr>
            <w:tcW w:w="2551" w:type="dxa"/>
            <w:tcMar>
              <w:top w:w="50" w:type="dxa"/>
              <w:left w:w="50" w:type="dxa"/>
              <w:bottom w:w="50" w:type="dxa"/>
              <w:right w:w="50" w:type="dxa"/>
            </w:tcMar>
            <w:vAlign w:val="center"/>
          </w:tcPr>
          <w:p w14:paraId="6305F0B0" w14:textId="77777777" w:rsidR="00613ED9" w:rsidRPr="00074779" w:rsidRDefault="00613ED9">
            <w:pPr>
              <w:rPr>
                <w:rFonts w:ascii="Palemonas" w:hAnsi="Palemonas" w:cs="Palemonas"/>
                <w:lang w:val="lt-LT"/>
              </w:rPr>
            </w:pPr>
            <w:r w:rsidRPr="00074779">
              <w:rPr>
                <w:rFonts w:ascii="Palemonas" w:hAnsi="Palemonas" w:cs="Palemonas"/>
                <w:sz w:val="16"/>
                <w:lang w:val="lt-LT"/>
              </w:rPr>
              <w:t>Garso formatai</w:t>
            </w:r>
          </w:p>
        </w:tc>
        <w:tc>
          <w:tcPr>
            <w:tcW w:w="3827" w:type="dxa"/>
            <w:tcMar>
              <w:top w:w="50" w:type="dxa"/>
              <w:left w:w="50" w:type="dxa"/>
              <w:bottom w:w="50" w:type="dxa"/>
              <w:right w:w="50" w:type="dxa"/>
            </w:tcMar>
            <w:vAlign w:val="center"/>
          </w:tcPr>
          <w:p w14:paraId="75EF7CF5" w14:textId="77777777" w:rsidR="00613ED9" w:rsidRPr="00074779" w:rsidRDefault="00613ED9">
            <w:pPr>
              <w:rPr>
                <w:rFonts w:ascii="Palemonas" w:hAnsi="Palemonas" w:cs="Palemonas"/>
                <w:lang w:val="lt-LT"/>
              </w:rPr>
            </w:pPr>
            <w:r w:rsidRPr="00074779">
              <w:rPr>
                <w:rFonts w:ascii="Palemonas" w:hAnsi="Palemonas" w:cs="Palemonas"/>
                <w:sz w:val="16"/>
                <w:lang w:val="lt-LT"/>
              </w:rPr>
              <w:t>MP3, AAC, FLAC, LPCM ar lygiaverčiai populiarūs garso formatai.</w:t>
            </w:r>
          </w:p>
        </w:tc>
        <w:tc>
          <w:tcPr>
            <w:tcW w:w="1276" w:type="dxa"/>
            <w:shd w:val="clear" w:color="auto" w:fill="E2F0D9"/>
            <w:tcMar>
              <w:top w:w="50" w:type="dxa"/>
              <w:left w:w="50" w:type="dxa"/>
              <w:bottom w:w="50" w:type="dxa"/>
              <w:right w:w="50" w:type="dxa"/>
            </w:tcMar>
            <w:vAlign w:val="center"/>
          </w:tcPr>
          <w:p w14:paraId="7F99A7DB"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71815CB3" w14:textId="77777777" w:rsidTr="00613ED9">
        <w:trPr>
          <w:jc w:val="center"/>
        </w:trPr>
        <w:tc>
          <w:tcPr>
            <w:tcW w:w="2552" w:type="dxa"/>
            <w:tcMar>
              <w:top w:w="50" w:type="dxa"/>
              <w:left w:w="50" w:type="dxa"/>
              <w:bottom w:w="50" w:type="dxa"/>
              <w:right w:w="50" w:type="dxa"/>
            </w:tcMar>
            <w:vAlign w:val="center"/>
          </w:tcPr>
          <w:p w14:paraId="2192F980" w14:textId="77777777" w:rsidR="00613ED9" w:rsidRPr="00074779" w:rsidRDefault="00613ED9">
            <w:pPr>
              <w:rPr>
                <w:rFonts w:ascii="Palemonas" w:hAnsi="Palemonas" w:cs="Palemonas"/>
                <w:lang w:val="lt-LT"/>
              </w:rPr>
            </w:pPr>
            <w:r w:rsidRPr="00074779">
              <w:rPr>
                <w:rFonts w:ascii="Palemonas" w:hAnsi="Palemonas" w:cs="Palemonas"/>
                <w:sz w:val="16"/>
                <w:lang w:val="lt-LT"/>
              </w:rPr>
              <w:t>Failų ir turinio palaikymas</w:t>
            </w:r>
          </w:p>
        </w:tc>
        <w:tc>
          <w:tcPr>
            <w:tcW w:w="2551" w:type="dxa"/>
            <w:tcMar>
              <w:top w:w="50" w:type="dxa"/>
              <w:left w:w="50" w:type="dxa"/>
              <w:bottom w:w="50" w:type="dxa"/>
              <w:right w:w="50" w:type="dxa"/>
            </w:tcMar>
            <w:vAlign w:val="center"/>
          </w:tcPr>
          <w:p w14:paraId="1E7A582D" w14:textId="77777777" w:rsidR="00613ED9" w:rsidRPr="00074779" w:rsidRDefault="00613ED9">
            <w:pPr>
              <w:rPr>
                <w:rFonts w:ascii="Palemonas" w:hAnsi="Palemonas" w:cs="Palemonas"/>
                <w:lang w:val="lt-LT"/>
              </w:rPr>
            </w:pPr>
            <w:r w:rsidRPr="00074779">
              <w:rPr>
                <w:rFonts w:ascii="Palemonas" w:hAnsi="Palemonas" w:cs="Palemonas"/>
                <w:sz w:val="16"/>
                <w:lang w:val="lt-LT"/>
              </w:rPr>
              <w:t>Dokumentų formatai</w:t>
            </w:r>
          </w:p>
        </w:tc>
        <w:tc>
          <w:tcPr>
            <w:tcW w:w="3827" w:type="dxa"/>
            <w:tcMar>
              <w:top w:w="50" w:type="dxa"/>
              <w:left w:w="50" w:type="dxa"/>
              <w:bottom w:w="50" w:type="dxa"/>
              <w:right w:w="50" w:type="dxa"/>
            </w:tcMar>
            <w:vAlign w:val="center"/>
          </w:tcPr>
          <w:p w14:paraId="5695846C" w14:textId="77777777" w:rsidR="00613ED9" w:rsidRPr="00074779" w:rsidRDefault="00613ED9">
            <w:pPr>
              <w:rPr>
                <w:rFonts w:ascii="Palemonas" w:hAnsi="Palemonas" w:cs="Palemonas"/>
                <w:lang w:val="lt-LT"/>
              </w:rPr>
            </w:pPr>
            <w:r w:rsidRPr="00074779">
              <w:rPr>
                <w:rFonts w:ascii="Palemonas" w:hAnsi="Palemonas" w:cs="Palemonas"/>
                <w:sz w:val="16"/>
                <w:lang w:val="lt-LT"/>
              </w:rPr>
              <w:t>PDF, TXT, DOC, DOCX, PPT, PPTX, XLS, XLSX, IWB, ODT, GIF arba lygiaverčiai dokumentų formatai.</w:t>
            </w:r>
          </w:p>
        </w:tc>
        <w:tc>
          <w:tcPr>
            <w:tcW w:w="1276" w:type="dxa"/>
            <w:shd w:val="clear" w:color="auto" w:fill="E2F0D9"/>
            <w:tcMar>
              <w:top w:w="50" w:type="dxa"/>
              <w:left w:w="50" w:type="dxa"/>
              <w:bottom w:w="50" w:type="dxa"/>
              <w:right w:w="50" w:type="dxa"/>
            </w:tcMar>
            <w:vAlign w:val="center"/>
          </w:tcPr>
          <w:p w14:paraId="4106076A"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4B05D579" w14:textId="77777777" w:rsidTr="00613ED9">
        <w:trPr>
          <w:jc w:val="center"/>
        </w:trPr>
        <w:tc>
          <w:tcPr>
            <w:tcW w:w="2552" w:type="dxa"/>
            <w:tcMar>
              <w:top w:w="50" w:type="dxa"/>
              <w:left w:w="50" w:type="dxa"/>
              <w:bottom w:w="50" w:type="dxa"/>
              <w:right w:w="50" w:type="dxa"/>
            </w:tcMar>
            <w:vAlign w:val="center"/>
          </w:tcPr>
          <w:p w14:paraId="0ACE40F5" w14:textId="77777777" w:rsidR="00613ED9" w:rsidRPr="00074779" w:rsidRDefault="00613ED9">
            <w:pPr>
              <w:rPr>
                <w:rFonts w:ascii="Palemonas" w:hAnsi="Palemonas" w:cs="Palemonas"/>
                <w:lang w:val="lt-LT"/>
              </w:rPr>
            </w:pPr>
            <w:r w:rsidRPr="00074779">
              <w:rPr>
                <w:rFonts w:ascii="Palemonas" w:hAnsi="Palemonas" w:cs="Palemonas"/>
                <w:sz w:val="16"/>
                <w:lang w:val="lt-LT"/>
              </w:rPr>
              <w:lastRenderedPageBreak/>
              <w:t>Papildomos funkcijos</w:t>
            </w:r>
          </w:p>
        </w:tc>
        <w:tc>
          <w:tcPr>
            <w:tcW w:w="2551" w:type="dxa"/>
            <w:tcMar>
              <w:top w:w="50" w:type="dxa"/>
              <w:left w:w="50" w:type="dxa"/>
              <w:bottom w:w="50" w:type="dxa"/>
              <w:right w:w="50" w:type="dxa"/>
            </w:tcMar>
            <w:vAlign w:val="center"/>
          </w:tcPr>
          <w:p w14:paraId="259EA922" w14:textId="77777777" w:rsidR="00613ED9" w:rsidRPr="00074779" w:rsidRDefault="00613ED9">
            <w:pPr>
              <w:rPr>
                <w:rFonts w:ascii="Palemonas" w:hAnsi="Palemonas" w:cs="Palemonas"/>
                <w:lang w:val="lt-LT"/>
              </w:rPr>
            </w:pPr>
            <w:r w:rsidRPr="00074779">
              <w:rPr>
                <w:rFonts w:ascii="Palemonas" w:hAnsi="Palemonas" w:cs="Palemonas"/>
                <w:sz w:val="16"/>
                <w:lang w:val="lt-LT"/>
              </w:rPr>
              <w:t>Programinė ekosistema</w:t>
            </w:r>
          </w:p>
        </w:tc>
        <w:tc>
          <w:tcPr>
            <w:tcW w:w="3827" w:type="dxa"/>
            <w:tcMar>
              <w:top w:w="50" w:type="dxa"/>
              <w:left w:w="50" w:type="dxa"/>
              <w:bottom w:w="50" w:type="dxa"/>
              <w:right w:w="50" w:type="dxa"/>
            </w:tcMar>
            <w:vAlign w:val="center"/>
          </w:tcPr>
          <w:p w14:paraId="52CB44AF" w14:textId="77777777" w:rsidR="00613ED9" w:rsidRPr="00074779" w:rsidRDefault="00613ED9">
            <w:pPr>
              <w:rPr>
                <w:rFonts w:ascii="Palemonas" w:hAnsi="Palemonas" w:cs="Palemonas"/>
                <w:lang w:val="lt-LT"/>
              </w:rPr>
            </w:pPr>
            <w:r w:rsidRPr="00074779">
              <w:rPr>
                <w:rFonts w:ascii="Palemonas" w:hAnsi="Palemonas" w:cs="Palemonas"/>
                <w:sz w:val="16"/>
                <w:lang w:val="lt-LT"/>
              </w:rPr>
              <w:t>Interaktyvios lentos, turinio rodymo, klasės įrankių, ekrano valdymo ir turinio transliavimo funkcijos arba lygiavertis programinis paketas.</w:t>
            </w:r>
          </w:p>
        </w:tc>
        <w:tc>
          <w:tcPr>
            <w:tcW w:w="1276" w:type="dxa"/>
            <w:shd w:val="clear" w:color="auto" w:fill="E2F0D9"/>
            <w:tcMar>
              <w:top w:w="50" w:type="dxa"/>
              <w:left w:w="50" w:type="dxa"/>
              <w:bottom w:w="50" w:type="dxa"/>
              <w:right w:w="50" w:type="dxa"/>
            </w:tcMar>
            <w:vAlign w:val="center"/>
          </w:tcPr>
          <w:p w14:paraId="5B16C46A"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r w:rsidR="00613ED9" w:rsidRPr="00074779" w14:paraId="4AF5B62D" w14:textId="77777777" w:rsidTr="00613ED9">
        <w:trPr>
          <w:jc w:val="center"/>
        </w:trPr>
        <w:tc>
          <w:tcPr>
            <w:tcW w:w="2552" w:type="dxa"/>
            <w:tcMar>
              <w:top w:w="50" w:type="dxa"/>
              <w:left w:w="50" w:type="dxa"/>
              <w:bottom w:w="50" w:type="dxa"/>
              <w:right w:w="50" w:type="dxa"/>
            </w:tcMar>
            <w:vAlign w:val="center"/>
          </w:tcPr>
          <w:p w14:paraId="39DB688F" w14:textId="77777777" w:rsidR="00613ED9" w:rsidRPr="00074779" w:rsidRDefault="00613ED9">
            <w:pPr>
              <w:rPr>
                <w:rFonts w:ascii="Palemonas" w:hAnsi="Palemonas" w:cs="Palemonas"/>
                <w:lang w:val="lt-LT"/>
              </w:rPr>
            </w:pPr>
            <w:r w:rsidRPr="00074779">
              <w:rPr>
                <w:rFonts w:ascii="Palemonas" w:hAnsi="Palemonas" w:cs="Palemonas"/>
                <w:sz w:val="16"/>
                <w:lang w:val="lt-LT"/>
              </w:rPr>
              <w:t>Papildomos funkcijos</w:t>
            </w:r>
          </w:p>
        </w:tc>
        <w:tc>
          <w:tcPr>
            <w:tcW w:w="2551" w:type="dxa"/>
            <w:tcMar>
              <w:top w:w="50" w:type="dxa"/>
              <w:left w:w="50" w:type="dxa"/>
              <w:bottom w:w="50" w:type="dxa"/>
              <w:right w:w="50" w:type="dxa"/>
            </w:tcMar>
            <w:vAlign w:val="center"/>
          </w:tcPr>
          <w:p w14:paraId="31471B7A" w14:textId="77777777" w:rsidR="00613ED9" w:rsidRPr="00074779" w:rsidRDefault="00613ED9">
            <w:pPr>
              <w:rPr>
                <w:rFonts w:ascii="Palemonas" w:hAnsi="Palemonas" w:cs="Palemonas"/>
                <w:lang w:val="lt-LT"/>
              </w:rPr>
            </w:pPr>
            <w:r w:rsidRPr="00074779">
              <w:rPr>
                <w:rFonts w:ascii="Palemonas" w:hAnsi="Palemonas" w:cs="Palemonas"/>
                <w:sz w:val="16"/>
                <w:lang w:val="lt-LT"/>
              </w:rPr>
              <w:t>Vaizdo konferencijos parengtis</w:t>
            </w:r>
          </w:p>
        </w:tc>
        <w:tc>
          <w:tcPr>
            <w:tcW w:w="3827" w:type="dxa"/>
            <w:tcMar>
              <w:top w:w="50" w:type="dxa"/>
              <w:left w:w="50" w:type="dxa"/>
              <w:bottom w:w="50" w:type="dxa"/>
              <w:right w:w="50" w:type="dxa"/>
            </w:tcMar>
            <w:vAlign w:val="center"/>
          </w:tcPr>
          <w:p w14:paraId="0FF5F5E2" w14:textId="77777777" w:rsidR="00613ED9" w:rsidRPr="00074779" w:rsidRDefault="00613ED9">
            <w:pPr>
              <w:rPr>
                <w:rFonts w:ascii="Palemonas" w:hAnsi="Palemonas" w:cs="Palemonas"/>
                <w:lang w:val="lt-LT"/>
              </w:rPr>
            </w:pPr>
            <w:r w:rsidRPr="00074779">
              <w:rPr>
                <w:rFonts w:ascii="Palemonas" w:hAnsi="Palemonas" w:cs="Palemonas"/>
                <w:sz w:val="16"/>
                <w:lang w:val="lt-LT"/>
              </w:rPr>
              <w:t>Integruoti mikrofonai, garso sistema ir viršutinė USB-C jungtis kamerai arba lygiavertis sprendimas hibridinėms pamokoms / susitikimams.</w:t>
            </w:r>
          </w:p>
        </w:tc>
        <w:tc>
          <w:tcPr>
            <w:tcW w:w="1276" w:type="dxa"/>
            <w:shd w:val="clear" w:color="auto" w:fill="E2F0D9"/>
            <w:tcMar>
              <w:top w:w="50" w:type="dxa"/>
              <w:left w:w="50" w:type="dxa"/>
              <w:bottom w:w="50" w:type="dxa"/>
              <w:right w:w="50" w:type="dxa"/>
            </w:tcMar>
            <w:vAlign w:val="center"/>
          </w:tcPr>
          <w:p w14:paraId="69E69B6B" w14:textId="77777777" w:rsidR="00613ED9" w:rsidRPr="00074779" w:rsidRDefault="00613ED9">
            <w:pPr>
              <w:rPr>
                <w:rFonts w:ascii="Palemonas" w:hAnsi="Palemonas" w:cs="Palemonas"/>
                <w:lang w:val="lt-LT"/>
              </w:rPr>
            </w:pPr>
            <w:r w:rsidRPr="00074779">
              <w:rPr>
                <w:rFonts w:ascii="Palemonas" w:hAnsi="Palemonas" w:cs="Palemonas"/>
                <w:sz w:val="16"/>
                <w:lang w:val="lt-LT"/>
              </w:rPr>
              <w:t>Privaloma</w:t>
            </w:r>
          </w:p>
        </w:tc>
      </w:tr>
    </w:tbl>
    <w:p w14:paraId="55E0AD34" w14:textId="77777777" w:rsidR="002F0278" w:rsidRDefault="002F0278" w:rsidP="002F0278">
      <w:pPr>
        <w:jc w:val="both"/>
        <w:rPr>
          <w:b/>
          <w:lang w:val="lt-LT"/>
        </w:rPr>
      </w:pPr>
    </w:p>
    <w:p w14:paraId="13070477" w14:textId="0E3BA04F" w:rsidR="00AF0AC7" w:rsidRPr="0017705C" w:rsidRDefault="002F0278" w:rsidP="001601BE">
      <w:pPr>
        <w:jc w:val="both"/>
        <w:rPr>
          <w:rFonts w:ascii="Palemonas" w:hAnsi="Palemonas" w:cs="Palemonas"/>
          <w:lang w:val="lt-LT"/>
        </w:rPr>
      </w:pPr>
      <w:r w:rsidRPr="00074779">
        <w:rPr>
          <w:rFonts w:ascii="Palemonas" w:hAnsi="Palemonas" w:cs="Palemonas"/>
          <w:b/>
          <w:lang w:val="lt-LT"/>
        </w:rPr>
        <w:t xml:space="preserve">Pastaba dėl konkurencijos: </w:t>
      </w:r>
      <w:r w:rsidRPr="00074779">
        <w:rPr>
          <w:rFonts w:ascii="Palemonas" w:hAnsi="Palemonas" w:cs="Palemonas"/>
          <w:lang w:val="lt-LT"/>
        </w:rPr>
        <w:t>techninėje specifikacijoje nurodyti minimalūs funkciniai ir techniniai reikalavimai. Jei pirkimo dokumentuose nurodomas konkretus gamintojas, modelis, standartas, sertifikatas ar technologijos pavadinimas, jis turi būti suprantamas kaip „arba lygiavertis“, jeigu kituose pirkimo dokumentuose nėra pagrįsta kitaip</w:t>
      </w:r>
    </w:p>
    <w:sectPr w:rsidR="00AF0AC7" w:rsidRPr="0017705C" w:rsidSect="00034616">
      <w:pgSz w:w="12240" w:h="15840"/>
      <w:pgMar w:top="1020" w:right="1134" w:bottom="90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912BD" w14:textId="77777777" w:rsidR="00C5508C" w:rsidRDefault="00C5508C">
      <w:pPr>
        <w:spacing w:after="0" w:line="240" w:lineRule="auto"/>
      </w:pPr>
      <w:r>
        <w:separator/>
      </w:r>
    </w:p>
  </w:endnote>
  <w:endnote w:type="continuationSeparator" w:id="0">
    <w:p w14:paraId="01607F8B" w14:textId="77777777" w:rsidR="00C5508C" w:rsidRDefault="00C55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Palemonas">
    <w:panose1 w:val="02030603060206020803"/>
    <w:charset w:val="BA"/>
    <w:family w:val="roman"/>
    <w:pitch w:val="variable"/>
    <w:sig w:usb0="E00022FF" w:usb1="520078FF" w:usb2="0100002C"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9B6D6" w14:textId="77777777" w:rsidR="00C5508C" w:rsidRDefault="00C5508C">
      <w:pPr>
        <w:spacing w:after="0" w:line="240" w:lineRule="auto"/>
      </w:pPr>
      <w:r>
        <w:separator/>
      </w:r>
    </w:p>
  </w:footnote>
  <w:footnote w:type="continuationSeparator" w:id="0">
    <w:p w14:paraId="54DF16E2" w14:textId="77777777" w:rsidR="00C5508C" w:rsidRDefault="00C55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328E0" w14:textId="77777777" w:rsidR="00F94E32" w:rsidRDefault="00F94E32">
    <w:pPr>
      <w:pStyle w:val="Header"/>
      <w:jc w:val="right"/>
      <w:rPr>
        <w:lang w:val="lt-LT"/>
      </w:rPr>
    </w:pPr>
  </w:p>
  <w:p w14:paraId="3F9CD7E4" w14:textId="77777777" w:rsidR="00494B02" w:rsidRPr="00A74866" w:rsidRDefault="00494B02">
    <w:pPr>
      <w:pStyle w:val="Header"/>
      <w:jc w:val="right"/>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8948FAD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4551F7"/>
    <w:multiLevelType w:val="hybridMultilevel"/>
    <w:tmpl w:val="55700C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4B138C4"/>
    <w:multiLevelType w:val="hybridMultilevel"/>
    <w:tmpl w:val="03A297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C865272"/>
    <w:multiLevelType w:val="hybridMultilevel"/>
    <w:tmpl w:val="E1C4B5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29125064">
    <w:abstractNumId w:val="8"/>
  </w:num>
  <w:num w:numId="2" w16cid:durableId="1379862318">
    <w:abstractNumId w:val="6"/>
  </w:num>
  <w:num w:numId="3" w16cid:durableId="1425149959">
    <w:abstractNumId w:val="5"/>
  </w:num>
  <w:num w:numId="4" w16cid:durableId="82188888">
    <w:abstractNumId w:val="4"/>
  </w:num>
  <w:num w:numId="5" w16cid:durableId="1818571254">
    <w:abstractNumId w:val="7"/>
  </w:num>
  <w:num w:numId="6" w16cid:durableId="1394086005">
    <w:abstractNumId w:val="3"/>
  </w:num>
  <w:num w:numId="7" w16cid:durableId="1908375131">
    <w:abstractNumId w:val="2"/>
  </w:num>
  <w:num w:numId="8" w16cid:durableId="757287243">
    <w:abstractNumId w:val="1"/>
  </w:num>
  <w:num w:numId="9" w16cid:durableId="1968966415">
    <w:abstractNumId w:val="0"/>
  </w:num>
  <w:num w:numId="10" w16cid:durableId="543568291">
    <w:abstractNumId w:val="11"/>
  </w:num>
  <w:num w:numId="11" w16cid:durableId="2045713369">
    <w:abstractNumId w:val="9"/>
  </w:num>
  <w:num w:numId="12" w16cid:durableId="19479285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247"/>
    <w:rsid w:val="0006063C"/>
    <w:rsid w:val="00074779"/>
    <w:rsid w:val="00080944"/>
    <w:rsid w:val="000E1B2A"/>
    <w:rsid w:val="0015074B"/>
    <w:rsid w:val="001601BE"/>
    <w:rsid w:val="0017705C"/>
    <w:rsid w:val="001A165F"/>
    <w:rsid w:val="0029639D"/>
    <w:rsid w:val="002F0278"/>
    <w:rsid w:val="002F50E6"/>
    <w:rsid w:val="003034CE"/>
    <w:rsid w:val="00326F90"/>
    <w:rsid w:val="00381D0D"/>
    <w:rsid w:val="004119AE"/>
    <w:rsid w:val="00445B98"/>
    <w:rsid w:val="00462C80"/>
    <w:rsid w:val="00491A7D"/>
    <w:rsid w:val="00494B02"/>
    <w:rsid w:val="004C683A"/>
    <w:rsid w:val="004E4A68"/>
    <w:rsid w:val="005A500C"/>
    <w:rsid w:val="00613ED9"/>
    <w:rsid w:val="00621E51"/>
    <w:rsid w:val="006357B3"/>
    <w:rsid w:val="00651227"/>
    <w:rsid w:val="0065658C"/>
    <w:rsid w:val="00660B20"/>
    <w:rsid w:val="00682912"/>
    <w:rsid w:val="0068709D"/>
    <w:rsid w:val="006B1975"/>
    <w:rsid w:val="006F2145"/>
    <w:rsid w:val="00745B31"/>
    <w:rsid w:val="007B4BD9"/>
    <w:rsid w:val="007C3DF5"/>
    <w:rsid w:val="007D6A9D"/>
    <w:rsid w:val="00872C36"/>
    <w:rsid w:val="00876D3C"/>
    <w:rsid w:val="008D37E5"/>
    <w:rsid w:val="008E068A"/>
    <w:rsid w:val="008F10D2"/>
    <w:rsid w:val="00943BB3"/>
    <w:rsid w:val="0095740E"/>
    <w:rsid w:val="0096718E"/>
    <w:rsid w:val="00974F0C"/>
    <w:rsid w:val="00A03347"/>
    <w:rsid w:val="00A74866"/>
    <w:rsid w:val="00AA1D8D"/>
    <w:rsid w:val="00AF0AC7"/>
    <w:rsid w:val="00B369CB"/>
    <w:rsid w:val="00B47730"/>
    <w:rsid w:val="00B65B98"/>
    <w:rsid w:val="00C12E3F"/>
    <w:rsid w:val="00C3268C"/>
    <w:rsid w:val="00C5508C"/>
    <w:rsid w:val="00CB0664"/>
    <w:rsid w:val="00CE09F4"/>
    <w:rsid w:val="00D84E6B"/>
    <w:rsid w:val="00EA44B1"/>
    <w:rsid w:val="00F53F50"/>
    <w:rsid w:val="00F739CA"/>
    <w:rsid w:val="00F94E32"/>
    <w:rsid w:val="00FB4C9A"/>
    <w:rsid w:val="00FB72F3"/>
    <w:rsid w:val="00FC693F"/>
    <w:rsid w:val="00FF16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9B53C8"/>
  <w14:defaultImageDpi w14:val="300"/>
  <w15:docId w15:val="{1323B07C-06EB-1444-995B-0B726B33A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Normal1">
    <w:name w:val="Table Normal1"/>
    <w:uiPriority w:val="2"/>
    <w:semiHidden/>
    <w:unhideWhenUsed/>
    <w:qFormat/>
    <w:rsid w:val="00974F0C"/>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74F0C"/>
    <w:pPr>
      <w:widowControl w:val="0"/>
      <w:autoSpaceDE w:val="0"/>
      <w:autoSpaceDN w:val="0"/>
      <w:spacing w:after="0" w:line="240" w:lineRule="auto"/>
    </w:pPr>
    <w:rPr>
      <w:rFonts w:ascii="Times New Roman" w:eastAsia="Times New Roman" w:hAnsi="Times New Roman" w:cs="Times New Roman"/>
      <w:sz w:val="22"/>
      <w:lang w:val="lt" w:eastAsia="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8277</Words>
  <Characters>4718</Characters>
  <Application>Microsoft Office Word</Application>
  <DocSecurity>0</DocSecurity>
  <Lines>39</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Techninė specifikacija 86 col. interaktyvus ekranas / išmanioji lenta</vt:lpstr>
      <vt:lpstr>Techninė specifikacija 86 col. interaktyvus ekranas / išmanioji lenta</vt:lpstr>
    </vt:vector>
  </TitlesOfParts>
  <Manager/>
  <Company/>
  <LinksUpToDate>false</LinksUpToDate>
  <CharactersWithSpaces>12970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Techninė specifikacija 86 col. interaktyvus ekranas / išmanioji lenta</dc:title>
  <dc:subject>Viešojo pirkimo techninių reikalavimų projektas</dc:subject>
  <dc:creator>OpenAI</dc:creator>
  <cp:keywords>interaktyvus ekranas, išmanioji lenta, techninė specifikacija, viešieji pirkimai</cp:keywords>
  <dc:description>generated by python-docx</dc:description>
  <cp:lastModifiedBy>Rasa Morkūnienė</cp:lastModifiedBy>
  <cp:revision>2</cp:revision>
  <dcterms:created xsi:type="dcterms:W3CDTF">2026-09-10T06:52:00Z</dcterms:created>
  <dcterms:modified xsi:type="dcterms:W3CDTF">2026-09-10T06:52:00Z</dcterms:modified>
  <cp:category/>
</cp:coreProperties>
</file>