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826E0" w14:textId="77777777" w:rsidR="00311FDE" w:rsidRPr="007729DA" w:rsidRDefault="00000000">
      <w:pPr>
        <w:spacing w:after="320"/>
        <w:jc w:val="center"/>
      </w:pPr>
      <w:r w:rsidRPr="007729DA">
        <w:rPr>
          <w:b/>
          <w:sz w:val="30"/>
        </w:rPr>
        <w:t>Rinkos konsultacijos klausimynas</w:t>
      </w:r>
    </w:p>
    <w:p w14:paraId="6D983D68" w14:textId="77777777" w:rsidR="00311FDE" w:rsidRPr="007729DA" w:rsidRDefault="00000000" w:rsidP="007729DA">
      <w:pPr>
        <w:jc w:val="both"/>
      </w:pPr>
      <w:r w:rsidRPr="007729DA">
        <w:t>Prašome pateikti atsakymus per CVP IS iki kvietime nurodyto termino. Jei tam tikra informacija laikoma konfidencialia, prašome tai aiškiai nurodyti ir pagrįsti.</w:t>
      </w:r>
    </w:p>
    <w:p w14:paraId="0478BD6A" w14:textId="77777777" w:rsidR="00311FDE" w:rsidRPr="007729DA" w:rsidRDefault="00000000">
      <w:pPr>
        <w:pStyle w:val="Antrat1"/>
      </w:pPr>
      <w:r w:rsidRPr="007729DA">
        <w:t>Rinkos dalyvio duomenys</w:t>
      </w:r>
    </w:p>
    <w:tbl>
      <w:tblPr>
        <w:tblW w:w="5000" w:type="pct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ook w:val="04A0" w:firstRow="1" w:lastRow="0" w:firstColumn="1" w:lastColumn="0" w:noHBand="0" w:noVBand="1"/>
      </w:tblPr>
      <w:tblGrid>
        <w:gridCol w:w="3244"/>
        <w:gridCol w:w="6486"/>
      </w:tblGrid>
      <w:tr w:rsidR="00311FDE" w:rsidRPr="007729DA" w14:paraId="12BC160C" w14:textId="77777777" w:rsidTr="007729DA">
        <w:trPr>
          <w:jc w:val="center"/>
        </w:trPr>
        <w:tc>
          <w:tcPr>
            <w:tcW w:w="1667" w:type="pct"/>
            <w:shd w:val="clear" w:color="auto" w:fill="EAF1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073E16" w14:textId="77777777" w:rsidR="00311FDE" w:rsidRPr="007729DA" w:rsidRDefault="00000000">
            <w:pPr>
              <w:spacing w:after="0"/>
            </w:pPr>
            <w:r w:rsidRPr="007729DA">
              <w:rPr>
                <w:b/>
              </w:rPr>
              <w:t>Rinkos dalyvio pavadinimas</w:t>
            </w:r>
          </w:p>
        </w:tc>
        <w:tc>
          <w:tcPr>
            <w:tcW w:w="3333" w:type="pct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E59CC5" w14:textId="77777777" w:rsidR="00311FDE" w:rsidRPr="007729DA" w:rsidRDefault="00311FDE">
            <w:pPr>
              <w:spacing w:after="0"/>
            </w:pPr>
          </w:p>
        </w:tc>
      </w:tr>
      <w:tr w:rsidR="00311FDE" w:rsidRPr="007729DA" w14:paraId="37CF316D" w14:textId="77777777" w:rsidTr="007729DA">
        <w:trPr>
          <w:jc w:val="center"/>
        </w:trPr>
        <w:tc>
          <w:tcPr>
            <w:tcW w:w="1667" w:type="pct"/>
            <w:shd w:val="clear" w:color="auto" w:fill="EAF1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A69416" w14:textId="77777777" w:rsidR="00311FDE" w:rsidRPr="007729DA" w:rsidRDefault="00000000">
            <w:pPr>
              <w:spacing w:after="0"/>
            </w:pPr>
            <w:r w:rsidRPr="007729DA">
              <w:rPr>
                <w:b/>
              </w:rPr>
              <w:t>Kontaktinis asmuo, pareigos</w:t>
            </w:r>
          </w:p>
        </w:tc>
        <w:tc>
          <w:tcPr>
            <w:tcW w:w="3333" w:type="pct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8C0602" w14:textId="77777777" w:rsidR="00311FDE" w:rsidRPr="007729DA" w:rsidRDefault="00311FDE">
            <w:pPr>
              <w:spacing w:after="0"/>
            </w:pPr>
          </w:p>
        </w:tc>
      </w:tr>
      <w:tr w:rsidR="00311FDE" w:rsidRPr="007729DA" w14:paraId="5BFF3B55" w14:textId="77777777" w:rsidTr="007729DA">
        <w:trPr>
          <w:jc w:val="center"/>
        </w:trPr>
        <w:tc>
          <w:tcPr>
            <w:tcW w:w="1667" w:type="pct"/>
            <w:shd w:val="clear" w:color="auto" w:fill="EAF1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A7ED01" w14:textId="77777777" w:rsidR="00311FDE" w:rsidRPr="007729DA" w:rsidRDefault="00000000">
            <w:pPr>
              <w:spacing w:after="0"/>
            </w:pPr>
            <w:r w:rsidRPr="007729DA">
              <w:rPr>
                <w:b/>
              </w:rPr>
              <w:t>El. paštas ir telefono numeris</w:t>
            </w:r>
          </w:p>
        </w:tc>
        <w:tc>
          <w:tcPr>
            <w:tcW w:w="3333" w:type="pct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3C0101" w14:textId="77777777" w:rsidR="00311FDE" w:rsidRPr="007729DA" w:rsidRDefault="00311FDE">
            <w:pPr>
              <w:spacing w:after="0"/>
            </w:pPr>
          </w:p>
        </w:tc>
      </w:tr>
    </w:tbl>
    <w:p w14:paraId="729D281F" w14:textId="77777777" w:rsidR="00311FDE" w:rsidRPr="007729DA" w:rsidRDefault="00000000">
      <w:pPr>
        <w:pStyle w:val="Antrat1"/>
      </w:pPr>
      <w:r w:rsidRPr="007729DA">
        <w:t>Klausimai rinkos dalyviui</w:t>
      </w:r>
    </w:p>
    <w:p w14:paraId="121911F8" w14:textId="77777777" w:rsidR="00311FDE" w:rsidRPr="007729DA" w:rsidRDefault="00000000">
      <w:pPr>
        <w:spacing w:before="140" w:after="60"/>
      </w:pPr>
      <w:r w:rsidRPr="007729DA">
        <w:rPr>
          <w:b/>
        </w:rPr>
        <w:t>1. Galimybė dalyvauti</w:t>
      </w:r>
    </w:p>
    <w:p w14:paraId="66D30F5D" w14:textId="57D533A9" w:rsidR="00311FDE" w:rsidRPr="007729DA" w:rsidRDefault="00000000" w:rsidP="007729DA">
      <w:pPr>
        <w:jc w:val="both"/>
      </w:pPr>
      <w:r w:rsidRPr="007729DA">
        <w:t>Ar planuotumėte dalyvauti būsimame pirkime? Jei ne, nurodykite pagrindines priežastis.</w:t>
      </w:r>
      <w:r w:rsidR="007729DA">
        <w:t xml:space="preserve"> </w:t>
      </w:r>
      <w:r w:rsidRPr="007729DA">
        <w:t>Atsakymas / pasiūlymas: ________________________________________________</w:t>
      </w:r>
    </w:p>
    <w:p w14:paraId="4A014C6F" w14:textId="77777777" w:rsidR="00311FDE" w:rsidRPr="007729DA" w:rsidRDefault="00000000" w:rsidP="007729DA">
      <w:pPr>
        <w:spacing w:before="140" w:after="60"/>
        <w:jc w:val="both"/>
      </w:pPr>
      <w:r w:rsidRPr="007729DA">
        <w:rPr>
          <w:b/>
        </w:rPr>
        <w:t>2. Paslaugų apimtis</w:t>
      </w:r>
    </w:p>
    <w:p w14:paraId="2EDE1C83" w14:textId="292BB92E" w:rsidR="00311FDE" w:rsidRPr="007729DA" w:rsidRDefault="00000000" w:rsidP="007729DA">
      <w:pPr>
        <w:jc w:val="both"/>
      </w:pPr>
      <w:r w:rsidRPr="007729DA">
        <w:t>Ar techninėje specifikacijoje nurodyta paslaugų apimtis yra pakankamai aiški ir įvykdoma? Nurodykite, kurios užduotys ar reikalavimai turėtų būti patikslinti.</w:t>
      </w:r>
      <w:r w:rsidR="007729DA">
        <w:t xml:space="preserve"> </w:t>
      </w:r>
      <w:r w:rsidRPr="007729DA">
        <w:t>Atsakymas / pasiūlymas: ________________________________________________</w:t>
      </w:r>
    </w:p>
    <w:p w14:paraId="19F88D6E" w14:textId="77777777" w:rsidR="00311FDE" w:rsidRPr="007729DA" w:rsidRDefault="00000000" w:rsidP="007729DA">
      <w:pPr>
        <w:spacing w:before="140" w:after="60"/>
        <w:jc w:val="both"/>
      </w:pPr>
      <w:r w:rsidRPr="007729DA">
        <w:rPr>
          <w:b/>
        </w:rPr>
        <w:t>3. Tyrimai ir derinimai</w:t>
      </w:r>
    </w:p>
    <w:p w14:paraId="6F568582" w14:textId="3F720131" w:rsidR="00311FDE" w:rsidRPr="007729DA" w:rsidRDefault="007729DA" w:rsidP="007729DA">
      <w:pPr>
        <w:jc w:val="both"/>
      </w:pPr>
      <w:r w:rsidRPr="007729DA">
        <w:t>Ar realu per 7 mėnesius atlikti numatytus tyrimus, parengti PP ir TDP bei pateikti projektą ekspertizei? Į šį 7 mėnesių terminą teigiamos ekspertizės išvados gavimo laikotarpis neįskaičiuojamas. Jei terminas nėra realus, prašome nurodyti pagrįstą terminą ir priežastis.</w:t>
      </w:r>
      <w:r>
        <w:t xml:space="preserve"> </w:t>
      </w:r>
      <w:r w:rsidR="00000000" w:rsidRPr="007729DA">
        <w:t>Atsakymas / pasiūlymas: ________________________________________________</w:t>
      </w:r>
    </w:p>
    <w:p w14:paraId="12C2ECCD" w14:textId="0F1F1C3E" w:rsidR="00311FDE" w:rsidRPr="007729DA" w:rsidRDefault="008348C6" w:rsidP="007729DA">
      <w:pPr>
        <w:spacing w:before="140" w:after="60"/>
        <w:jc w:val="both"/>
      </w:pPr>
      <w:r>
        <w:rPr>
          <w:b/>
        </w:rPr>
        <w:t>4.</w:t>
      </w:r>
      <w:r w:rsidR="00000000" w:rsidRPr="007729DA">
        <w:rPr>
          <w:b/>
        </w:rPr>
        <w:t xml:space="preserve"> Maksimali priimtina vertė</w:t>
      </w:r>
    </w:p>
    <w:p w14:paraId="5B0325D9" w14:textId="4E54F90E" w:rsidR="00311FDE" w:rsidRPr="007729DA" w:rsidRDefault="00000000" w:rsidP="008348C6">
      <w:pPr>
        <w:jc w:val="both"/>
      </w:pPr>
      <w:r w:rsidRPr="007729DA">
        <w:t>Ar už 28 350,88 Eur be PVM galima tinkamai suteikti visas techninėje specifikacijoje nurodytas paslaugas, įskaitant tyrimus, projektavimą, derinimus, statybą leidžiančio dokumento gavimą ir projekto vykdymo priežiūrą?</w:t>
      </w:r>
      <w:r w:rsidR="008348C6">
        <w:t xml:space="preserve"> </w:t>
      </w:r>
      <w:r w:rsidRPr="007729DA">
        <w:t>Atsakymas / pasiūlymas:</w:t>
      </w:r>
      <w:r w:rsidR="008348C6">
        <w:br/>
      </w:r>
      <w:r w:rsidRPr="007729DA">
        <w:t xml:space="preserve"> ________________________________________________</w:t>
      </w:r>
    </w:p>
    <w:p w14:paraId="22CFEA93" w14:textId="72E23C22" w:rsidR="00311FDE" w:rsidRPr="007729DA" w:rsidRDefault="008348C6" w:rsidP="007729DA">
      <w:pPr>
        <w:spacing w:before="140" w:after="60"/>
        <w:jc w:val="both"/>
      </w:pPr>
      <w:r>
        <w:rPr>
          <w:b/>
        </w:rPr>
        <w:t>5</w:t>
      </w:r>
      <w:r w:rsidR="00000000" w:rsidRPr="007729DA">
        <w:rPr>
          <w:b/>
        </w:rPr>
        <w:t>. Kainos sudėtis</w:t>
      </w:r>
    </w:p>
    <w:p w14:paraId="1D66BCBB" w14:textId="2CE36108" w:rsidR="00311FDE" w:rsidRPr="007729DA" w:rsidRDefault="00000000" w:rsidP="008348C6">
      <w:pPr>
        <w:jc w:val="both"/>
      </w:pPr>
      <w:r w:rsidRPr="007729DA">
        <w:t>Prašome, jei įmanoma, nurodyti orientacinį kainos paskirstymą: tyrimai ir pradiniai dokumentai; projektavimas; projekto ekspertizė ir derinimai; projekto vykdymo priežiūra; kitos išlaidos.</w:t>
      </w:r>
      <w:r w:rsidR="008348C6">
        <w:t xml:space="preserve"> </w:t>
      </w:r>
      <w:r w:rsidRPr="007729DA">
        <w:t>Atsakymas / pasiūlymas: ________________________________________________</w:t>
      </w:r>
    </w:p>
    <w:p w14:paraId="096315AC" w14:textId="1AF61295" w:rsidR="00311FDE" w:rsidRPr="007729DA" w:rsidRDefault="008348C6">
      <w:pPr>
        <w:spacing w:before="140" w:after="60"/>
      </w:pPr>
      <w:r>
        <w:rPr>
          <w:b/>
        </w:rPr>
        <w:t>6</w:t>
      </w:r>
      <w:r w:rsidR="00000000" w:rsidRPr="007729DA">
        <w:rPr>
          <w:b/>
        </w:rPr>
        <w:t>. Sutarties sąlygos</w:t>
      </w:r>
    </w:p>
    <w:p w14:paraId="394322C1" w14:textId="2A0E4CAB" w:rsidR="00311FDE" w:rsidRPr="007729DA" w:rsidRDefault="00000000" w:rsidP="008348C6">
      <w:pPr>
        <w:jc w:val="both"/>
      </w:pPr>
      <w:r w:rsidRPr="007729DA">
        <w:t>Ar planuojamos sutarties trukmės, atsiskaitymo, atsakomybės ir projekto vykdymo priežiūros sąlygos sudaro kliūčių dalyvauti? Nurodykite konkrečias nuostatas ir siūlomus pakeitimus.</w:t>
      </w:r>
      <w:r w:rsidR="008348C6">
        <w:t xml:space="preserve"> </w:t>
      </w:r>
      <w:r w:rsidRPr="007729DA">
        <w:t>Atsakymas / pasiūlymas: ________________________________________________</w:t>
      </w:r>
    </w:p>
    <w:p w14:paraId="5FA25BA1" w14:textId="77777777" w:rsidR="008348C6" w:rsidRDefault="008348C6">
      <w:pPr>
        <w:spacing w:before="140" w:after="60"/>
        <w:rPr>
          <w:b/>
        </w:rPr>
      </w:pPr>
    </w:p>
    <w:p w14:paraId="510FA1DD" w14:textId="77777777" w:rsidR="008348C6" w:rsidRDefault="008348C6">
      <w:pPr>
        <w:spacing w:before="140" w:after="60"/>
        <w:rPr>
          <w:b/>
        </w:rPr>
      </w:pPr>
    </w:p>
    <w:p w14:paraId="5F991396" w14:textId="72A2226D" w:rsidR="00311FDE" w:rsidRPr="007729DA" w:rsidRDefault="008348C6">
      <w:pPr>
        <w:spacing w:before="140" w:after="60"/>
      </w:pPr>
      <w:r>
        <w:rPr>
          <w:b/>
        </w:rPr>
        <w:lastRenderedPageBreak/>
        <w:t>7</w:t>
      </w:r>
      <w:r w:rsidR="00000000" w:rsidRPr="007729DA">
        <w:rPr>
          <w:b/>
        </w:rPr>
        <w:t>. Konkurenciją ribojančios sąlygos</w:t>
      </w:r>
    </w:p>
    <w:p w14:paraId="0E915AA8" w14:textId="6EDD7899" w:rsidR="00311FDE" w:rsidRPr="007729DA" w:rsidRDefault="00000000" w:rsidP="008348C6">
      <w:pPr>
        <w:jc w:val="both"/>
      </w:pPr>
      <w:r w:rsidRPr="007729DA">
        <w:t>Ar matote reikalavimų, kurie nepagrįstai ribotų konkurenciją ar būtų neproporcingi pirkimo objektui? Pateikite motyvuotus pasiūlymus.</w:t>
      </w:r>
      <w:r w:rsidR="008348C6">
        <w:t xml:space="preserve"> </w:t>
      </w:r>
      <w:r w:rsidRPr="007729DA">
        <w:t>Atsakymas / pasiūlymas: ________________________________________________</w:t>
      </w:r>
    </w:p>
    <w:p w14:paraId="794F877D" w14:textId="379EF6C8" w:rsidR="00311FDE" w:rsidRPr="007729DA" w:rsidRDefault="008348C6">
      <w:pPr>
        <w:spacing w:before="140" w:after="60"/>
      </w:pPr>
      <w:r>
        <w:rPr>
          <w:b/>
        </w:rPr>
        <w:t>8</w:t>
      </w:r>
      <w:r w:rsidR="00000000" w:rsidRPr="007729DA">
        <w:rPr>
          <w:b/>
        </w:rPr>
        <w:t>. Kita informacija</w:t>
      </w:r>
    </w:p>
    <w:p w14:paraId="7B0DC9E8" w14:textId="686E25A1" w:rsidR="00311FDE" w:rsidRPr="007729DA" w:rsidRDefault="00000000" w:rsidP="008348C6">
      <w:pPr>
        <w:jc w:val="both"/>
      </w:pPr>
      <w:r w:rsidRPr="007729DA">
        <w:t>Pateikite kitus pasiūlymus, kurie padėtų parengti aiškias, proporcingas ir konkurenciją užtikrinančias pirkimo sąlygas.</w:t>
      </w:r>
      <w:r w:rsidR="008348C6">
        <w:t xml:space="preserve"> </w:t>
      </w:r>
      <w:r w:rsidRPr="007729DA">
        <w:t>Atsakymas / pasiūlymas: ________________________________________________</w:t>
      </w:r>
    </w:p>
    <w:p w14:paraId="5B07C117" w14:textId="77777777" w:rsidR="00311FDE" w:rsidRPr="007729DA" w:rsidRDefault="00311FDE"/>
    <w:p w14:paraId="53877A47" w14:textId="77777777" w:rsidR="00311FDE" w:rsidRDefault="00000000" w:rsidP="008348C6">
      <w:pPr>
        <w:jc w:val="both"/>
      </w:pPr>
      <w:r w:rsidRPr="007729DA">
        <w:t>Pastaba: atsakymai į klausimyną nėra pasiūlymas būsimame pirkime ir neįpareigoja rinkos dalyvio dalyvauti pirkime.</w:t>
      </w:r>
    </w:p>
    <w:p w14:paraId="62056971" w14:textId="77777777" w:rsidR="008348C6" w:rsidRDefault="008348C6" w:rsidP="008348C6">
      <w:pPr>
        <w:jc w:val="both"/>
      </w:pPr>
    </w:p>
    <w:p w14:paraId="2E1302E1" w14:textId="5C2DAEE6" w:rsidR="008348C6" w:rsidRDefault="008348C6" w:rsidP="008348C6">
      <w:pPr>
        <w:jc w:val="both"/>
      </w:pPr>
    </w:p>
    <w:sectPr w:rsidR="008348C6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F7F67" w14:textId="77777777" w:rsidR="007C4AB6" w:rsidRPr="007729DA" w:rsidRDefault="007C4AB6">
      <w:pPr>
        <w:spacing w:after="0" w:line="240" w:lineRule="auto"/>
      </w:pPr>
      <w:r w:rsidRPr="007729DA">
        <w:separator/>
      </w:r>
    </w:p>
  </w:endnote>
  <w:endnote w:type="continuationSeparator" w:id="0">
    <w:p w14:paraId="3955FAD9" w14:textId="77777777" w:rsidR="007C4AB6" w:rsidRPr="007729DA" w:rsidRDefault="007C4AB6">
      <w:pPr>
        <w:spacing w:after="0" w:line="240" w:lineRule="auto"/>
      </w:pPr>
      <w:r w:rsidRPr="007729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60B9E" w14:textId="77777777" w:rsidR="00311FDE" w:rsidRPr="007729DA" w:rsidRDefault="00000000">
    <w:pPr>
      <w:pStyle w:val="Porat"/>
      <w:jc w:val="center"/>
    </w:pPr>
    <w:r w:rsidRPr="007729DA">
      <w:rPr>
        <w:sz w:val="16"/>
      </w:rPr>
      <w:t>UAB „Telšių regiono atliekų tvarkymo centras“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1339C" w14:textId="77777777" w:rsidR="007C4AB6" w:rsidRPr="007729DA" w:rsidRDefault="007C4AB6">
      <w:pPr>
        <w:spacing w:after="0" w:line="240" w:lineRule="auto"/>
      </w:pPr>
      <w:r w:rsidRPr="007729DA">
        <w:separator/>
      </w:r>
    </w:p>
  </w:footnote>
  <w:footnote w:type="continuationSeparator" w:id="0">
    <w:p w14:paraId="1DE2F8FC" w14:textId="77777777" w:rsidR="007C4AB6" w:rsidRPr="007729DA" w:rsidRDefault="007C4AB6">
      <w:pPr>
        <w:spacing w:after="0" w:line="240" w:lineRule="auto"/>
      </w:pPr>
      <w:r w:rsidRPr="007729D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7507693">
    <w:abstractNumId w:val="8"/>
  </w:num>
  <w:num w:numId="2" w16cid:durableId="211817771">
    <w:abstractNumId w:val="6"/>
  </w:num>
  <w:num w:numId="3" w16cid:durableId="1689718621">
    <w:abstractNumId w:val="5"/>
  </w:num>
  <w:num w:numId="4" w16cid:durableId="108208450">
    <w:abstractNumId w:val="4"/>
  </w:num>
  <w:num w:numId="5" w16cid:durableId="914625085">
    <w:abstractNumId w:val="7"/>
  </w:num>
  <w:num w:numId="6" w16cid:durableId="1813475278">
    <w:abstractNumId w:val="3"/>
  </w:num>
  <w:num w:numId="7" w16cid:durableId="1085689106">
    <w:abstractNumId w:val="2"/>
  </w:num>
  <w:num w:numId="8" w16cid:durableId="1726097530">
    <w:abstractNumId w:val="1"/>
  </w:num>
  <w:num w:numId="9" w16cid:durableId="360210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11FDE"/>
    <w:rsid w:val="00326F90"/>
    <w:rsid w:val="007729DA"/>
    <w:rsid w:val="007C4AB6"/>
    <w:rsid w:val="008348C6"/>
    <w:rsid w:val="00AA1D8D"/>
    <w:rsid w:val="00B47730"/>
    <w:rsid w:val="00CB0664"/>
    <w:rsid w:val="00E167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26BC7F"/>
  <w14:defaultImageDpi w14:val="300"/>
  <w15:docId w15:val="{2A414626-3CE8-436D-88C1-A326ED2FA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pPr>
      <w:spacing w:after="120"/>
    </w:pPr>
    <w:rPr>
      <w:rFonts w:ascii="Arial" w:hAnsi="Arial"/>
      <w:sz w:val="21"/>
      <w:lang w:val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saitas">
    <w:name w:val="Hyperlink"/>
    <w:basedOn w:val="Numatytasispastraiposriftas"/>
    <w:uiPriority w:val="99"/>
    <w:unhideWhenUsed/>
    <w:rsid w:val="008348C6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348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1649</Words>
  <Characters>940</Characters>
  <Application>Microsoft Office Word</Application>
  <DocSecurity>0</DocSecurity>
  <Lines>7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Rūta Bubulienė</cp:lastModifiedBy>
  <cp:revision>2</cp:revision>
  <dcterms:created xsi:type="dcterms:W3CDTF">2026-09-17T10:55:00Z</dcterms:created>
  <dcterms:modified xsi:type="dcterms:W3CDTF">2026-09-17T10:55:00Z</dcterms:modified>
  <cp:category/>
</cp:coreProperties>
</file>