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A3AD0" w14:textId="121B763F" w:rsidR="0043007D" w:rsidRDefault="00877C55">
      <w:pPr>
        <w:spacing w:after="0"/>
        <w:jc w:val="center"/>
      </w:pPr>
      <w:r>
        <w:rPr>
          <w:rFonts w:asciiTheme="majorBidi" w:hAnsiTheme="majorBidi" w:cstheme="majorBidi"/>
          <w:b/>
        </w:rPr>
        <w:t xml:space="preserve">MAŽEIKIŲ RAJONO SAVIVALDYBĖS APLINKOS MONITORINGO </w:t>
      </w:r>
      <w:r w:rsidR="008B090E" w:rsidRPr="00D82249">
        <w:rPr>
          <w:b/>
          <w:bCs/>
        </w:rPr>
        <w:t>PROGRAMOS</w:t>
      </w:r>
      <w:r w:rsidR="008B090E">
        <w:rPr>
          <w:rFonts w:asciiTheme="majorBidi" w:hAnsiTheme="majorBidi" w:cstheme="majorBidi"/>
          <w:b/>
        </w:rPr>
        <w:t xml:space="preserve"> </w:t>
      </w:r>
      <w:r>
        <w:rPr>
          <w:rFonts w:asciiTheme="majorBidi" w:hAnsiTheme="majorBidi" w:cstheme="majorBidi"/>
          <w:b/>
        </w:rPr>
        <w:t>2026</w:t>
      </w:r>
      <w:r w:rsidR="00D82249" w:rsidRPr="00D82249">
        <w:rPr>
          <w:b/>
          <w:bCs/>
        </w:rPr>
        <w:t>–</w:t>
      </w:r>
      <w:r>
        <w:rPr>
          <w:rFonts w:asciiTheme="majorBidi" w:hAnsiTheme="majorBidi" w:cstheme="majorBidi"/>
          <w:b/>
        </w:rPr>
        <w:t xml:space="preserve">2030 </w:t>
      </w:r>
      <w:r w:rsidR="00D82249" w:rsidRPr="00D82249">
        <w:rPr>
          <w:b/>
          <w:bCs/>
        </w:rPr>
        <w:t xml:space="preserve">METŲ </w:t>
      </w:r>
      <w:r w:rsidR="008B090E">
        <w:rPr>
          <w:rFonts w:asciiTheme="majorBidi" w:hAnsiTheme="majorBidi" w:cstheme="majorBidi"/>
          <w:b/>
        </w:rPr>
        <w:t>VYKDYMO</w:t>
      </w:r>
      <w:r w:rsidRPr="00DA77CB">
        <w:rPr>
          <w:rFonts w:asciiTheme="majorBidi" w:hAnsiTheme="majorBidi" w:cstheme="majorBidi"/>
          <w:b/>
        </w:rPr>
        <w:t xml:space="preserve"> </w:t>
      </w:r>
      <w:r w:rsidR="00D82249" w:rsidRPr="00D82249">
        <w:rPr>
          <w:b/>
          <w:bCs/>
        </w:rPr>
        <w:t>PASLAUG</w:t>
      </w:r>
      <w:r w:rsidR="008B090E">
        <w:rPr>
          <w:b/>
          <w:bCs/>
        </w:rPr>
        <w:t>OS</w:t>
      </w:r>
      <w:r w:rsidRPr="00DA77CB">
        <w:rPr>
          <w:rFonts w:asciiTheme="majorBidi" w:hAnsiTheme="majorBidi" w:cstheme="majorBidi"/>
          <w:b/>
        </w:rPr>
        <w:t xml:space="preserve"> PIRKIMO</w:t>
      </w:r>
      <w:r w:rsidRPr="00DA77CB">
        <w:rPr>
          <w:rFonts w:asciiTheme="majorBidi" w:hAnsiTheme="majorBidi" w:cstheme="majorBidi"/>
          <w:b/>
        </w:rPr>
        <w:br/>
        <w:t>TECHNINĖ SPECIFIKACIJA</w:t>
      </w:r>
    </w:p>
    <w:p w14:paraId="69753C46" w14:textId="77777777" w:rsidR="001D5D9A" w:rsidRDefault="001D5D9A" w:rsidP="002852EB">
      <w:pPr>
        <w:spacing w:after="0"/>
        <w:jc w:val="both"/>
        <w:rPr>
          <w:rFonts w:asciiTheme="majorBidi" w:hAnsiTheme="majorBidi" w:cstheme="majorBidi"/>
          <w:bCs/>
        </w:rPr>
      </w:pPr>
    </w:p>
    <w:p w14:paraId="3BD1F5DE" w14:textId="20AF6E03" w:rsidR="002852EB" w:rsidRDefault="00AE58AC" w:rsidP="002852EB">
      <w:pPr>
        <w:spacing w:after="0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ab/>
      </w:r>
      <w:proofErr w:type="spellStart"/>
      <w:r w:rsidR="00877C55" w:rsidRPr="00350EAD">
        <w:rPr>
          <w:rFonts w:asciiTheme="majorBidi" w:hAnsiTheme="majorBidi" w:cstheme="majorBidi"/>
          <w:bCs/>
        </w:rPr>
        <w:t>Perkančioji</w:t>
      </w:r>
      <w:proofErr w:type="spellEnd"/>
      <w:r w:rsidR="00877C55" w:rsidRPr="00350EAD">
        <w:rPr>
          <w:rFonts w:asciiTheme="majorBidi" w:hAnsiTheme="majorBidi" w:cstheme="majorBidi"/>
          <w:bCs/>
        </w:rPr>
        <w:t xml:space="preserve"> </w:t>
      </w:r>
      <w:proofErr w:type="spellStart"/>
      <w:r w:rsidR="00877C55" w:rsidRPr="00350EAD">
        <w:rPr>
          <w:rFonts w:asciiTheme="majorBidi" w:hAnsiTheme="majorBidi" w:cstheme="majorBidi"/>
          <w:bCs/>
        </w:rPr>
        <w:t>organizacija</w:t>
      </w:r>
      <w:proofErr w:type="spellEnd"/>
      <w:r w:rsidR="000B3C0A" w:rsidRPr="000B3C0A">
        <w:t xml:space="preserve"> –</w:t>
      </w:r>
      <w:r w:rsidR="00877C55" w:rsidRPr="00350EAD">
        <w:rPr>
          <w:rFonts w:asciiTheme="majorBidi" w:hAnsiTheme="majorBidi" w:cstheme="majorBidi"/>
          <w:bCs/>
        </w:rPr>
        <w:t xml:space="preserve"> </w:t>
      </w:r>
      <w:proofErr w:type="spellStart"/>
      <w:r w:rsidR="00877C55" w:rsidRPr="00350EAD">
        <w:rPr>
          <w:rFonts w:asciiTheme="majorBidi" w:hAnsiTheme="majorBidi" w:cstheme="majorBidi"/>
          <w:bCs/>
        </w:rPr>
        <w:t>Mažeikių</w:t>
      </w:r>
      <w:proofErr w:type="spellEnd"/>
      <w:r w:rsidR="00877C55" w:rsidRPr="00350EAD">
        <w:rPr>
          <w:rFonts w:asciiTheme="majorBidi" w:hAnsiTheme="majorBidi" w:cstheme="majorBidi"/>
          <w:bCs/>
        </w:rPr>
        <w:t xml:space="preserve"> </w:t>
      </w:r>
      <w:proofErr w:type="spellStart"/>
      <w:r w:rsidR="00877C55" w:rsidRPr="00350EAD">
        <w:rPr>
          <w:rFonts w:asciiTheme="majorBidi" w:hAnsiTheme="majorBidi" w:cstheme="majorBidi"/>
          <w:bCs/>
        </w:rPr>
        <w:t>rajono</w:t>
      </w:r>
      <w:proofErr w:type="spellEnd"/>
      <w:r w:rsidR="00877C55" w:rsidRPr="00350EAD">
        <w:rPr>
          <w:rFonts w:asciiTheme="majorBidi" w:hAnsiTheme="majorBidi" w:cstheme="majorBidi"/>
          <w:bCs/>
        </w:rPr>
        <w:t xml:space="preserve"> </w:t>
      </w:r>
      <w:proofErr w:type="spellStart"/>
      <w:r w:rsidR="00877C55" w:rsidRPr="00350EAD">
        <w:rPr>
          <w:rFonts w:asciiTheme="majorBidi" w:hAnsiTheme="majorBidi" w:cstheme="majorBidi"/>
          <w:bCs/>
        </w:rPr>
        <w:t>savivaldybės</w:t>
      </w:r>
      <w:proofErr w:type="spellEnd"/>
      <w:r w:rsidR="00877C55" w:rsidRPr="00350EAD">
        <w:rPr>
          <w:rFonts w:asciiTheme="majorBidi" w:hAnsiTheme="majorBidi" w:cstheme="majorBidi"/>
          <w:bCs/>
        </w:rPr>
        <w:t xml:space="preserve"> </w:t>
      </w:r>
      <w:proofErr w:type="spellStart"/>
      <w:r w:rsidR="00877C55" w:rsidRPr="00350EAD">
        <w:rPr>
          <w:rFonts w:asciiTheme="majorBidi" w:hAnsiTheme="majorBidi" w:cstheme="majorBidi"/>
          <w:bCs/>
        </w:rPr>
        <w:t>administracija</w:t>
      </w:r>
      <w:proofErr w:type="spellEnd"/>
      <w:r w:rsidR="00825E4B">
        <w:rPr>
          <w:rFonts w:asciiTheme="majorBidi" w:hAnsiTheme="majorBidi" w:cstheme="majorBidi"/>
          <w:bCs/>
        </w:rPr>
        <w:t xml:space="preserve"> (</w:t>
      </w:r>
      <w:proofErr w:type="spellStart"/>
      <w:r w:rsidR="00825E4B">
        <w:rPr>
          <w:rFonts w:asciiTheme="majorBidi" w:hAnsiTheme="majorBidi" w:cstheme="majorBidi"/>
          <w:bCs/>
        </w:rPr>
        <w:t>toliau</w:t>
      </w:r>
      <w:proofErr w:type="spellEnd"/>
      <w:r w:rsidR="00825E4B">
        <w:rPr>
          <w:rFonts w:asciiTheme="majorBidi" w:hAnsiTheme="majorBidi" w:cstheme="majorBidi"/>
          <w:bCs/>
        </w:rPr>
        <w:t xml:space="preserve"> – </w:t>
      </w:r>
      <w:proofErr w:type="spellStart"/>
      <w:r w:rsidR="00FE36F2">
        <w:rPr>
          <w:rFonts w:asciiTheme="majorBidi" w:hAnsiTheme="majorBidi" w:cstheme="majorBidi"/>
          <w:bCs/>
        </w:rPr>
        <w:t>S</w:t>
      </w:r>
      <w:r w:rsidR="00825E4B">
        <w:rPr>
          <w:rFonts w:asciiTheme="majorBidi" w:hAnsiTheme="majorBidi" w:cstheme="majorBidi"/>
          <w:bCs/>
        </w:rPr>
        <w:t>avivaldybė</w:t>
      </w:r>
      <w:proofErr w:type="spellEnd"/>
      <w:r w:rsidR="00825E4B">
        <w:rPr>
          <w:rFonts w:asciiTheme="majorBidi" w:hAnsiTheme="majorBidi" w:cstheme="majorBidi"/>
          <w:bCs/>
        </w:rPr>
        <w:t>)</w:t>
      </w:r>
      <w:r w:rsidR="000B3C0A" w:rsidRPr="000B3C0A">
        <w:t>,</w:t>
      </w:r>
      <w:r w:rsidR="00877C55">
        <w:rPr>
          <w:rFonts w:asciiTheme="majorBidi" w:hAnsiTheme="majorBidi" w:cstheme="majorBidi"/>
          <w:bCs/>
        </w:rPr>
        <w:t xml:space="preserve"> </w:t>
      </w:r>
      <w:proofErr w:type="spellStart"/>
      <w:r w:rsidR="00877C55">
        <w:rPr>
          <w:rFonts w:asciiTheme="majorBidi" w:hAnsiTheme="majorBidi" w:cstheme="majorBidi"/>
          <w:bCs/>
        </w:rPr>
        <w:t>Laisvės</w:t>
      </w:r>
      <w:proofErr w:type="spellEnd"/>
      <w:r w:rsidR="00877C55">
        <w:rPr>
          <w:rFonts w:asciiTheme="majorBidi" w:hAnsiTheme="majorBidi" w:cstheme="majorBidi"/>
          <w:bCs/>
        </w:rPr>
        <w:t xml:space="preserve"> g. 8, 89213 </w:t>
      </w:r>
      <w:proofErr w:type="spellStart"/>
      <w:r w:rsidR="00877C55">
        <w:rPr>
          <w:rFonts w:asciiTheme="majorBidi" w:hAnsiTheme="majorBidi" w:cstheme="majorBidi"/>
          <w:bCs/>
        </w:rPr>
        <w:t>Mažeikiai</w:t>
      </w:r>
      <w:proofErr w:type="spellEnd"/>
      <w:r w:rsidR="001355E4">
        <w:rPr>
          <w:rFonts w:asciiTheme="majorBidi" w:hAnsiTheme="majorBidi" w:cstheme="majorBidi"/>
          <w:bCs/>
        </w:rPr>
        <w:t>.</w:t>
      </w:r>
    </w:p>
    <w:p w14:paraId="24B41F00" w14:textId="7C8A58FB" w:rsidR="001355E4" w:rsidRDefault="001355E4" w:rsidP="002852EB">
      <w:pPr>
        <w:spacing w:after="0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ab/>
      </w:r>
      <w:proofErr w:type="spellStart"/>
      <w:r>
        <w:rPr>
          <w:rFonts w:asciiTheme="majorBidi" w:hAnsiTheme="majorBidi" w:cstheme="majorBidi"/>
          <w:bCs/>
        </w:rPr>
        <w:t>Pirkimo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objektas</w:t>
      </w:r>
      <w:proofErr w:type="spellEnd"/>
      <w:r>
        <w:rPr>
          <w:rFonts w:asciiTheme="majorBidi" w:hAnsiTheme="majorBidi" w:cstheme="majorBidi"/>
          <w:bCs/>
        </w:rPr>
        <w:t xml:space="preserve"> – </w:t>
      </w:r>
      <w:proofErr w:type="spellStart"/>
      <w:r>
        <w:rPr>
          <w:rFonts w:asciiTheme="majorBidi" w:hAnsiTheme="majorBidi" w:cstheme="majorBidi"/>
          <w:bCs/>
        </w:rPr>
        <w:t>Mažeikių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rajono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savivaldybės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aplinkos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monitoring</w:t>
      </w:r>
      <w:r w:rsidR="00C360D8">
        <w:rPr>
          <w:rFonts w:asciiTheme="majorBidi" w:hAnsiTheme="majorBidi" w:cstheme="majorBidi"/>
          <w:bCs/>
        </w:rPr>
        <w:t>o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programos</w:t>
      </w:r>
      <w:proofErr w:type="spellEnd"/>
      <w:r>
        <w:rPr>
          <w:rFonts w:asciiTheme="majorBidi" w:hAnsiTheme="majorBidi" w:cstheme="majorBidi"/>
          <w:bCs/>
        </w:rPr>
        <w:t xml:space="preserve"> 2026-2030 </w:t>
      </w:r>
      <w:proofErr w:type="spellStart"/>
      <w:r>
        <w:rPr>
          <w:rFonts w:asciiTheme="majorBidi" w:hAnsiTheme="majorBidi" w:cstheme="majorBidi"/>
          <w:bCs/>
        </w:rPr>
        <w:t>metų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vykdymo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paslauga</w:t>
      </w:r>
      <w:proofErr w:type="spellEnd"/>
      <w:r>
        <w:rPr>
          <w:rFonts w:asciiTheme="majorBidi" w:hAnsiTheme="majorBidi" w:cstheme="majorBidi"/>
          <w:bCs/>
        </w:rPr>
        <w:t xml:space="preserve"> (</w:t>
      </w:r>
      <w:proofErr w:type="spellStart"/>
      <w:r>
        <w:rPr>
          <w:rFonts w:asciiTheme="majorBidi" w:hAnsiTheme="majorBidi" w:cstheme="majorBidi"/>
          <w:bCs/>
        </w:rPr>
        <w:t>toliau</w:t>
      </w:r>
      <w:proofErr w:type="spellEnd"/>
      <w:r>
        <w:rPr>
          <w:rFonts w:asciiTheme="majorBidi" w:hAnsiTheme="majorBidi" w:cstheme="majorBidi"/>
          <w:bCs/>
        </w:rPr>
        <w:t xml:space="preserve"> – </w:t>
      </w:r>
      <w:proofErr w:type="spellStart"/>
      <w:r>
        <w:rPr>
          <w:rFonts w:asciiTheme="majorBidi" w:hAnsiTheme="majorBidi" w:cstheme="majorBidi"/>
          <w:bCs/>
        </w:rPr>
        <w:t>Paslauga</w:t>
      </w:r>
      <w:proofErr w:type="spellEnd"/>
      <w:r>
        <w:rPr>
          <w:rFonts w:asciiTheme="majorBidi" w:hAnsiTheme="majorBidi" w:cstheme="majorBidi"/>
          <w:bCs/>
        </w:rPr>
        <w:t>).</w:t>
      </w:r>
    </w:p>
    <w:p w14:paraId="3F5A5497" w14:textId="77777777" w:rsidR="00825E4B" w:rsidRDefault="00825E4B" w:rsidP="002852EB">
      <w:pPr>
        <w:spacing w:after="0"/>
        <w:jc w:val="both"/>
      </w:pPr>
    </w:p>
    <w:p w14:paraId="5BD978E2" w14:textId="6ABFEB88" w:rsidR="002852EB" w:rsidRDefault="00AE58AC" w:rsidP="00AE58AC">
      <w:pPr>
        <w:spacing w:after="0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1. </w:t>
      </w:r>
      <w:proofErr w:type="spellStart"/>
      <w:r w:rsidR="00877C55" w:rsidRPr="003E11FB">
        <w:rPr>
          <w:rFonts w:asciiTheme="majorBidi" w:hAnsiTheme="majorBidi" w:cstheme="majorBidi"/>
          <w:b/>
        </w:rPr>
        <w:t>Bendrosios</w:t>
      </w:r>
      <w:proofErr w:type="spellEnd"/>
      <w:r w:rsidR="00877C55" w:rsidRPr="003E11FB">
        <w:rPr>
          <w:rFonts w:asciiTheme="majorBidi" w:hAnsiTheme="majorBidi" w:cstheme="majorBidi"/>
          <w:b/>
        </w:rPr>
        <w:t xml:space="preserve"> </w:t>
      </w:r>
      <w:proofErr w:type="spellStart"/>
      <w:r w:rsidR="00877C55" w:rsidRPr="003E11FB">
        <w:rPr>
          <w:rFonts w:asciiTheme="majorBidi" w:hAnsiTheme="majorBidi" w:cstheme="majorBidi"/>
          <w:b/>
        </w:rPr>
        <w:t>nuostatos</w:t>
      </w:r>
      <w:proofErr w:type="spellEnd"/>
    </w:p>
    <w:p w14:paraId="5FE33FA5" w14:textId="77777777" w:rsidR="00AE58AC" w:rsidRDefault="00AE58AC" w:rsidP="002852EB">
      <w:pPr>
        <w:spacing w:after="0"/>
        <w:jc w:val="both"/>
        <w:rPr>
          <w:rFonts w:asciiTheme="majorBidi" w:hAnsiTheme="majorBidi" w:cstheme="majorBidi"/>
        </w:rPr>
      </w:pPr>
    </w:p>
    <w:p w14:paraId="1689D87F" w14:textId="0145E7AD" w:rsidR="002852EB" w:rsidRDefault="00AE58AC" w:rsidP="002852EB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1.1.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Ši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techninė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specifikacija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nustato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Mažeikių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rajono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savivaldybės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aplinkos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monitoringo</w:t>
      </w:r>
      <w:proofErr w:type="spellEnd"/>
      <w:r w:rsidR="00877C55" w:rsidRPr="00EF4EAC">
        <w:rPr>
          <w:rFonts w:asciiTheme="majorBidi" w:hAnsiTheme="majorBidi" w:cstheme="majorBidi"/>
        </w:rPr>
        <w:t xml:space="preserve"> 2026</w:t>
      </w:r>
      <w:r w:rsidR="00877C55" w:rsidRPr="0086669D">
        <w:t>–</w:t>
      </w:r>
      <w:r w:rsidR="00877C55" w:rsidRPr="00EF4EAC">
        <w:rPr>
          <w:rFonts w:asciiTheme="majorBidi" w:hAnsiTheme="majorBidi" w:cstheme="majorBidi"/>
        </w:rPr>
        <w:t xml:space="preserve">2030 </w:t>
      </w:r>
      <w:proofErr w:type="spellStart"/>
      <w:r w:rsidR="00877C55" w:rsidRPr="00EF4EAC">
        <w:rPr>
          <w:rFonts w:asciiTheme="majorBidi" w:hAnsiTheme="majorBidi" w:cstheme="majorBidi"/>
        </w:rPr>
        <w:t>metų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programoje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r w:rsidR="000A39E0">
        <w:rPr>
          <w:rFonts w:asciiTheme="majorBidi" w:hAnsiTheme="majorBidi" w:cstheme="majorBidi"/>
        </w:rPr>
        <w:t>(</w:t>
      </w:r>
      <w:proofErr w:type="spellStart"/>
      <w:r w:rsidR="000A39E0">
        <w:rPr>
          <w:rFonts w:asciiTheme="majorBidi" w:hAnsiTheme="majorBidi" w:cstheme="majorBidi"/>
        </w:rPr>
        <w:t>toliau</w:t>
      </w:r>
      <w:proofErr w:type="spellEnd"/>
      <w:r w:rsidR="000A39E0">
        <w:rPr>
          <w:rFonts w:asciiTheme="majorBidi" w:hAnsiTheme="majorBidi" w:cstheme="majorBidi"/>
        </w:rPr>
        <w:t xml:space="preserve"> – </w:t>
      </w:r>
      <w:proofErr w:type="spellStart"/>
      <w:r w:rsidR="000A39E0">
        <w:rPr>
          <w:rFonts w:asciiTheme="majorBidi" w:hAnsiTheme="majorBidi" w:cstheme="majorBidi"/>
        </w:rPr>
        <w:t>Programa</w:t>
      </w:r>
      <w:proofErr w:type="spellEnd"/>
      <w:r w:rsidR="000A39E0">
        <w:rPr>
          <w:rFonts w:asciiTheme="majorBidi" w:hAnsiTheme="majorBidi" w:cstheme="majorBidi"/>
        </w:rPr>
        <w:t xml:space="preserve">) </w:t>
      </w:r>
      <w:proofErr w:type="spellStart"/>
      <w:r w:rsidR="00877C55" w:rsidRPr="00EF4EAC">
        <w:rPr>
          <w:rFonts w:asciiTheme="majorBidi" w:hAnsiTheme="majorBidi" w:cstheme="majorBidi"/>
        </w:rPr>
        <w:t>numatytų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priemonių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įgyvendinimo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86669D">
        <w:t>paslaugų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teikimo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reikalavimus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6669D" w:rsidRPr="0086669D">
        <w:t>Mažeikių</w:t>
      </w:r>
      <w:proofErr w:type="spellEnd"/>
      <w:r w:rsidR="0086669D" w:rsidRPr="0086669D">
        <w:t xml:space="preserve"> </w:t>
      </w:r>
      <w:proofErr w:type="spellStart"/>
      <w:r w:rsidR="0086669D" w:rsidRPr="0086669D">
        <w:t>rajono</w:t>
      </w:r>
      <w:proofErr w:type="spellEnd"/>
      <w:r w:rsidR="0086669D" w:rsidRPr="0086669D">
        <w:t xml:space="preserve"> </w:t>
      </w:r>
      <w:proofErr w:type="spellStart"/>
      <w:r w:rsidR="0086669D" w:rsidRPr="0086669D">
        <w:t>savivaldybės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teritorijoje</w:t>
      </w:r>
      <w:proofErr w:type="spellEnd"/>
      <w:r w:rsidR="00877C55" w:rsidRPr="00EF4EAC">
        <w:rPr>
          <w:rFonts w:asciiTheme="majorBidi" w:hAnsiTheme="majorBidi" w:cstheme="majorBidi"/>
        </w:rPr>
        <w:t>.</w:t>
      </w:r>
    </w:p>
    <w:p w14:paraId="21FAEEA5" w14:textId="190FCC93" w:rsidR="002852EB" w:rsidRDefault="00AE58AC" w:rsidP="002852EB">
      <w:pPr>
        <w:spacing w:after="0"/>
        <w:jc w:val="both"/>
      </w:pPr>
      <w:r>
        <w:tab/>
        <w:t>1.2.</w:t>
      </w:r>
      <w:r w:rsidR="00AA465A">
        <w:t xml:space="preserve"> </w:t>
      </w:r>
      <w:proofErr w:type="spellStart"/>
      <w:r w:rsidR="00C360D8">
        <w:t>P</w:t>
      </w:r>
      <w:r w:rsidR="00877C55" w:rsidRPr="00095AC2">
        <w:t>aslaug</w:t>
      </w:r>
      <w:r w:rsidR="00DD6026">
        <w:t>os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teikėjas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r w:rsidR="00AA465A">
        <w:rPr>
          <w:rFonts w:asciiTheme="majorBidi" w:hAnsiTheme="majorBidi" w:cstheme="majorBidi"/>
        </w:rPr>
        <w:t>(</w:t>
      </w:r>
      <w:proofErr w:type="spellStart"/>
      <w:r w:rsidR="00AA465A">
        <w:rPr>
          <w:rFonts w:asciiTheme="majorBidi" w:hAnsiTheme="majorBidi" w:cstheme="majorBidi"/>
        </w:rPr>
        <w:t>toliau</w:t>
      </w:r>
      <w:proofErr w:type="spellEnd"/>
      <w:r w:rsidR="00AA465A">
        <w:rPr>
          <w:rFonts w:asciiTheme="majorBidi" w:hAnsiTheme="majorBidi" w:cstheme="majorBidi"/>
        </w:rPr>
        <w:t xml:space="preserve"> – </w:t>
      </w:r>
      <w:proofErr w:type="spellStart"/>
      <w:r w:rsidR="00AA465A">
        <w:rPr>
          <w:rFonts w:asciiTheme="majorBidi" w:hAnsiTheme="majorBidi" w:cstheme="majorBidi"/>
        </w:rPr>
        <w:t>Paslaug</w:t>
      </w:r>
      <w:r w:rsidR="00FF5361">
        <w:rPr>
          <w:rFonts w:asciiTheme="majorBidi" w:hAnsiTheme="majorBidi" w:cstheme="majorBidi"/>
        </w:rPr>
        <w:t>os</w:t>
      </w:r>
      <w:proofErr w:type="spellEnd"/>
      <w:r w:rsidR="00AA465A">
        <w:rPr>
          <w:rFonts w:asciiTheme="majorBidi" w:hAnsiTheme="majorBidi" w:cstheme="majorBidi"/>
        </w:rPr>
        <w:t xml:space="preserve"> </w:t>
      </w:r>
      <w:proofErr w:type="spellStart"/>
      <w:r w:rsidR="00AA465A">
        <w:rPr>
          <w:rFonts w:asciiTheme="majorBidi" w:hAnsiTheme="majorBidi" w:cstheme="majorBidi"/>
        </w:rPr>
        <w:t>teikėjas</w:t>
      </w:r>
      <w:proofErr w:type="spellEnd"/>
      <w:r w:rsidR="00AA465A">
        <w:rPr>
          <w:rFonts w:asciiTheme="majorBidi" w:hAnsiTheme="majorBidi" w:cstheme="majorBidi"/>
        </w:rPr>
        <w:t xml:space="preserve">) </w:t>
      </w:r>
      <w:proofErr w:type="spellStart"/>
      <w:r w:rsidR="00877C55" w:rsidRPr="00EF4EAC">
        <w:rPr>
          <w:rFonts w:asciiTheme="majorBidi" w:hAnsiTheme="majorBidi" w:cstheme="majorBidi"/>
        </w:rPr>
        <w:t>privalo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užtikrinti</w:t>
      </w:r>
      <w:proofErr w:type="spellEnd"/>
      <w:r w:rsidR="00877C55" w:rsidRPr="00EF4EAC">
        <w:rPr>
          <w:rFonts w:asciiTheme="majorBidi" w:hAnsiTheme="majorBidi" w:cstheme="majorBidi"/>
        </w:rPr>
        <w:t xml:space="preserve">, </w:t>
      </w:r>
      <w:proofErr w:type="spellStart"/>
      <w:r w:rsidR="00877C55" w:rsidRPr="00EF4EAC">
        <w:rPr>
          <w:rFonts w:asciiTheme="majorBidi" w:hAnsiTheme="majorBidi" w:cstheme="majorBidi"/>
        </w:rPr>
        <w:t>kad</w:t>
      </w:r>
      <w:proofErr w:type="spellEnd"/>
      <w:r w:rsidR="00877C55" w:rsidRPr="00EF4EAC">
        <w:rPr>
          <w:rFonts w:asciiTheme="majorBidi" w:hAnsiTheme="majorBidi" w:cstheme="majorBidi"/>
        </w:rPr>
        <w:t xml:space="preserve"> vis</w:t>
      </w:r>
      <w:r w:rsidR="00570A51">
        <w:rPr>
          <w:rFonts w:asciiTheme="majorBidi" w:hAnsiTheme="majorBidi" w:cstheme="majorBidi"/>
        </w:rPr>
        <w:t>a</w:t>
      </w:r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095AC2">
        <w:t>paslaug</w:t>
      </w:r>
      <w:r w:rsidR="00570A51">
        <w:t>a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būtų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vykdom</w:t>
      </w:r>
      <w:r w:rsidR="00570A51">
        <w:rPr>
          <w:rFonts w:asciiTheme="majorBidi" w:hAnsiTheme="majorBidi" w:cstheme="majorBidi"/>
        </w:rPr>
        <w:t>a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095AC2">
        <w:t>vadovaujantis</w:t>
      </w:r>
      <w:proofErr w:type="spellEnd"/>
      <w:r w:rsidR="00877C55" w:rsidRPr="00095AC2">
        <w:t xml:space="preserve"> </w:t>
      </w:r>
      <w:proofErr w:type="spellStart"/>
      <w:r w:rsidR="00877C55" w:rsidRPr="00095AC2">
        <w:t>galiojančiais</w:t>
      </w:r>
      <w:proofErr w:type="spellEnd"/>
      <w:r w:rsidR="00877C55" w:rsidRPr="00EF4EAC">
        <w:rPr>
          <w:rFonts w:asciiTheme="majorBidi" w:hAnsiTheme="majorBidi" w:cstheme="majorBidi"/>
        </w:rPr>
        <w:t xml:space="preserve"> Lietuvos </w:t>
      </w:r>
      <w:proofErr w:type="spellStart"/>
      <w:r w:rsidR="00877C55" w:rsidRPr="00EF4EAC">
        <w:rPr>
          <w:rFonts w:asciiTheme="majorBidi" w:hAnsiTheme="majorBidi" w:cstheme="majorBidi"/>
        </w:rPr>
        <w:t>Respublikos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ir</w:t>
      </w:r>
      <w:proofErr w:type="spellEnd"/>
      <w:r w:rsidR="00877C55" w:rsidRPr="00EF4EAC">
        <w:rPr>
          <w:rFonts w:asciiTheme="majorBidi" w:hAnsiTheme="majorBidi" w:cstheme="majorBidi"/>
        </w:rPr>
        <w:t xml:space="preserve"> Europos </w:t>
      </w:r>
      <w:proofErr w:type="spellStart"/>
      <w:r w:rsidR="00877C55" w:rsidRPr="00EF4EAC">
        <w:rPr>
          <w:rFonts w:asciiTheme="majorBidi" w:hAnsiTheme="majorBidi" w:cstheme="majorBidi"/>
        </w:rPr>
        <w:t>Sąjungos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teisės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095AC2">
        <w:t>aktais</w:t>
      </w:r>
      <w:proofErr w:type="spellEnd"/>
      <w:r w:rsidR="00877C55" w:rsidRPr="00095AC2">
        <w:t xml:space="preserve">, </w:t>
      </w:r>
      <w:proofErr w:type="spellStart"/>
      <w:r w:rsidR="00877C55" w:rsidRPr="00095AC2">
        <w:t>reglamentuojančiais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aplinkos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095AC2">
        <w:t>monitoringą</w:t>
      </w:r>
      <w:proofErr w:type="spellEnd"/>
      <w:r w:rsidR="00877C55" w:rsidRPr="00095AC2">
        <w:t xml:space="preserve">, </w:t>
      </w:r>
      <w:proofErr w:type="spellStart"/>
      <w:r w:rsidR="00877C55" w:rsidRPr="00095AC2">
        <w:t>savivaldybių</w:t>
      </w:r>
      <w:proofErr w:type="spellEnd"/>
      <w:r w:rsidR="00877C55" w:rsidRPr="00095AC2">
        <w:t xml:space="preserve"> </w:t>
      </w:r>
      <w:proofErr w:type="spellStart"/>
      <w:r w:rsidR="00877C55" w:rsidRPr="00095AC2">
        <w:t>aplinkos</w:t>
      </w:r>
      <w:proofErr w:type="spellEnd"/>
      <w:r w:rsidR="00877C55" w:rsidRPr="00095AC2">
        <w:t xml:space="preserve"> </w:t>
      </w:r>
      <w:proofErr w:type="spellStart"/>
      <w:r w:rsidR="00877C55" w:rsidRPr="00095AC2">
        <w:t>monitoringą</w:t>
      </w:r>
      <w:proofErr w:type="spellEnd"/>
      <w:r w:rsidR="00877C55" w:rsidRPr="00095AC2">
        <w:t xml:space="preserve">, </w:t>
      </w:r>
      <w:proofErr w:type="spellStart"/>
      <w:r w:rsidR="00877C55" w:rsidRPr="00095AC2">
        <w:t>aplinkos</w:t>
      </w:r>
      <w:proofErr w:type="spellEnd"/>
      <w:r w:rsidR="00877C55" w:rsidRPr="00095AC2">
        <w:t xml:space="preserve"> </w:t>
      </w:r>
      <w:proofErr w:type="spellStart"/>
      <w:r w:rsidR="00877C55" w:rsidRPr="00095AC2">
        <w:t>oro</w:t>
      </w:r>
      <w:proofErr w:type="spellEnd"/>
      <w:r w:rsidR="00877C55" w:rsidRPr="00095AC2">
        <w:t xml:space="preserve">, </w:t>
      </w:r>
      <w:proofErr w:type="spellStart"/>
      <w:r w:rsidR="00877C55" w:rsidRPr="00095AC2">
        <w:t>paviršinio</w:t>
      </w:r>
      <w:proofErr w:type="spellEnd"/>
      <w:r w:rsidR="00877C55" w:rsidRPr="00095AC2">
        <w:t xml:space="preserve"> </w:t>
      </w:r>
      <w:proofErr w:type="spellStart"/>
      <w:r w:rsidR="00877C55" w:rsidRPr="00095AC2">
        <w:t>vandens</w:t>
      </w:r>
      <w:proofErr w:type="spellEnd"/>
      <w:r w:rsidR="00877C55" w:rsidRPr="00095AC2">
        <w:t xml:space="preserve">, </w:t>
      </w:r>
      <w:proofErr w:type="spellStart"/>
      <w:r w:rsidR="00877C55" w:rsidRPr="00095AC2">
        <w:t>dirvožemio</w:t>
      </w:r>
      <w:proofErr w:type="spellEnd"/>
      <w:r w:rsidR="00877C55" w:rsidRPr="00095AC2">
        <w:t xml:space="preserve"> </w:t>
      </w:r>
      <w:proofErr w:type="spellStart"/>
      <w:r w:rsidR="00877C55" w:rsidRPr="00095AC2">
        <w:t>ir</w:t>
      </w:r>
      <w:proofErr w:type="spellEnd"/>
      <w:r w:rsidR="00877C55" w:rsidRPr="00095AC2">
        <w:t xml:space="preserve"> </w:t>
      </w:r>
      <w:proofErr w:type="spellStart"/>
      <w:r w:rsidR="00877C55" w:rsidRPr="00095AC2">
        <w:t>gyvosios</w:t>
      </w:r>
      <w:proofErr w:type="spellEnd"/>
      <w:r w:rsidR="00877C55" w:rsidRPr="00095AC2">
        <w:t xml:space="preserve"> </w:t>
      </w:r>
      <w:proofErr w:type="spellStart"/>
      <w:r w:rsidR="00877C55" w:rsidRPr="00095AC2">
        <w:t>gamtos</w:t>
      </w:r>
      <w:proofErr w:type="spellEnd"/>
      <w:r w:rsidR="00877C55" w:rsidRPr="00095AC2">
        <w:t xml:space="preserve"> </w:t>
      </w:r>
      <w:proofErr w:type="spellStart"/>
      <w:r w:rsidR="00877C55" w:rsidRPr="00095AC2">
        <w:t>stebėseną</w:t>
      </w:r>
      <w:proofErr w:type="spellEnd"/>
      <w:r w:rsidR="00877C55" w:rsidRPr="00095AC2">
        <w:t xml:space="preserve">, </w:t>
      </w:r>
      <w:proofErr w:type="spellStart"/>
      <w:r w:rsidR="00095AC2" w:rsidRPr="00095AC2">
        <w:t>viešuosius</w:t>
      </w:r>
      <w:proofErr w:type="spellEnd"/>
      <w:r w:rsidR="00095AC2" w:rsidRPr="00095AC2">
        <w:t xml:space="preserve"> </w:t>
      </w:r>
      <w:proofErr w:type="spellStart"/>
      <w:r w:rsidR="00095AC2" w:rsidRPr="00095AC2">
        <w:t>pirkimus</w:t>
      </w:r>
      <w:proofErr w:type="spellEnd"/>
      <w:r w:rsidR="00095AC2" w:rsidRPr="00095AC2">
        <w:t xml:space="preserve">, </w:t>
      </w:r>
      <w:proofErr w:type="spellStart"/>
      <w:r w:rsidR="00095AC2" w:rsidRPr="00095AC2">
        <w:t>žaliuosius</w:t>
      </w:r>
      <w:proofErr w:type="spellEnd"/>
      <w:r w:rsidR="00095AC2" w:rsidRPr="00095AC2">
        <w:t xml:space="preserve"> </w:t>
      </w:r>
      <w:proofErr w:type="spellStart"/>
      <w:r w:rsidR="00095AC2" w:rsidRPr="00095AC2">
        <w:t>pirkimus</w:t>
      </w:r>
      <w:proofErr w:type="spellEnd"/>
      <w:r w:rsidR="00095AC2" w:rsidRPr="00095AC2">
        <w:t xml:space="preserve">, </w:t>
      </w:r>
      <w:proofErr w:type="spellStart"/>
      <w:r w:rsidR="00095AC2" w:rsidRPr="00095AC2">
        <w:t>duomenų</w:t>
      </w:r>
      <w:proofErr w:type="spellEnd"/>
      <w:r w:rsidR="00095AC2" w:rsidRPr="00095AC2">
        <w:t xml:space="preserve"> </w:t>
      </w:r>
      <w:proofErr w:type="spellStart"/>
      <w:r w:rsidR="00095AC2" w:rsidRPr="00095AC2">
        <w:t>teikimą</w:t>
      </w:r>
      <w:proofErr w:type="spellEnd"/>
      <w:r w:rsidR="00095AC2" w:rsidRPr="00095AC2">
        <w:t xml:space="preserve"> </w:t>
      </w:r>
      <w:proofErr w:type="spellStart"/>
      <w:r w:rsidR="00095AC2" w:rsidRPr="00095AC2">
        <w:t>ir</w:t>
      </w:r>
      <w:proofErr w:type="spellEnd"/>
      <w:r w:rsidR="00095AC2" w:rsidRPr="00095AC2">
        <w:t xml:space="preserve"> </w:t>
      </w:r>
      <w:proofErr w:type="spellStart"/>
      <w:r w:rsidR="00095AC2" w:rsidRPr="00095AC2">
        <w:t>visuomenės</w:t>
      </w:r>
      <w:proofErr w:type="spellEnd"/>
      <w:r w:rsidR="00095AC2" w:rsidRPr="00095AC2">
        <w:t xml:space="preserve"> </w:t>
      </w:r>
      <w:proofErr w:type="spellStart"/>
      <w:r w:rsidR="00095AC2" w:rsidRPr="00095AC2">
        <w:t>informavimą</w:t>
      </w:r>
      <w:proofErr w:type="spellEnd"/>
      <w:r w:rsidR="00095AC2" w:rsidRPr="00095AC2">
        <w:t xml:space="preserve">, </w:t>
      </w:r>
      <w:proofErr w:type="spellStart"/>
      <w:r w:rsidR="00877C55" w:rsidRPr="00095AC2">
        <w:t>taip</w:t>
      </w:r>
      <w:proofErr w:type="spellEnd"/>
      <w:r w:rsidR="00877C55" w:rsidRPr="00095AC2">
        <w:t xml:space="preserve"> pat</w:t>
      </w:r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Programoje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095AC2">
        <w:t>nustatytais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tikslais</w:t>
      </w:r>
      <w:proofErr w:type="spellEnd"/>
      <w:r w:rsidR="00877C55" w:rsidRPr="00EF4EAC">
        <w:rPr>
          <w:rFonts w:asciiTheme="majorBidi" w:hAnsiTheme="majorBidi" w:cstheme="majorBidi"/>
        </w:rPr>
        <w:t xml:space="preserve">, </w:t>
      </w:r>
      <w:proofErr w:type="spellStart"/>
      <w:r w:rsidR="00877C55" w:rsidRPr="00EF4EAC">
        <w:rPr>
          <w:rFonts w:asciiTheme="majorBidi" w:hAnsiTheme="majorBidi" w:cstheme="majorBidi"/>
        </w:rPr>
        <w:t>uždaviniais</w:t>
      </w:r>
      <w:proofErr w:type="spellEnd"/>
      <w:r w:rsidR="00877C55" w:rsidRPr="00EF4EAC">
        <w:rPr>
          <w:rFonts w:asciiTheme="majorBidi" w:hAnsiTheme="majorBidi" w:cstheme="majorBidi"/>
        </w:rPr>
        <w:t xml:space="preserve">, </w:t>
      </w:r>
      <w:proofErr w:type="spellStart"/>
      <w:r w:rsidR="00877C55" w:rsidRPr="00EF4EAC">
        <w:rPr>
          <w:rFonts w:asciiTheme="majorBidi" w:hAnsiTheme="majorBidi" w:cstheme="majorBidi"/>
        </w:rPr>
        <w:t>stebimais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parametrais</w:t>
      </w:r>
      <w:proofErr w:type="spellEnd"/>
      <w:r w:rsidR="00877C55" w:rsidRPr="00EF4EAC">
        <w:rPr>
          <w:rFonts w:asciiTheme="majorBidi" w:hAnsiTheme="majorBidi" w:cstheme="majorBidi"/>
        </w:rPr>
        <w:t xml:space="preserve">, </w:t>
      </w:r>
      <w:proofErr w:type="spellStart"/>
      <w:r w:rsidR="00877C55" w:rsidRPr="00EF4EAC">
        <w:rPr>
          <w:rFonts w:asciiTheme="majorBidi" w:hAnsiTheme="majorBidi" w:cstheme="majorBidi"/>
        </w:rPr>
        <w:t>stebėjimo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095AC2">
        <w:t>vietomis</w:t>
      </w:r>
      <w:proofErr w:type="spellEnd"/>
      <w:r w:rsidR="00877C55" w:rsidRPr="00095AC2">
        <w:t>,</w:t>
      </w:r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periodiškumu</w:t>
      </w:r>
      <w:proofErr w:type="spellEnd"/>
      <w:r w:rsidR="00877C55" w:rsidRPr="00EF4EAC">
        <w:rPr>
          <w:rFonts w:asciiTheme="majorBidi" w:hAnsiTheme="majorBidi" w:cstheme="majorBidi"/>
        </w:rPr>
        <w:t xml:space="preserve">, </w:t>
      </w:r>
      <w:proofErr w:type="spellStart"/>
      <w:r w:rsidR="00877C55" w:rsidRPr="00EF4EAC">
        <w:rPr>
          <w:rFonts w:asciiTheme="majorBidi" w:hAnsiTheme="majorBidi" w:cstheme="majorBidi"/>
        </w:rPr>
        <w:t>metodais</w:t>
      </w:r>
      <w:proofErr w:type="spellEnd"/>
      <w:r w:rsidR="00877C55" w:rsidRPr="00095AC2">
        <w:t>,</w:t>
      </w:r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procedūromis</w:t>
      </w:r>
      <w:proofErr w:type="spellEnd"/>
      <w:r w:rsidR="00877C55" w:rsidRPr="00095AC2">
        <w:t xml:space="preserve"> </w:t>
      </w:r>
      <w:proofErr w:type="spellStart"/>
      <w:r w:rsidR="00877C55" w:rsidRPr="00095AC2">
        <w:t>ir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vertinimo</w:t>
      </w:r>
      <w:proofErr w:type="spellEnd"/>
      <w:r w:rsidR="00877C55" w:rsidRPr="00EF4EAC">
        <w:rPr>
          <w:rFonts w:asciiTheme="majorBidi" w:hAnsiTheme="majorBidi" w:cstheme="majorBidi"/>
        </w:rPr>
        <w:t xml:space="preserve"> </w:t>
      </w:r>
      <w:proofErr w:type="spellStart"/>
      <w:r w:rsidR="00877C55" w:rsidRPr="00EF4EAC">
        <w:rPr>
          <w:rFonts w:asciiTheme="majorBidi" w:hAnsiTheme="majorBidi" w:cstheme="majorBidi"/>
        </w:rPr>
        <w:t>kriterijais</w:t>
      </w:r>
      <w:proofErr w:type="spellEnd"/>
      <w:r w:rsidR="00877C55" w:rsidRPr="00EF4EAC">
        <w:rPr>
          <w:rFonts w:asciiTheme="majorBidi" w:hAnsiTheme="majorBidi" w:cstheme="majorBidi"/>
        </w:rPr>
        <w:t>.</w:t>
      </w:r>
      <w:r w:rsidR="00877C55" w:rsidRPr="00095AC2">
        <w:t xml:space="preserve"> </w:t>
      </w:r>
      <w:proofErr w:type="spellStart"/>
      <w:r w:rsidR="00877C55" w:rsidRPr="00095AC2">
        <w:t>Kraštovaizdžio</w:t>
      </w:r>
      <w:proofErr w:type="spellEnd"/>
      <w:r w:rsidR="00877C55" w:rsidRPr="00095AC2">
        <w:t xml:space="preserve"> </w:t>
      </w:r>
      <w:proofErr w:type="spellStart"/>
      <w:r w:rsidR="00877C55" w:rsidRPr="00095AC2">
        <w:t>ir</w:t>
      </w:r>
      <w:proofErr w:type="spellEnd"/>
      <w:r w:rsidR="00877C55" w:rsidRPr="00095AC2">
        <w:t xml:space="preserve"> </w:t>
      </w:r>
      <w:proofErr w:type="spellStart"/>
      <w:r w:rsidR="00877C55" w:rsidRPr="00095AC2">
        <w:t>potencialiai</w:t>
      </w:r>
      <w:proofErr w:type="spellEnd"/>
      <w:r w:rsidR="00877C55" w:rsidRPr="00095AC2">
        <w:t xml:space="preserve"> </w:t>
      </w:r>
      <w:proofErr w:type="spellStart"/>
      <w:r w:rsidR="00877C55" w:rsidRPr="00095AC2">
        <w:t>užterštų</w:t>
      </w:r>
      <w:proofErr w:type="spellEnd"/>
      <w:r w:rsidR="00877C55" w:rsidRPr="00095AC2">
        <w:t xml:space="preserve"> </w:t>
      </w:r>
      <w:proofErr w:type="spellStart"/>
      <w:r w:rsidR="00877C55" w:rsidRPr="00095AC2">
        <w:t>teritorijų</w:t>
      </w:r>
      <w:proofErr w:type="spellEnd"/>
      <w:r w:rsidR="00877C55" w:rsidRPr="00095AC2">
        <w:t xml:space="preserve"> </w:t>
      </w:r>
      <w:proofErr w:type="spellStart"/>
      <w:r w:rsidR="00877C55" w:rsidRPr="00095AC2">
        <w:t>dalys</w:t>
      </w:r>
      <w:proofErr w:type="spellEnd"/>
      <w:r w:rsidR="00877C55" w:rsidRPr="00095AC2">
        <w:t xml:space="preserve"> </w:t>
      </w:r>
      <w:proofErr w:type="spellStart"/>
      <w:r w:rsidR="00877C55" w:rsidRPr="00095AC2">
        <w:t>vykdomos</w:t>
      </w:r>
      <w:proofErr w:type="spellEnd"/>
      <w:r w:rsidR="00877C55" w:rsidRPr="00095AC2">
        <w:t xml:space="preserve"> tik </w:t>
      </w:r>
      <w:proofErr w:type="spellStart"/>
      <w:r w:rsidR="00877C55" w:rsidRPr="00095AC2">
        <w:t>tiek</w:t>
      </w:r>
      <w:proofErr w:type="spellEnd"/>
      <w:r w:rsidR="00877C55" w:rsidRPr="00095AC2">
        <w:t xml:space="preserve">, </w:t>
      </w:r>
      <w:proofErr w:type="spellStart"/>
      <w:r w:rsidR="00877C55" w:rsidRPr="00095AC2">
        <w:t>kiek</w:t>
      </w:r>
      <w:proofErr w:type="spellEnd"/>
      <w:r w:rsidR="00877C55" w:rsidRPr="00095AC2">
        <w:t xml:space="preserve"> </w:t>
      </w:r>
      <w:proofErr w:type="spellStart"/>
      <w:r w:rsidR="00095AC2" w:rsidRPr="00095AC2">
        <w:t>aiškiai</w:t>
      </w:r>
      <w:proofErr w:type="spellEnd"/>
      <w:r w:rsidR="00877C55" w:rsidRPr="00095AC2">
        <w:t xml:space="preserve"> </w:t>
      </w:r>
      <w:proofErr w:type="spellStart"/>
      <w:r w:rsidR="00877C55" w:rsidRPr="00095AC2">
        <w:t>numatyta</w:t>
      </w:r>
      <w:proofErr w:type="spellEnd"/>
      <w:r w:rsidR="00877C55" w:rsidRPr="00095AC2">
        <w:t xml:space="preserve"> </w:t>
      </w:r>
      <w:proofErr w:type="spellStart"/>
      <w:r w:rsidR="00877C55" w:rsidRPr="00095AC2">
        <w:t>šioje</w:t>
      </w:r>
      <w:proofErr w:type="spellEnd"/>
      <w:r w:rsidR="00877C55" w:rsidRPr="00095AC2">
        <w:t xml:space="preserve"> </w:t>
      </w:r>
      <w:proofErr w:type="spellStart"/>
      <w:r w:rsidR="00877C55" w:rsidRPr="00095AC2">
        <w:t>techninėje</w:t>
      </w:r>
      <w:proofErr w:type="spellEnd"/>
      <w:r w:rsidR="00877C55" w:rsidRPr="00095AC2">
        <w:t xml:space="preserve"> </w:t>
      </w:r>
      <w:proofErr w:type="spellStart"/>
      <w:r w:rsidR="00877C55" w:rsidRPr="00095AC2">
        <w:t>specifikacijoje</w:t>
      </w:r>
      <w:proofErr w:type="spellEnd"/>
      <w:r w:rsidR="00095AC2" w:rsidRPr="00095AC2">
        <w:t>,</w:t>
      </w:r>
      <w:r w:rsidR="00877C55" w:rsidRPr="00095AC2">
        <w:t xml:space="preserve"> </w:t>
      </w:r>
      <w:proofErr w:type="spellStart"/>
      <w:r w:rsidR="00877C55" w:rsidRPr="00095AC2">
        <w:t>Programoje</w:t>
      </w:r>
      <w:proofErr w:type="spellEnd"/>
      <w:r w:rsidR="00095AC2" w:rsidRPr="00095AC2">
        <w:t xml:space="preserve"> </w:t>
      </w:r>
      <w:proofErr w:type="spellStart"/>
      <w:r w:rsidR="00095AC2" w:rsidRPr="00095AC2">
        <w:t>arba</w:t>
      </w:r>
      <w:proofErr w:type="spellEnd"/>
      <w:r w:rsidR="00095AC2" w:rsidRPr="00095AC2">
        <w:t xml:space="preserve"> </w:t>
      </w:r>
      <w:proofErr w:type="spellStart"/>
      <w:r w:rsidR="00095AC2" w:rsidRPr="00095AC2">
        <w:t>atskirame</w:t>
      </w:r>
      <w:proofErr w:type="spellEnd"/>
      <w:r w:rsidR="00095AC2" w:rsidRPr="00095AC2">
        <w:t xml:space="preserve"> </w:t>
      </w:r>
      <w:proofErr w:type="spellStart"/>
      <w:r w:rsidR="00095AC2" w:rsidRPr="00095AC2">
        <w:t>su</w:t>
      </w:r>
      <w:proofErr w:type="spellEnd"/>
      <w:r w:rsidR="00095AC2" w:rsidRPr="00095AC2">
        <w:t xml:space="preserve"> </w:t>
      </w:r>
      <w:proofErr w:type="spellStart"/>
      <w:r w:rsidR="00095AC2" w:rsidRPr="00095AC2">
        <w:t>Savivaldybe</w:t>
      </w:r>
      <w:proofErr w:type="spellEnd"/>
      <w:r w:rsidR="00095AC2" w:rsidRPr="00095AC2">
        <w:t xml:space="preserve"> </w:t>
      </w:r>
      <w:proofErr w:type="spellStart"/>
      <w:r w:rsidR="00095AC2" w:rsidRPr="00095AC2">
        <w:t>suderintame</w:t>
      </w:r>
      <w:proofErr w:type="spellEnd"/>
      <w:r w:rsidR="00095AC2" w:rsidRPr="00095AC2">
        <w:t xml:space="preserve"> </w:t>
      </w:r>
      <w:proofErr w:type="spellStart"/>
      <w:r w:rsidR="00095AC2" w:rsidRPr="00095AC2">
        <w:t>pavedime</w:t>
      </w:r>
      <w:proofErr w:type="spellEnd"/>
      <w:r w:rsidR="00877C55" w:rsidRPr="00095AC2">
        <w:t>.</w:t>
      </w:r>
    </w:p>
    <w:p w14:paraId="2BAA8DFB" w14:textId="648DB6C0" w:rsidR="002852EB" w:rsidRDefault="00AE58AC" w:rsidP="002852EB">
      <w:pPr>
        <w:spacing w:after="0"/>
        <w:jc w:val="both"/>
      </w:pPr>
      <w:r>
        <w:tab/>
        <w:t>1.3.</w:t>
      </w:r>
      <w:r w:rsidR="00351B1E">
        <w:t xml:space="preserve"> </w:t>
      </w:r>
      <w:proofErr w:type="spellStart"/>
      <w:r w:rsidR="00877C55" w:rsidRPr="00B640B5">
        <w:t>Paslaug</w:t>
      </w:r>
      <w:r w:rsidR="00FF5361">
        <w:t>os</w:t>
      </w:r>
      <w:proofErr w:type="spellEnd"/>
      <w:r w:rsidR="00877C55" w:rsidRPr="00B640B5">
        <w:t xml:space="preserve"> </w:t>
      </w:r>
      <w:proofErr w:type="spellStart"/>
      <w:r w:rsidR="00877C55" w:rsidRPr="00B640B5">
        <w:t>teikėjas</w:t>
      </w:r>
      <w:proofErr w:type="spellEnd"/>
      <w:r w:rsidR="00877C55" w:rsidRPr="00B640B5">
        <w:t xml:space="preserve"> </w:t>
      </w:r>
      <w:proofErr w:type="spellStart"/>
      <w:r w:rsidR="00877C55" w:rsidRPr="00B640B5">
        <w:t>privalo</w:t>
      </w:r>
      <w:proofErr w:type="spellEnd"/>
      <w:r w:rsidR="00877C55" w:rsidRPr="00B640B5">
        <w:t xml:space="preserve"> </w:t>
      </w:r>
      <w:proofErr w:type="spellStart"/>
      <w:r w:rsidR="00877C55" w:rsidRPr="00B640B5">
        <w:t>užtikrinti</w:t>
      </w:r>
      <w:proofErr w:type="spellEnd"/>
      <w:r w:rsidR="00877C55" w:rsidRPr="00B640B5">
        <w:t xml:space="preserve">, </w:t>
      </w:r>
      <w:proofErr w:type="spellStart"/>
      <w:r w:rsidR="00877C55" w:rsidRPr="00B640B5">
        <w:t>kad</w:t>
      </w:r>
      <w:proofErr w:type="spellEnd"/>
      <w:r w:rsidR="00877C55" w:rsidRPr="00B640B5">
        <w:t xml:space="preserve"> </w:t>
      </w:r>
      <w:proofErr w:type="spellStart"/>
      <w:r w:rsidR="00877C55" w:rsidRPr="00B640B5">
        <w:t>visą</w:t>
      </w:r>
      <w:proofErr w:type="spellEnd"/>
      <w:r w:rsidR="00877C55" w:rsidRPr="00B640B5">
        <w:t xml:space="preserve"> </w:t>
      </w:r>
      <w:proofErr w:type="spellStart"/>
      <w:r w:rsidR="00877C55" w:rsidRPr="00B640B5">
        <w:t>paslaug</w:t>
      </w:r>
      <w:r w:rsidR="0094418F">
        <w:t>os</w:t>
      </w:r>
      <w:proofErr w:type="spellEnd"/>
      <w:r w:rsidR="00877C55" w:rsidRPr="00B640B5">
        <w:t xml:space="preserve"> </w:t>
      </w:r>
      <w:proofErr w:type="spellStart"/>
      <w:r w:rsidR="00877C55" w:rsidRPr="00B640B5">
        <w:t>teikimo</w:t>
      </w:r>
      <w:proofErr w:type="spellEnd"/>
      <w:r w:rsidR="00877C55" w:rsidRPr="00B640B5">
        <w:t xml:space="preserve"> </w:t>
      </w:r>
      <w:proofErr w:type="spellStart"/>
      <w:r w:rsidR="00877C55" w:rsidRPr="00B640B5">
        <w:t>laikotarpį</w:t>
      </w:r>
      <w:proofErr w:type="spellEnd"/>
      <w:r w:rsidR="00877C55" w:rsidRPr="00B640B5">
        <w:t xml:space="preserve"> </w:t>
      </w:r>
      <w:proofErr w:type="spellStart"/>
      <w:r w:rsidR="00877C55" w:rsidRPr="00B640B5">
        <w:t>paslaugas</w:t>
      </w:r>
      <w:proofErr w:type="spellEnd"/>
      <w:r w:rsidR="00877C55" w:rsidRPr="00B640B5">
        <w:t xml:space="preserve"> </w:t>
      </w:r>
      <w:proofErr w:type="spellStart"/>
      <w:r w:rsidR="00877C55" w:rsidRPr="00B640B5">
        <w:t>vykdytų</w:t>
      </w:r>
      <w:proofErr w:type="spellEnd"/>
      <w:r w:rsidR="00877C55" w:rsidRPr="00B640B5">
        <w:t xml:space="preserve"> </w:t>
      </w:r>
      <w:proofErr w:type="spellStart"/>
      <w:r w:rsidR="00877C55" w:rsidRPr="00B640B5">
        <w:t>kvalifikuoti</w:t>
      </w:r>
      <w:proofErr w:type="spellEnd"/>
      <w:r w:rsidR="00877C55" w:rsidRPr="00B640B5">
        <w:t xml:space="preserve"> </w:t>
      </w:r>
      <w:proofErr w:type="spellStart"/>
      <w:r w:rsidR="00877C55" w:rsidRPr="00B640B5">
        <w:t>specialistai</w:t>
      </w:r>
      <w:proofErr w:type="spellEnd"/>
      <w:r w:rsidR="00877C55" w:rsidRPr="00B640B5">
        <w:t xml:space="preserve">, </w:t>
      </w:r>
      <w:proofErr w:type="spellStart"/>
      <w:r w:rsidR="00877C55" w:rsidRPr="00B640B5">
        <w:t>turintys</w:t>
      </w:r>
      <w:proofErr w:type="spellEnd"/>
      <w:r w:rsidR="00877C55" w:rsidRPr="00B640B5">
        <w:t xml:space="preserve"> </w:t>
      </w:r>
      <w:proofErr w:type="spellStart"/>
      <w:r w:rsidR="00877C55" w:rsidRPr="00B640B5">
        <w:t>reikiamą</w:t>
      </w:r>
      <w:proofErr w:type="spellEnd"/>
      <w:r w:rsidR="00877C55" w:rsidRPr="00B640B5">
        <w:t xml:space="preserve"> </w:t>
      </w:r>
      <w:proofErr w:type="spellStart"/>
      <w:r w:rsidR="00877C55" w:rsidRPr="00B640B5">
        <w:t>patirtį</w:t>
      </w:r>
      <w:proofErr w:type="spellEnd"/>
      <w:r w:rsidR="00877C55" w:rsidRPr="00B640B5">
        <w:t xml:space="preserve"> </w:t>
      </w:r>
      <w:proofErr w:type="spellStart"/>
      <w:r w:rsidR="00877C55" w:rsidRPr="00B640B5">
        <w:t>ir</w:t>
      </w:r>
      <w:proofErr w:type="spellEnd"/>
      <w:r w:rsidR="00877C55" w:rsidRPr="00B640B5">
        <w:t xml:space="preserve"> </w:t>
      </w:r>
      <w:proofErr w:type="spellStart"/>
      <w:r w:rsidR="00877C55" w:rsidRPr="00B640B5">
        <w:t>kompetenciją</w:t>
      </w:r>
      <w:proofErr w:type="spellEnd"/>
      <w:r w:rsidR="00877C55" w:rsidRPr="00B640B5">
        <w:t xml:space="preserve"> </w:t>
      </w:r>
      <w:proofErr w:type="spellStart"/>
      <w:r w:rsidR="00877C55" w:rsidRPr="00B640B5">
        <w:t>aplinkos</w:t>
      </w:r>
      <w:proofErr w:type="spellEnd"/>
      <w:r w:rsidR="00877C55" w:rsidRPr="00B640B5">
        <w:t xml:space="preserve"> </w:t>
      </w:r>
      <w:proofErr w:type="spellStart"/>
      <w:r w:rsidR="00877C55" w:rsidRPr="00B640B5">
        <w:t>monitoringo</w:t>
      </w:r>
      <w:proofErr w:type="spellEnd"/>
      <w:r w:rsidR="00877C55" w:rsidRPr="00B640B5">
        <w:t xml:space="preserve">, </w:t>
      </w:r>
      <w:proofErr w:type="spellStart"/>
      <w:r w:rsidR="00877C55" w:rsidRPr="00B640B5">
        <w:t>laboratorinių</w:t>
      </w:r>
      <w:proofErr w:type="spellEnd"/>
      <w:r w:rsidR="00877C55" w:rsidRPr="00B640B5">
        <w:t xml:space="preserve"> </w:t>
      </w:r>
      <w:proofErr w:type="spellStart"/>
      <w:r w:rsidR="00877C55" w:rsidRPr="00B640B5">
        <w:t>tyrimų</w:t>
      </w:r>
      <w:proofErr w:type="spellEnd"/>
      <w:r w:rsidR="00877C55" w:rsidRPr="00B640B5">
        <w:t xml:space="preserve">, </w:t>
      </w:r>
      <w:proofErr w:type="spellStart"/>
      <w:r w:rsidR="00877C55" w:rsidRPr="00B640B5">
        <w:t>duomenų</w:t>
      </w:r>
      <w:proofErr w:type="spellEnd"/>
      <w:r w:rsidR="00877C55" w:rsidRPr="00B640B5">
        <w:t xml:space="preserve"> </w:t>
      </w:r>
      <w:proofErr w:type="spellStart"/>
      <w:r w:rsidR="00877C55" w:rsidRPr="00B640B5">
        <w:t>analizės</w:t>
      </w:r>
      <w:proofErr w:type="spellEnd"/>
      <w:r w:rsidR="00877C55" w:rsidRPr="00B640B5">
        <w:t xml:space="preserve">, </w:t>
      </w:r>
      <w:proofErr w:type="spellStart"/>
      <w:r w:rsidR="00877C55" w:rsidRPr="00B640B5">
        <w:t>ataskaitų</w:t>
      </w:r>
      <w:proofErr w:type="spellEnd"/>
      <w:r w:rsidR="00877C55" w:rsidRPr="00B640B5">
        <w:t xml:space="preserve"> </w:t>
      </w:r>
      <w:proofErr w:type="spellStart"/>
      <w:r w:rsidR="00877C55" w:rsidRPr="00B640B5">
        <w:t>rengimo</w:t>
      </w:r>
      <w:proofErr w:type="spellEnd"/>
      <w:r w:rsidR="00877C55" w:rsidRPr="00B640B5">
        <w:t xml:space="preserve"> </w:t>
      </w:r>
      <w:proofErr w:type="spellStart"/>
      <w:r w:rsidR="00877C55" w:rsidRPr="00B640B5">
        <w:t>ir</w:t>
      </w:r>
      <w:proofErr w:type="spellEnd"/>
      <w:r w:rsidR="00877C55" w:rsidRPr="00B640B5">
        <w:t xml:space="preserve"> </w:t>
      </w:r>
      <w:proofErr w:type="spellStart"/>
      <w:r w:rsidR="00877C55" w:rsidRPr="00B640B5">
        <w:t>visuomenės</w:t>
      </w:r>
      <w:proofErr w:type="spellEnd"/>
      <w:r w:rsidR="00877C55" w:rsidRPr="00B640B5">
        <w:t xml:space="preserve"> </w:t>
      </w:r>
      <w:proofErr w:type="spellStart"/>
      <w:r w:rsidR="00877C55" w:rsidRPr="00B640B5">
        <w:t>informavimo</w:t>
      </w:r>
      <w:proofErr w:type="spellEnd"/>
      <w:r w:rsidR="00877C55" w:rsidRPr="00B640B5">
        <w:t xml:space="preserve"> </w:t>
      </w:r>
      <w:proofErr w:type="spellStart"/>
      <w:r w:rsidR="00877C55" w:rsidRPr="00B640B5">
        <w:t>srityse</w:t>
      </w:r>
      <w:proofErr w:type="spellEnd"/>
      <w:r w:rsidR="00877C55" w:rsidRPr="00B640B5">
        <w:t xml:space="preserve">. </w:t>
      </w:r>
      <w:proofErr w:type="spellStart"/>
      <w:r w:rsidR="00877C55" w:rsidRPr="00B640B5">
        <w:t>Paslaug</w:t>
      </w:r>
      <w:r w:rsidR="0082291C">
        <w:t>os</w:t>
      </w:r>
      <w:proofErr w:type="spellEnd"/>
      <w:r w:rsidR="00877C55" w:rsidRPr="00B640B5">
        <w:t xml:space="preserve"> </w:t>
      </w:r>
      <w:proofErr w:type="spellStart"/>
      <w:r w:rsidR="00877C55" w:rsidRPr="00B640B5">
        <w:t>teikėjas</w:t>
      </w:r>
      <w:proofErr w:type="spellEnd"/>
      <w:r w:rsidR="00877C55" w:rsidRPr="00B640B5">
        <w:t xml:space="preserve"> </w:t>
      </w:r>
      <w:proofErr w:type="spellStart"/>
      <w:r w:rsidR="00877C55" w:rsidRPr="00B640B5">
        <w:t>savo</w:t>
      </w:r>
      <w:proofErr w:type="spellEnd"/>
      <w:r w:rsidR="00877C55" w:rsidRPr="00B640B5">
        <w:t xml:space="preserve"> </w:t>
      </w:r>
      <w:proofErr w:type="spellStart"/>
      <w:r w:rsidR="00877C55" w:rsidRPr="00B640B5">
        <w:t>lėšomis</w:t>
      </w:r>
      <w:proofErr w:type="spellEnd"/>
      <w:r w:rsidR="00877C55" w:rsidRPr="00B640B5">
        <w:t xml:space="preserve"> </w:t>
      </w:r>
      <w:proofErr w:type="spellStart"/>
      <w:r w:rsidR="00877C55" w:rsidRPr="00B640B5">
        <w:t>pasirūpina</w:t>
      </w:r>
      <w:proofErr w:type="spellEnd"/>
      <w:r w:rsidR="00877C55" w:rsidRPr="00B640B5">
        <w:t xml:space="preserve"> </w:t>
      </w:r>
      <w:proofErr w:type="spellStart"/>
      <w:r w:rsidR="00877C55" w:rsidRPr="00B640B5">
        <w:t>paslaug</w:t>
      </w:r>
      <w:r w:rsidR="00570A51">
        <w:t>ai</w:t>
      </w:r>
      <w:proofErr w:type="spellEnd"/>
      <w:r w:rsidR="00877C55" w:rsidRPr="00B640B5">
        <w:t xml:space="preserve"> </w:t>
      </w:r>
      <w:proofErr w:type="spellStart"/>
      <w:r w:rsidR="00877C55" w:rsidRPr="00B640B5">
        <w:t>atlikti</w:t>
      </w:r>
      <w:proofErr w:type="spellEnd"/>
      <w:r w:rsidR="00877C55" w:rsidRPr="00B640B5">
        <w:t xml:space="preserve"> </w:t>
      </w:r>
      <w:proofErr w:type="spellStart"/>
      <w:r w:rsidR="00B640B5" w:rsidRPr="00B640B5">
        <w:t>reikalingomis</w:t>
      </w:r>
      <w:proofErr w:type="spellEnd"/>
      <w:r w:rsidR="00877C55" w:rsidRPr="00B640B5">
        <w:t xml:space="preserve"> </w:t>
      </w:r>
      <w:proofErr w:type="spellStart"/>
      <w:r w:rsidR="00877C55" w:rsidRPr="00B640B5">
        <w:t>priemonėmis</w:t>
      </w:r>
      <w:proofErr w:type="spellEnd"/>
      <w:r w:rsidR="00877C55" w:rsidRPr="00B640B5">
        <w:t xml:space="preserve">, </w:t>
      </w:r>
      <w:proofErr w:type="spellStart"/>
      <w:r w:rsidR="00877C55" w:rsidRPr="00B640B5">
        <w:t>įranga</w:t>
      </w:r>
      <w:proofErr w:type="spellEnd"/>
      <w:r w:rsidR="00877C55" w:rsidRPr="00B640B5">
        <w:t xml:space="preserve">, </w:t>
      </w:r>
      <w:proofErr w:type="spellStart"/>
      <w:r w:rsidR="00877C55" w:rsidRPr="00B640B5">
        <w:t>transportu</w:t>
      </w:r>
      <w:proofErr w:type="spellEnd"/>
      <w:r w:rsidR="00877C55" w:rsidRPr="00B640B5">
        <w:t xml:space="preserve">, </w:t>
      </w:r>
      <w:proofErr w:type="spellStart"/>
      <w:r w:rsidR="00877C55" w:rsidRPr="00B640B5">
        <w:t>laboratoriniais</w:t>
      </w:r>
      <w:proofErr w:type="spellEnd"/>
      <w:r w:rsidR="00877C55" w:rsidRPr="00B640B5">
        <w:t xml:space="preserve"> </w:t>
      </w:r>
      <w:proofErr w:type="spellStart"/>
      <w:r w:rsidR="00877C55" w:rsidRPr="00B640B5">
        <w:t>pajėgumais</w:t>
      </w:r>
      <w:proofErr w:type="spellEnd"/>
      <w:r w:rsidR="00877C55" w:rsidRPr="00B640B5">
        <w:t xml:space="preserve">, </w:t>
      </w:r>
      <w:proofErr w:type="spellStart"/>
      <w:r w:rsidR="00877C55" w:rsidRPr="00B640B5">
        <w:t>duomenų</w:t>
      </w:r>
      <w:proofErr w:type="spellEnd"/>
      <w:r w:rsidR="00877C55" w:rsidRPr="00B640B5">
        <w:t xml:space="preserve"> </w:t>
      </w:r>
      <w:proofErr w:type="spellStart"/>
      <w:r w:rsidR="00877C55" w:rsidRPr="00B640B5">
        <w:t>apdorojimo</w:t>
      </w:r>
      <w:proofErr w:type="spellEnd"/>
      <w:r w:rsidR="00877C55" w:rsidRPr="00B640B5">
        <w:t xml:space="preserve"> </w:t>
      </w:r>
      <w:proofErr w:type="spellStart"/>
      <w:r w:rsidR="00877C55" w:rsidRPr="00B640B5">
        <w:t>priemonėmis</w:t>
      </w:r>
      <w:proofErr w:type="spellEnd"/>
      <w:r w:rsidR="00877C55" w:rsidRPr="00B640B5">
        <w:t xml:space="preserve"> </w:t>
      </w:r>
      <w:proofErr w:type="spellStart"/>
      <w:r w:rsidR="00877C55" w:rsidRPr="00B640B5">
        <w:t>ir</w:t>
      </w:r>
      <w:proofErr w:type="spellEnd"/>
      <w:r w:rsidR="00877C55" w:rsidRPr="00B640B5">
        <w:t xml:space="preserve"> </w:t>
      </w:r>
      <w:proofErr w:type="spellStart"/>
      <w:r w:rsidR="00877C55" w:rsidRPr="00B640B5">
        <w:t>ataskaitų</w:t>
      </w:r>
      <w:proofErr w:type="spellEnd"/>
      <w:r w:rsidR="00877C55" w:rsidRPr="00B640B5">
        <w:t xml:space="preserve"> </w:t>
      </w:r>
      <w:proofErr w:type="spellStart"/>
      <w:r w:rsidR="00877C55" w:rsidRPr="00B640B5">
        <w:t>parengimu</w:t>
      </w:r>
      <w:proofErr w:type="spellEnd"/>
      <w:r w:rsidR="00877C55" w:rsidRPr="00B640B5">
        <w:t xml:space="preserve">, </w:t>
      </w:r>
      <w:proofErr w:type="spellStart"/>
      <w:r w:rsidR="00877C55" w:rsidRPr="00B640B5">
        <w:t>jeigu</w:t>
      </w:r>
      <w:proofErr w:type="spellEnd"/>
      <w:r w:rsidR="00877C55" w:rsidRPr="00B640B5">
        <w:t xml:space="preserve"> </w:t>
      </w:r>
      <w:proofErr w:type="spellStart"/>
      <w:r w:rsidR="00877C55" w:rsidRPr="00B640B5">
        <w:t>Programoje</w:t>
      </w:r>
      <w:proofErr w:type="spellEnd"/>
      <w:r w:rsidR="00877C55" w:rsidRPr="00B640B5">
        <w:t xml:space="preserve">, </w:t>
      </w:r>
      <w:proofErr w:type="spellStart"/>
      <w:r w:rsidR="00877C55" w:rsidRPr="00B640B5">
        <w:t>šioje</w:t>
      </w:r>
      <w:proofErr w:type="spellEnd"/>
      <w:r w:rsidR="00877C55" w:rsidRPr="00B640B5">
        <w:t xml:space="preserve"> </w:t>
      </w:r>
      <w:proofErr w:type="spellStart"/>
      <w:r w:rsidR="00877C55" w:rsidRPr="00B640B5">
        <w:t>specifikacijoje</w:t>
      </w:r>
      <w:proofErr w:type="spellEnd"/>
      <w:r w:rsidR="00877C55" w:rsidRPr="00B640B5">
        <w:t xml:space="preserve"> </w:t>
      </w:r>
      <w:proofErr w:type="spellStart"/>
      <w:r w:rsidR="00877C55" w:rsidRPr="00B640B5">
        <w:t>ar</w:t>
      </w:r>
      <w:proofErr w:type="spellEnd"/>
      <w:r w:rsidR="00877C55" w:rsidRPr="00B640B5">
        <w:t xml:space="preserve"> </w:t>
      </w:r>
      <w:proofErr w:type="spellStart"/>
      <w:r w:rsidR="00877C55" w:rsidRPr="00B640B5">
        <w:t>teisės</w:t>
      </w:r>
      <w:proofErr w:type="spellEnd"/>
      <w:r w:rsidR="00877C55" w:rsidRPr="00B640B5">
        <w:t xml:space="preserve"> </w:t>
      </w:r>
      <w:proofErr w:type="spellStart"/>
      <w:r w:rsidR="00877C55" w:rsidRPr="00B640B5">
        <w:t>aktuose</w:t>
      </w:r>
      <w:proofErr w:type="spellEnd"/>
      <w:r w:rsidR="00877C55" w:rsidRPr="00B640B5">
        <w:t xml:space="preserve"> </w:t>
      </w:r>
      <w:proofErr w:type="spellStart"/>
      <w:r w:rsidR="00877C55" w:rsidRPr="00B640B5">
        <w:t>nenustatyta</w:t>
      </w:r>
      <w:proofErr w:type="spellEnd"/>
      <w:r w:rsidR="00877C55" w:rsidRPr="00B640B5">
        <w:t xml:space="preserve"> </w:t>
      </w:r>
      <w:proofErr w:type="spellStart"/>
      <w:r w:rsidR="00877C55" w:rsidRPr="00B640B5">
        <w:t>kitaip</w:t>
      </w:r>
      <w:proofErr w:type="spellEnd"/>
      <w:r w:rsidR="00877C55" w:rsidRPr="00B640B5">
        <w:t xml:space="preserve">. </w:t>
      </w:r>
      <w:proofErr w:type="spellStart"/>
      <w:r w:rsidR="00877C55" w:rsidRPr="00B640B5">
        <w:t>Jeigu</w:t>
      </w:r>
      <w:proofErr w:type="spellEnd"/>
      <w:r w:rsidR="00877C55" w:rsidRPr="00B640B5">
        <w:t xml:space="preserve"> </w:t>
      </w:r>
      <w:proofErr w:type="spellStart"/>
      <w:r w:rsidR="00877C55" w:rsidRPr="00B640B5">
        <w:t>paslaug</w:t>
      </w:r>
      <w:r w:rsidR="00BE3432">
        <w:t>ai</w:t>
      </w:r>
      <w:proofErr w:type="spellEnd"/>
      <w:r w:rsidR="00877C55" w:rsidRPr="00B640B5">
        <w:t xml:space="preserve"> </w:t>
      </w:r>
      <w:proofErr w:type="spellStart"/>
      <w:r w:rsidR="00877C55" w:rsidRPr="00B640B5">
        <w:t>atlikti</w:t>
      </w:r>
      <w:proofErr w:type="spellEnd"/>
      <w:r w:rsidR="00877C55" w:rsidRPr="00B640B5">
        <w:t xml:space="preserve"> </w:t>
      </w:r>
      <w:proofErr w:type="spellStart"/>
      <w:r w:rsidR="00877C55" w:rsidRPr="00B640B5">
        <w:t>pasitelkiami</w:t>
      </w:r>
      <w:proofErr w:type="spellEnd"/>
      <w:r w:rsidR="00877C55" w:rsidRPr="00B640B5">
        <w:t xml:space="preserve"> </w:t>
      </w:r>
      <w:proofErr w:type="spellStart"/>
      <w:r w:rsidR="00877C55" w:rsidRPr="00B640B5">
        <w:t>subteikėjai</w:t>
      </w:r>
      <w:proofErr w:type="spellEnd"/>
      <w:r w:rsidR="00877C55" w:rsidRPr="00B640B5">
        <w:t xml:space="preserve">, </w:t>
      </w:r>
      <w:proofErr w:type="spellStart"/>
      <w:r w:rsidR="003367FF">
        <w:t>P</w:t>
      </w:r>
      <w:r w:rsidR="00877C55" w:rsidRPr="00B640B5">
        <w:t>aslaug</w:t>
      </w:r>
      <w:r w:rsidR="0082291C">
        <w:t>os</w:t>
      </w:r>
      <w:proofErr w:type="spellEnd"/>
      <w:r w:rsidR="00877C55" w:rsidRPr="00B640B5">
        <w:t xml:space="preserve"> </w:t>
      </w:r>
      <w:proofErr w:type="spellStart"/>
      <w:r w:rsidR="00877C55" w:rsidRPr="00B640B5">
        <w:t>teikėjas</w:t>
      </w:r>
      <w:proofErr w:type="spellEnd"/>
      <w:r w:rsidR="00877C55" w:rsidRPr="00B640B5">
        <w:t xml:space="preserve"> </w:t>
      </w:r>
      <w:proofErr w:type="spellStart"/>
      <w:r w:rsidR="00877C55" w:rsidRPr="00B640B5">
        <w:t>atsako</w:t>
      </w:r>
      <w:proofErr w:type="spellEnd"/>
      <w:r w:rsidR="00877C55" w:rsidRPr="00B640B5">
        <w:t xml:space="preserve"> </w:t>
      </w:r>
      <w:proofErr w:type="spellStart"/>
      <w:r w:rsidR="00877C55" w:rsidRPr="00B640B5">
        <w:t>už</w:t>
      </w:r>
      <w:proofErr w:type="spellEnd"/>
      <w:r w:rsidR="00877C55" w:rsidRPr="00B640B5">
        <w:t xml:space="preserve"> </w:t>
      </w:r>
      <w:proofErr w:type="spellStart"/>
      <w:r w:rsidR="00877C55" w:rsidRPr="00B640B5">
        <w:t>jų</w:t>
      </w:r>
      <w:proofErr w:type="spellEnd"/>
      <w:r w:rsidR="00877C55" w:rsidRPr="00B640B5">
        <w:t xml:space="preserve"> </w:t>
      </w:r>
      <w:proofErr w:type="spellStart"/>
      <w:r w:rsidR="00877C55" w:rsidRPr="00B640B5">
        <w:t>veiksmus</w:t>
      </w:r>
      <w:proofErr w:type="spellEnd"/>
      <w:r w:rsidR="00877C55" w:rsidRPr="00B640B5">
        <w:t xml:space="preserve"> </w:t>
      </w:r>
      <w:proofErr w:type="spellStart"/>
      <w:r w:rsidR="00877C55" w:rsidRPr="00B640B5">
        <w:t>ir</w:t>
      </w:r>
      <w:proofErr w:type="spellEnd"/>
      <w:r w:rsidR="00877C55" w:rsidRPr="00B640B5">
        <w:t xml:space="preserve"> </w:t>
      </w:r>
      <w:proofErr w:type="spellStart"/>
      <w:r w:rsidR="00877C55" w:rsidRPr="00B640B5">
        <w:t>rezultatus</w:t>
      </w:r>
      <w:proofErr w:type="spellEnd"/>
      <w:r w:rsidR="00877C55" w:rsidRPr="00B640B5">
        <w:t xml:space="preserve"> </w:t>
      </w:r>
      <w:proofErr w:type="spellStart"/>
      <w:r w:rsidR="00877C55" w:rsidRPr="00B640B5">
        <w:t>kaip</w:t>
      </w:r>
      <w:proofErr w:type="spellEnd"/>
      <w:r w:rsidR="00877C55" w:rsidRPr="00B640B5">
        <w:t xml:space="preserve"> </w:t>
      </w:r>
      <w:proofErr w:type="spellStart"/>
      <w:r w:rsidR="00877C55" w:rsidRPr="00B640B5">
        <w:t>už</w:t>
      </w:r>
      <w:proofErr w:type="spellEnd"/>
      <w:r w:rsidR="00877C55" w:rsidRPr="00B640B5">
        <w:t xml:space="preserve"> </w:t>
      </w:r>
      <w:proofErr w:type="spellStart"/>
      <w:r w:rsidR="00877C55" w:rsidRPr="00B640B5">
        <w:t>savo</w:t>
      </w:r>
      <w:proofErr w:type="spellEnd"/>
      <w:r w:rsidR="00877C55" w:rsidRPr="00B640B5">
        <w:t>.</w:t>
      </w:r>
    </w:p>
    <w:p w14:paraId="5A43BBA4" w14:textId="38D23CD8" w:rsidR="002852EB" w:rsidRDefault="00AE58AC" w:rsidP="002852EB">
      <w:pPr>
        <w:spacing w:after="0"/>
        <w:jc w:val="both"/>
      </w:pPr>
      <w:r>
        <w:rPr>
          <w:rFonts w:asciiTheme="majorBidi" w:hAnsiTheme="majorBidi" w:cstheme="majorBidi"/>
        </w:rPr>
        <w:tab/>
        <w:t>1.4.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Laboratorijos</w:t>
      </w:r>
      <w:proofErr w:type="spellEnd"/>
      <w:r w:rsidR="00877C55">
        <w:rPr>
          <w:rFonts w:asciiTheme="majorBidi" w:hAnsiTheme="majorBidi" w:cstheme="majorBidi"/>
        </w:rPr>
        <w:t xml:space="preserve">, </w:t>
      </w:r>
      <w:proofErr w:type="spellStart"/>
      <w:r w:rsidR="00877C55">
        <w:rPr>
          <w:rFonts w:asciiTheme="majorBidi" w:hAnsiTheme="majorBidi" w:cstheme="majorBidi"/>
        </w:rPr>
        <w:t>atliekančios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teršalų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aplinkos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elementuose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matavimus</w:t>
      </w:r>
      <w:proofErr w:type="spellEnd"/>
      <w:r w:rsidR="00877C55" w:rsidRPr="00A2210E">
        <w:t>,</w:t>
      </w:r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tyrimus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ir</w:t>
      </w:r>
      <w:proofErr w:type="spellEnd"/>
      <w:r w:rsidR="00877C55">
        <w:rPr>
          <w:rFonts w:asciiTheme="majorBidi" w:hAnsiTheme="majorBidi" w:cstheme="majorBidi"/>
        </w:rPr>
        <w:t xml:space="preserve"> (</w:t>
      </w:r>
      <w:proofErr w:type="spellStart"/>
      <w:r w:rsidR="00877C55">
        <w:rPr>
          <w:rFonts w:asciiTheme="majorBidi" w:hAnsiTheme="majorBidi" w:cstheme="majorBidi"/>
        </w:rPr>
        <w:t>ar</w:t>
      </w:r>
      <w:proofErr w:type="spellEnd"/>
      <w:r w:rsidR="00877C55">
        <w:rPr>
          <w:rFonts w:asciiTheme="majorBidi" w:hAnsiTheme="majorBidi" w:cstheme="majorBidi"/>
        </w:rPr>
        <w:t xml:space="preserve">) </w:t>
      </w:r>
      <w:proofErr w:type="spellStart"/>
      <w:r w:rsidR="00877C55">
        <w:rPr>
          <w:rFonts w:asciiTheme="majorBidi" w:hAnsiTheme="majorBidi" w:cstheme="majorBidi"/>
        </w:rPr>
        <w:t>imančios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ėminius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laboratoriniams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tyrimams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atlikti</w:t>
      </w:r>
      <w:proofErr w:type="spellEnd"/>
      <w:r w:rsidR="00877C55">
        <w:rPr>
          <w:rFonts w:asciiTheme="majorBidi" w:hAnsiTheme="majorBidi" w:cstheme="majorBidi"/>
        </w:rPr>
        <w:t xml:space="preserve">, </w:t>
      </w:r>
      <w:proofErr w:type="spellStart"/>
      <w:r w:rsidR="00877C55">
        <w:rPr>
          <w:rFonts w:asciiTheme="majorBidi" w:hAnsiTheme="majorBidi" w:cstheme="majorBidi"/>
        </w:rPr>
        <w:t>turi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atitikti</w:t>
      </w:r>
      <w:proofErr w:type="spellEnd"/>
      <w:r w:rsidR="00877C55">
        <w:rPr>
          <w:rFonts w:asciiTheme="majorBidi" w:hAnsiTheme="majorBidi" w:cstheme="majorBidi"/>
        </w:rPr>
        <w:t xml:space="preserve"> Lietuvos </w:t>
      </w:r>
      <w:proofErr w:type="spellStart"/>
      <w:r w:rsidR="00877C55">
        <w:rPr>
          <w:rFonts w:asciiTheme="majorBidi" w:hAnsiTheme="majorBidi" w:cstheme="majorBidi"/>
        </w:rPr>
        <w:t>Respublikos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aplinkos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monitoringo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A2210E" w:rsidRPr="00A2210E">
        <w:t>įstatyme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nustatytus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A2210E" w:rsidRPr="00A2210E">
        <w:t>aplinkos</w:t>
      </w:r>
      <w:proofErr w:type="spellEnd"/>
      <w:r w:rsidR="00A2210E" w:rsidRPr="00A2210E">
        <w:t xml:space="preserve"> </w:t>
      </w:r>
      <w:proofErr w:type="spellStart"/>
      <w:r w:rsidR="00A2210E" w:rsidRPr="00A2210E">
        <w:t>monitoringo</w:t>
      </w:r>
      <w:proofErr w:type="spellEnd"/>
      <w:r w:rsidR="00A2210E" w:rsidRPr="00A2210E">
        <w:t xml:space="preserve"> </w:t>
      </w:r>
      <w:proofErr w:type="spellStart"/>
      <w:r w:rsidR="00A2210E" w:rsidRPr="00A2210E">
        <w:t>tyrimų</w:t>
      </w:r>
      <w:proofErr w:type="spellEnd"/>
      <w:r w:rsidR="00A2210E" w:rsidRPr="00A2210E">
        <w:t xml:space="preserve"> </w:t>
      </w:r>
      <w:proofErr w:type="spellStart"/>
      <w:r w:rsidR="00A2210E" w:rsidRPr="00A2210E">
        <w:t>ir</w:t>
      </w:r>
      <w:proofErr w:type="spellEnd"/>
      <w:r w:rsidR="00A2210E" w:rsidRPr="00A2210E">
        <w:t xml:space="preserve"> </w:t>
      </w:r>
      <w:proofErr w:type="spellStart"/>
      <w:r w:rsidR="00A2210E" w:rsidRPr="00A2210E">
        <w:t>duomenų</w:t>
      </w:r>
      <w:proofErr w:type="spellEnd"/>
      <w:r w:rsidR="00A2210E" w:rsidRPr="00A2210E">
        <w:t xml:space="preserve"> </w:t>
      </w:r>
      <w:proofErr w:type="spellStart"/>
      <w:r w:rsidR="00A2210E" w:rsidRPr="00A2210E">
        <w:t>kokybės</w:t>
      </w:r>
      <w:proofErr w:type="spellEnd"/>
      <w:r w:rsidR="00A2210E" w:rsidRPr="00A2210E">
        <w:t xml:space="preserve"> </w:t>
      </w:r>
      <w:proofErr w:type="spellStart"/>
      <w:r w:rsidR="00A2210E" w:rsidRPr="00A2210E">
        <w:t>užtikrinimo</w:t>
      </w:r>
      <w:proofErr w:type="spellEnd"/>
      <w:r w:rsidR="00A2210E" w:rsidRPr="00A2210E">
        <w:t xml:space="preserve"> </w:t>
      </w:r>
      <w:proofErr w:type="spellStart"/>
      <w:r w:rsidR="00877C55">
        <w:rPr>
          <w:rFonts w:asciiTheme="majorBidi" w:hAnsiTheme="majorBidi" w:cstheme="majorBidi"/>
        </w:rPr>
        <w:t>reikalavimus</w:t>
      </w:r>
      <w:proofErr w:type="spellEnd"/>
      <w:r w:rsidR="00A2210E" w:rsidRPr="00A2210E">
        <w:t xml:space="preserve">, </w:t>
      </w:r>
      <w:proofErr w:type="spellStart"/>
      <w:r w:rsidR="00A2210E" w:rsidRPr="00A2210E">
        <w:t>įskaitant</w:t>
      </w:r>
      <w:proofErr w:type="spellEnd"/>
      <w:r w:rsidR="00A2210E" w:rsidRPr="00A2210E">
        <w:t xml:space="preserve"> </w:t>
      </w:r>
      <w:proofErr w:type="spellStart"/>
      <w:r w:rsidR="00A2210E" w:rsidRPr="00A2210E">
        <w:t>reikalavimus</w:t>
      </w:r>
      <w:proofErr w:type="spellEnd"/>
      <w:r w:rsidR="00A2210E" w:rsidRPr="00A2210E">
        <w:t xml:space="preserve"> </w:t>
      </w:r>
      <w:proofErr w:type="spellStart"/>
      <w:r w:rsidR="00A2210E" w:rsidRPr="00A2210E">
        <w:t>dėl</w:t>
      </w:r>
      <w:proofErr w:type="spellEnd"/>
      <w:r w:rsidR="00A2210E" w:rsidRPr="00A2210E">
        <w:t xml:space="preserve"> </w:t>
      </w:r>
      <w:proofErr w:type="spellStart"/>
      <w:r w:rsidR="00A2210E" w:rsidRPr="00A2210E">
        <w:t>leidimų</w:t>
      </w:r>
      <w:proofErr w:type="spellEnd"/>
      <w:r w:rsidR="00A2210E" w:rsidRPr="00A2210E">
        <w:t xml:space="preserve"> </w:t>
      </w:r>
      <w:proofErr w:type="spellStart"/>
      <w:r w:rsidR="00A2210E" w:rsidRPr="00A2210E">
        <w:t>arba</w:t>
      </w:r>
      <w:proofErr w:type="spellEnd"/>
      <w:r w:rsidR="00A2210E" w:rsidRPr="00A2210E">
        <w:t xml:space="preserve"> </w:t>
      </w:r>
      <w:proofErr w:type="spellStart"/>
      <w:r w:rsidR="00A2210E" w:rsidRPr="00A2210E">
        <w:t>akreditacijos</w:t>
      </w:r>
      <w:proofErr w:type="spellEnd"/>
      <w:r w:rsidR="00A2210E" w:rsidRPr="00A2210E">
        <w:t xml:space="preserve"> </w:t>
      </w:r>
      <w:proofErr w:type="spellStart"/>
      <w:r w:rsidR="00A2210E" w:rsidRPr="00A2210E">
        <w:t>pagal</w:t>
      </w:r>
      <w:proofErr w:type="spellEnd"/>
      <w:r w:rsidR="00A2210E" w:rsidRPr="00A2210E">
        <w:t xml:space="preserve"> LST EN ISO/IEC 17025 </w:t>
      </w:r>
      <w:proofErr w:type="spellStart"/>
      <w:r w:rsidR="00A2210E" w:rsidRPr="00A2210E">
        <w:t>konkretiems</w:t>
      </w:r>
      <w:proofErr w:type="spellEnd"/>
      <w:r w:rsidR="00A2210E" w:rsidRPr="00A2210E">
        <w:t xml:space="preserve"> </w:t>
      </w:r>
      <w:proofErr w:type="spellStart"/>
      <w:r w:rsidR="00A2210E" w:rsidRPr="00A2210E">
        <w:t>teršalams</w:t>
      </w:r>
      <w:proofErr w:type="spellEnd"/>
      <w:r w:rsidR="00A2210E" w:rsidRPr="00A2210E">
        <w:t xml:space="preserve"> </w:t>
      </w:r>
      <w:proofErr w:type="spellStart"/>
      <w:r w:rsidR="00A2210E" w:rsidRPr="00A2210E">
        <w:t>tirti</w:t>
      </w:r>
      <w:proofErr w:type="spellEnd"/>
      <w:r w:rsidR="00A2210E" w:rsidRPr="00A2210E">
        <w:t xml:space="preserve">, </w:t>
      </w:r>
      <w:proofErr w:type="spellStart"/>
      <w:r w:rsidR="00A2210E" w:rsidRPr="00A2210E">
        <w:t>matuoti</w:t>
      </w:r>
      <w:proofErr w:type="spellEnd"/>
      <w:r w:rsidR="00A2210E" w:rsidRPr="00A2210E">
        <w:t xml:space="preserve"> </w:t>
      </w:r>
      <w:proofErr w:type="spellStart"/>
      <w:r w:rsidR="00A2210E" w:rsidRPr="00A2210E">
        <w:t>ir</w:t>
      </w:r>
      <w:proofErr w:type="spellEnd"/>
      <w:r w:rsidR="00A2210E" w:rsidRPr="00A2210E">
        <w:t xml:space="preserve"> (</w:t>
      </w:r>
      <w:proofErr w:type="spellStart"/>
      <w:r w:rsidR="00A2210E" w:rsidRPr="00A2210E">
        <w:t>ar</w:t>
      </w:r>
      <w:proofErr w:type="spellEnd"/>
      <w:r w:rsidR="00A2210E" w:rsidRPr="00A2210E">
        <w:t xml:space="preserve">) </w:t>
      </w:r>
      <w:proofErr w:type="spellStart"/>
      <w:r w:rsidR="00A2210E" w:rsidRPr="00A2210E">
        <w:t>ėminiams</w:t>
      </w:r>
      <w:proofErr w:type="spellEnd"/>
      <w:r w:rsidR="00A2210E" w:rsidRPr="00A2210E">
        <w:t xml:space="preserve"> </w:t>
      </w:r>
      <w:proofErr w:type="spellStart"/>
      <w:r w:rsidR="00A2210E" w:rsidRPr="00A2210E">
        <w:t>imti</w:t>
      </w:r>
      <w:proofErr w:type="spellEnd"/>
      <w:r w:rsidR="00A2210E" w:rsidRPr="00A2210E">
        <w:t xml:space="preserve">, </w:t>
      </w:r>
      <w:proofErr w:type="spellStart"/>
      <w:r w:rsidR="00A2210E" w:rsidRPr="00A2210E">
        <w:t>jeigu</w:t>
      </w:r>
      <w:proofErr w:type="spellEnd"/>
      <w:r w:rsidR="00A2210E" w:rsidRPr="00A2210E">
        <w:t xml:space="preserve"> </w:t>
      </w:r>
      <w:proofErr w:type="spellStart"/>
      <w:r w:rsidR="00A2210E" w:rsidRPr="00A2210E">
        <w:t>tokie</w:t>
      </w:r>
      <w:proofErr w:type="spellEnd"/>
      <w:r w:rsidR="00A2210E" w:rsidRPr="00A2210E">
        <w:t xml:space="preserve"> </w:t>
      </w:r>
      <w:proofErr w:type="spellStart"/>
      <w:r w:rsidR="00A2210E" w:rsidRPr="00A2210E">
        <w:t>reikalavimai</w:t>
      </w:r>
      <w:proofErr w:type="spellEnd"/>
      <w:r w:rsidR="00A2210E" w:rsidRPr="00A2210E">
        <w:t xml:space="preserve"> </w:t>
      </w:r>
      <w:proofErr w:type="spellStart"/>
      <w:r w:rsidR="00A2210E" w:rsidRPr="00A2210E">
        <w:t>taikomi</w:t>
      </w:r>
      <w:proofErr w:type="spellEnd"/>
      <w:r w:rsidR="00A2210E" w:rsidRPr="00A2210E">
        <w:t xml:space="preserve"> </w:t>
      </w:r>
      <w:proofErr w:type="spellStart"/>
      <w:r w:rsidR="00A2210E" w:rsidRPr="00A2210E">
        <w:t>konkrečiai</w:t>
      </w:r>
      <w:proofErr w:type="spellEnd"/>
      <w:r w:rsidR="00A2210E" w:rsidRPr="00A2210E">
        <w:t xml:space="preserve"> </w:t>
      </w:r>
      <w:proofErr w:type="spellStart"/>
      <w:r w:rsidR="00A2210E" w:rsidRPr="00A2210E">
        <w:t>paslaugos</w:t>
      </w:r>
      <w:proofErr w:type="spellEnd"/>
      <w:r w:rsidR="00A2210E" w:rsidRPr="00A2210E">
        <w:t xml:space="preserve"> </w:t>
      </w:r>
      <w:proofErr w:type="spellStart"/>
      <w:r w:rsidR="00A2210E" w:rsidRPr="00A2210E">
        <w:t>daliai</w:t>
      </w:r>
      <w:proofErr w:type="spellEnd"/>
      <w:r w:rsidR="00A2210E" w:rsidRPr="00A2210E">
        <w:t>.</w:t>
      </w:r>
      <w:r w:rsidR="00877C55" w:rsidRPr="00A2210E">
        <w:t xml:space="preserve"> Tyrimai </w:t>
      </w:r>
      <w:proofErr w:type="spellStart"/>
      <w:r w:rsidR="00877C55" w:rsidRPr="00A2210E">
        <w:t>turi</w:t>
      </w:r>
      <w:proofErr w:type="spellEnd"/>
      <w:r w:rsidR="00877C55" w:rsidRPr="00A2210E">
        <w:t xml:space="preserve"> </w:t>
      </w:r>
      <w:proofErr w:type="spellStart"/>
      <w:r w:rsidR="00877C55" w:rsidRPr="00A2210E">
        <w:t>būti</w:t>
      </w:r>
      <w:proofErr w:type="spellEnd"/>
      <w:r w:rsidR="00877C55" w:rsidRPr="00A2210E">
        <w:t xml:space="preserve"> </w:t>
      </w:r>
      <w:proofErr w:type="spellStart"/>
      <w:r w:rsidR="00877C55" w:rsidRPr="00A2210E">
        <w:t>atliekami</w:t>
      </w:r>
      <w:proofErr w:type="spellEnd"/>
      <w:r w:rsidR="00877C55" w:rsidRPr="00A2210E">
        <w:t xml:space="preserve"> </w:t>
      </w:r>
      <w:proofErr w:type="spellStart"/>
      <w:r w:rsidR="00877C55" w:rsidRPr="00A2210E">
        <w:t>taikant</w:t>
      </w:r>
      <w:proofErr w:type="spellEnd"/>
      <w:r w:rsidR="00877C55" w:rsidRPr="00A2210E">
        <w:t xml:space="preserve"> </w:t>
      </w:r>
      <w:proofErr w:type="spellStart"/>
      <w:r w:rsidR="00877C55" w:rsidRPr="00A2210E">
        <w:t>Programoje</w:t>
      </w:r>
      <w:proofErr w:type="spellEnd"/>
      <w:r w:rsidR="00877C55" w:rsidRPr="00A2210E">
        <w:t xml:space="preserve"> </w:t>
      </w:r>
      <w:proofErr w:type="spellStart"/>
      <w:r w:rsidR="00877C55" w:rsidRPr="00A2210E">
        <w:t>nurodytus</w:t>
      </w:r>
      <w:proofErr w:type="spellEnd"/>
      <w:r w:rsidR="00877C55" w:rsidRPr="00A2210E">
        <w:t xml:space="preserve"> </w:t>
      </w:r>
      <w:proofErr w:type="spellStart"/>
      <w:r w:rsidR="00877C55" w:rsidRPr="00A2210E">
        <w:t>arba</w:t>
      </w:r>
      <w:proofErr w:type="spellEnd"/>
      <w:r w:rsidR="00877C55" w:rsidRPr="00A2210E">
        <w:t xml:space="preserve"> </w:t>
      </w:r>
      <w:proofErr w:type="spellStart"/>
      <w:r w:rsidR="00877C55" w:rsidRPr="00A2210E">
        <w:t>lygiaverčius</w:t>
      </w:r>
      <w:proofErr w:type="spellEnd"/>
      <w:r w:rsidR="00877C55" w:rsidRPr="00A2210E">
        <w:t xml:space="preserve"> </w:t>
      </w:r>
      <w:proofErr w:type="spellStart"/>
      <w:r w:rsidR="00877C55" w:rsidRPr="00A2210E">
        <w:t>teisės</w:t>
      </w:r>
      <w:proofErr w:type="spellEnd"/>
      <w:r w:rsidR="00877C55" w:rsidRPr="00A2210E">
        <w:t xml:space="preserve"> </w:t>
      </w:r>
      <w:proofErr w:type="spellStart"/>
      <w:r w:rsidR="00877C55" w:rsidRPr="00A2210E">
        <w:t>aktų</w:t>
      </w:r>
      <w:proofErr w:type="spellEnd"/>
      <w:r w:rsidR="00877C55" w:rsidRPr="00A2210E">
        <w:t xml:space="preserve"> </w:t>
      </w:r>
      <w:proofErr w:type="spellStart"/>
      <w:r w:rsidR="00877C55" w:rsidRPr="00A2210E">
        <w:t>pripažįstamus</w:t>
      </w:r>
      <w:proofErr w:type="spellEnd"/>
      <w:r w:rsidR="00877C55" w:rsidRPr="00A2210E">
        <w:t xml:space="preserve"> </w:t>
      </w:r>
      <w:proofErr w:type="spellStart"/>
      <w:r w:rsidR="00877C55" w:rsidRPr="00A2210E">
        <w:t>metodus</w:t>
      </w:r>
      <w:proofErr w:type="spellEnd"/>
      <w:r w:rsidR="00877C55" w:rsidRPr="00A2210E">
        <w:t>.</w:t>
      </w:r>
    </w:p>
    <w:p w14:paraId="577D54E5" w14:textId="3FA8670C" w:rsidR="002852EB" w:rsidRDefault="00AE58AC" w:rsidP="002852EB">
      <w:pPr>
        <w:spacing w:after="0"/>
        <w:jc w:val="both"/>
      </w:pPr>
      <w:r>
        <w:tab/>
        <w:t>1.5.</w:t>
      </w:r>
      <w:r w:rsidR="00351B1E">
        <w:t xml:space="preserve"> </w:t>
      </w:r>
      <w:proofErr w:type="spellStart"/>
      <w:r w:rsidR="00314814" w:rsidRPr="00314814">
        <w:t>Paslaug</w:t>
      </w:r>
      <w:r w:rsidR="00114E87">
        <w:t>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teikėjas</w:t>
      </w:r>
      <w:proofErr w:type="spellEnd"/>
      <w:r w:rsidR="00877C55">
        <w:rPr>
          <w:rFonts w:asciiTheme="majorBidi" w:hAnsiTheme="majorBidi" w:cstheme="majorBidi"/>
        </w:rPr>
        <w:t xml:space="preserve">, </w:t>
      </w:r>
      <w:proofErr w:type="spellStart"/>
      <w:r w:rsidR="00314814" w:rsidRPr="00314814">
        <w:t>Savivaldybei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paprašius</w:t>
      </w:r>
      <w:proofErr w:type="spellEnd"/>
      <w:r w:rsidR="00314814" w:rsidRPr="00314814">
        <w:t xml:space="preserve"> </w:t>
      </w:r>
      <w:proofErr w:type="spellStart"/>
      <w:r w:rsidR="00314814" w:rsidRPr="00314814">
        <w:t>arba</w:t>
      </w:r>
      <w:proofErr w:type="spellEnd"/>
      <w:r w:rsidR="00314814" w:rsidRPr="00314814">
        <w:t xml:space="preserve"> kai to </w:t>
      </w:r>
      <w:proofErr w:type="spellStart"/>
      <w:r w:rsidR="00314814" w:rsidRPr="00314814">
        <w:t>reikalauja</w:t>
      </w:r>
      <w:proofErr w:type="spellEnd"/>
      <w:r w:rsidR="00314814" w:rsidRPr="00314814">
        <w:t xml:space="preserve"> </w:t>
      </w:r>
      <w:proofErr w:type="spellStart"/>
      <w:r w:rsidR="00314814" w:rsidRPr="00314814">
        <w:t>teisės</w:t>
      </w:r>
      <w:proofErr w:type="spellEnd"/>
      <w:r w:rsidR="00314814" w:rsidRPr="00314814">
        <w:t xml:space="preserve"> </w:t>
      </w:r>
      <w:proofErr w:type="spellStart"/>
      <w:r w:rsidR="00314814" w:rsidRPr="00314814">
        <w:t>aktai</w:t>
      </w:r>
      <w:proofErr w:type="spellEnd"/>
      <w:r w:rsidR="00877C55">
        <w:rPr>
          <w:rFonts w:asciiTheme="majorBidi" w:hAnsiTheme="majorBidi" w:cstheme="majorBidi"/>
        </w:rPr>
        <w:t xml:space="preserve">, </w:t>
      </w:r>
      <w:proofErr w:type="spellStart"/>
      <w:r w:rsidR="00877C55">
        <w:rPr>
          <w:rFonts w:asciiTheme="majorBidi" w:hAnsiTheme="majorBidi" w:cstheme="majorBidi"/>
        </w:rPr>
        <w:t>turi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teikti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informaciją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visuomenei</w:t>
      </w:r>
      <w:proofErr w:type="spellEnd"/>
      <w:r w:rsidR="00877C55">
        <w:rPr>
          <w:rFonts w:asciiTheme="majorBidi" w:hAnsiTheme="majorBidi" w:cstheme="majorBidi"/>
        </w:rPr>
        <w:t xml:space="preserve">, </w:t>
      </w:r>
      <w:proofErr w:type="spellStart"/>
      <w:r w:rsidR="00877C55">
        <w:rPr>
          <w:rFonts w:asciiTheme="majorBidi" w:hAnsiTheme="majorBidi" w:cstheme="majorBidi"/>
        </w:rPr>
        <w:t>Savivaldybei</w:t>
      </w:r>
      <w:proofErr w:type="spellEnd"/>
      <w:r w:rsidR="00877C55">
        <w:rPr>
          <w:rFonts w:asciiTheme="majorBidi" w:hAnsiTheme="majorBidi" w:cstheme="majorBidi"/>
        </w:rPr>
        <w:t xml:space="preserve">, </w:t>
      </w:r>
      <w:proofErr w:type="spellStart"/>
      <w:r w:rsidR="00877C55">
        <w:rPr>
          <w:rFonts w:asciiTheme="majorBidi" w:hAnsiTheme="majorBidi" w:cstheme="majorBidi"/>
        </w:rPr>
        <w:t>valstybės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institucijoms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ir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314814" w:rsidRPr="00314814">
        <w:t>kitiems</w:t>
      </w:r>
      <w:proofErr w:type="spellEnd"/>
      <w:r w:rsidR="00314814" w:rsidRPr="00314814">
        <w:t xml:space="preserve"> </w:t>
      </w:r>
      <w:proofErr w:type="spellStart"/>
      <w:r w:rsidR="00314814" w:rsidRPr="00314814">
        <w:t>teisėtiems</w:t>
      </w:r>
      <w:proofErr w:type="spellEnd"/>
      <w:r w:rsidR="00314814" w:rsidRPr="00314814">
        <w:t xml:space="preserve"> </w:t>
      </w:r>
      <w:proofErr w:type="spellStart"/>
      <w:r w:rsidR="00314814" w:rsidRPr="00314814">
        <w:t>informacijos</w:t>
      </w:r>
      <w:proofErr w:type="spellEnd"/>
      <w:r w:rsidR="00314814" w:rsidRPr="00314814">
        <w:t xml:space="preserve"> </w:t>
      </w:r>
      <w:proofErr w:type="spellStart"/>
      <w:r w:rsidR="00314814" w:rsidRPr="00314814">
        <w:lastRenderedPageBreak/>
        <w:t>gavėjams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teisės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aktų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nustatyta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tvarka</w:t>
      </w:r>
      <w:proofErr w:type="spellEnd"/>
      <w:r w:rsidR="00314814" w:rsidRPr="00314814">
        <w:t xml:space="preserve">, </w:t>
      </w:r>
      <w:proofErr w:type="spellStart"/>
      <w:r w:rsidR="00314814" w:rsidRPr="00314814">
        <w:t>neatskleisdamas</w:t>
      </w:r>
      <w:proofErr w:type="spellEnd"/>
      <w:r w:rsidR="00314814" w:rsidRPr="00314814">
        <w:t xml:space="preserve"> </w:t>
      </w:r>
      <w:proofErr w:type="spellStart"/>
      <w:r w:rsidR="00314814" w:rsidRPr="00314814">
        <w:t>konfidencialios</w:t>
      </w:r>
      <w:proofErr w:type="spellEnd"/>
      <w:r w:rsidR="00314814" w:rsidRPr="00314814">
        <w:t xml:space="preserve"> </w:t>
      </w:r>
      <w:proofErr w:type="spellStart"/>
      <w:r w:rsidR="00314814" w:rsidRPr="00314814">
        <w:t>ar</w:t>
      </w:r>
      <w:proofErr w:type="spellEnd"/>
      <w:r w:rsidR="00314814" w:rsidRPr="00314814">
        <w:t xml:space="preserve"> </w:t>
      </w:r>
      <w:proofErr w:type="spellStart"/>
      <w:r w:rsidR="00314814" w:rsidRPr="00314814">
        <w:t>kitais</w:t>
      </w:r>
      <w:proofErr w:type="spellEnd"/>
      <w:r w:rsidR="00314814" w:rsidRPr="00314814">
        <w:t xml:space="preserve"> </w:t>
      </w:r>
      <w:proofErr w:type="spellStart"/>
      <w:r w:rsidR="00314814" w:rsidRPr="00314814">
        <w:t>teisės</w:t>
      </w:r>
      <w:proofErr w:type="spellEnd"/>
      <w:r w:rsidR="00314814" w:rsidRPr="00314814">
        <w:t xml:space="preserve"> </w:t>
      </w:r>
      <w:proofErr w:type="spellStart"/>
      <w:r w:rsidR="00314814" w:rsidRPr="00314814">
        <w:t>aktais</w:t>
      </w:r>
      <w:proofErr w:type="spellEnd"/>
      <w:r w:rsidR="00314814" w:rsidRPr="00314814">
        <w:t xml:space="preserve"> </w:t>
      </w:r>
      <w:proofErr w:type="spellStart"/>
      <w:r w:rsidR="00314814" w:rsidRPr="00314814">
        <w:t>saugomos</w:t>
      </w:r>
      <w:proofErr w:type="spellEnd"/>
      <w:r w:rsidR="00314814" w:rsidRPr="00314814">
        <w:t xml:space="preserve"> </w:t>
      </w:r>
      <w:proofErr w:type="spellStart"/>
      <w:r w:rsidR="00314814" w:rsidRPr="00314814">
        <w:t>informacijos</w:t>
      </w:r>
      <w:proofErr w:type="spellEnd"/>
      <w:r w:rsidR="00314814" w:rsidRPr="00314814">
        <w:t>.</w:t>
      </w:r>
    </w:p>
    <w:p w14:paraId="55A16B70" w14:textId="5EDD2A76" w:rsidR="002852EB" w:rsidRDefault="00A56A9E" w:rsidP="002852EB">
      <w:pPr>
        <w:spacing w:after="0"/>
        <w:jc w:val="both"/>
      </w:pPr>
      <w:r>
        <w:tab/>
        <w:t>1.6.</w:t>
      </w:r>
      <w:r w:rsidR="00351B1E">
        <w:t xml:space="preserve"> </w:t>
      </w:r>
      <w:proofErr w:type="spellStart"/>
      <w:r w:rsidR="00877C55" w:rsidRPr="009572F8">
        <w:t>Aplinkos</w:t>
      </w:r>
      <w:proofErr w:type="spellEnd"/>
      <w:r w:rsidR="00877C55" w:rsidRPr="009572F8">
        <w:t xml:space="preserve"> </w:t>
      </w:r>
      <w:proofErr w:type="spellStart"/>
      <w:r w:rsidR="00877C55" w:rsidRPr="009572F8">
        <w:t>monitoringo</w:t>
      </w:r>
      <w:proofErr w:type="spellEnd"/>
      <w:r w:rsidR="00877C55" w:rsidRPr="009572F8">
        <w:t xml:space="preserve"> </w:t>
      </w:r>
      <w:proofErr w:type="spellStart"/>
      <w:r w:rsidR="00877C55" w:rsidRPr="009572F8">
        <w:t>vykdymo</w:t>
      </w:r>
      <w:proofErr w:type="spellEnd"/>
      <w:r w:rsidR="00877C55" w:rsidRPr="009572F8">
        <w:t xml:space="preserve"> </w:t>
      </w:r>
      <w:proofErr w:type="spellStart"/>
      <w:r w:rsidR="00877C55" w:rsidRPr="009572F8">
        <w:t>metu</w:t>
      </w:r>
      <w:proofErr w:type="spellEnd"/>
      <w:r w:rsidR="00877C55" w:rsidRPr="009572F8">
        <w:t xml:space="preserve"> </w:t>
      </w:r>
      <w:proofErr w:type="spellStart"/>
      <w:r w:rsidR="00877C55" w:rsidRPr="009572F8">
        <w:t>nustačius</w:t>
      </w:r>
      <w:proofErr w:type="spellEnd"/>
      <w:r w:rsidR="00877C55" w:rsidRPr="009572F8">
        <w:t xml:space="preserve"> </w:t>
      </w:r>
      <w:proofErr w:type="spellStart"/>
      <w:r w:rsidR="00877C55" w:rsidRPr="009572F8">
        <w:t>tiriamų</w:t>
      </w:r>
      <w:proofErr w:type="spellEnd"/>
      <w:r w:rsidR="00877C55" w:rsidRPr="009572F8">
        <w:t xml:space="preserve"> </w:t>
      </w:r>
      <w:proofErr w:type="spellStart"/>
      <w:r w:rsidR="00877C55" w:rsidRPr="009572F8">
        <w:t>parametrų</w:t>
      </w:r>
      <w:proofErr w:type="spellEnd"/>
      <w:r w:rsidR="00877C55" w:rsidRPr="009572F8">
        <w:t xml:space="preserve"> </w:t>
      </w:r>
      <w:proofErr w:type="spellStart"/>
      <w:r w:rsidR="00877C55" w:rsidRPr="009572F8">
        <w:t>ribinių</w:t>
      </w:r>
      <w:proofErr w:type="spellEnd"/>
      <w:r w:rsidR="00877C55" w:rsidRPr="009572F8">
        <w:t xml:space="preserve"> </w:t>
      </w:r>
      <w:proofErr w:type="spellStart"/>
      <w:r w:rsidR="00877C55" w:rsidRPr="009572F8">
        <w:t>ar</w:t>
      </w:r>
      <w:proofErr w:type="spellEnd"/>
      <w:r w:rsidR="00877C55" w:rsidRPr="009572F8">
        <w:t xml:space="preserve"> </w:t>
      </w:r>
      <w:proofErr w:type="spellStart"/>
      <w:r w:rsidR="00877C55" w:rsidRPr="009572F8">
        <w:t>siektinų</w:t>
      </w:r>
      <w:proofErr w:type="spellEnd"/>
      <w:r w:rsidR="00877C55" w:rsidRPr="009572F8">
        <w:t xml:space="preserve"> </w:t>
      </w:r>
      <w:proofErr w:type="spellStart"/>
      <w:r w:rsidR="00877C55" w:rsidRPr="009572F8">
        <w:t>verčių</w:t>
      </w:r>
      <w:proofErr w:type="spellEnd"/>
      <w:r w:rsidR="00877C55" w:rsidRPr="009572F8">
        <w:t xml:space="preserve"> </w:t>
      </w:r>
      <w:proofErr w:type="spellStart"/>
      <w:r w:rsidR="00877C55" w:rsidRPr="009572F8">
        <w:t>viršijimą</w:t>
      </w:r>
      <w:proofErr w:type="spellEnd"/>
      <w:r w:rsidR="00877C55" w:rsidRPr="009572F8">
        <w:t xml:space="preserve">, </w:t>
      </w:r>
      <w:proofErr w:type="spellStart"/>
      <w:r w:rsidR="00877C55" w:rsidRPr="009572F8">
        <w:t>galimą</w:t>
      </w:r>
      <w:proofErr w:type="spellEnd"/>
      <w:r w:rsidR="00877C55" w:rsidRPr="009572F8">
        <w:t xml:space="preserve"> </w:t>
      </w:r>
      <w:proofErr w:type="spellStart"/>
      <w:r w:rsidR="00877C55" w:rsidRPr="009572F8">
        <w:t>taršos</w:t>
      </w:r>
      <w:proofErr w:type="spellEnd"/>
      <w:r w:rsidR="00877C55" w:rsidRPr="009572F8">
        <w:t xml:space="preserve"> </w:t>
      </w:r>
      <w:proofErr w:type="spellStart"/>
      <w:r w:rsidR="00877C55" w:rsidRPr="009572F8">
        <w:t>incidentą</w:t>
      </w:r>
      <w:proofErr w:type="spellEnd"/>
      <w:r w:rsidR="009572F8" w:rsidRPr="009572F8">
        <w:t xml:space="preserve">, </w:t>
      </w:r>
      <w:proofErr w:type="spellStart"/>
      <w:r w:rsidR="00877C55" w:rsidRPr="009572F8">
        <w:t>reikšmingą</w:t>
      </w:r>
      <w:proofErr w:type="spellEnd"/>
      <w:r w:rsidR="00877C55" w:rsidRPr="009572F8">
        <w:t xml:space="preserve"> </w:t>
      </w:r>
      <w:proofErr w:type="spellStart"/>
      <w:r w:rsidR="00877C55" w:rsidRPr="009572F8">
        <w:t>aplinkos</w:t>
      </w:r>
      <w:proofErr w:type="spellEnd"/>
      <w:r w:rsidR="00877C55" w:rsidRPr="009572F8">
        <w:t xml:space="preserve"> </w:t>
      </w:r>
      <w:proofErr w:type="spellStart"/>
      <w:r w:rsidR="00877C55" w:rsidRPr="009572F8">
        <w:t>būklės</w:t>
      </w:r>
      <w:proofErr w:type="spellEnd"/>
      <w:r w:rsidR="00877C55" w:rsidRPr="009572F8">
        <w:t xml:space="preserve"> </w:t>
      </w:r>
      <w:proofErr w:type="spellStart"/>
      <w:r w:rsidR="009572F8" w:rsidRPr="009572F8">
        <w:t>pablogėjimą</w:t>
      </w:r>
      <w:proofErr w:type="spellEnd"/>
      <w:r w:rsidR="009572F8" w:rsidRPr="009572F8">
        <w:t xml:space="preserve"> </w:t>
      </w:r>
      <w:proofErr w:type="spellStart"/>
      <w:r w:rsidR="009572F8" w:rsidRPr="009572F8">
        <w:t>ar</w:t>
      </w:r>
      <w:proofErr w:type="spellEnd"/>
      <w:r w:rsidR="009572F8" w:rsidRPr="009572F8">
        <w:t xml:space="preserve"> </w:t>
      </w:r>
      <w:proofErr w:type="spellStart"/>
      <w:r w:rsidR="009572F8" w:rsidRPr="009572F8">
        <w:t>kitą</w:t>
      </w:r>
      <w:proofErr w:type="spellEnd"/>
      <w:r w:rsidR="009572F8" w:rsidRPr="009572F8">
        <w:t xml:space="preserve"> </w:t>
      </w:r>
      <w:proofErr w:type="spellStart"/>
      <w:r w:rsidR="009572F8" w:rsidRPr="009572F8">
        <w:t>aplinkosaugos</w:t>
      </w:r>
      <w:proofErr w:type="spellEnd"/>
      <w:r w:rsidR="009572F8" w:rsidRPr="009572F8">
        <w:t xml:space="preserve"> </w:t>
      </w:r>
      <w:proofErr w:type="spellStart"/>
      <w:r w:rsidR="009572F8" w:rsidRPr="009572F8">
        <w:t>požiūriu</w:t>
      </w:r>
      <w:proofErr w:type="spellEnd"/>
      <w:r w:rsidR="009572F8" w:rsidRPr="009572F8">
        <w:t xml:space="preserve"> </w:t>
      </w:r>
      <w:proofErr w:type="spellStart"/>
      <w:r w:rsidR="009572F8" w:rsidRPr="009572F8">
        <w:t>svarbią</w:t>
      </w:r>
      <w:proofErr w:type="spellEnd"/>
      <w:r w:rsidR="009572F8" w:rsidRPr="009572F8">
        <w:t xml:space="preserve"> </w:t>
      </w:r>
      <w:proofErr w:type="spellStart"/>
      <w:r w:rsidR="009572F8" w:rsidRPr="009572F8">
        <w:t>aplinkybę</w:t>
      </w:r>
      <w:proofErr w:type="spellEnd"/>
      <w:r w:rsidR="00877C55" w:rsidRPr="009572F8">
        <w:t xml:space="preserve">, </w:t>
      </w:r>
      <w:proofErr w:type="spellStart"/>
      <w:r w:rsidR="006D15F5">
        <w:t>P</w:t>
      </w:r>
      <w:r w:rsidR="00877C55" w:rsidRPr="009572F8">
        <w:t>aslaug</w:t>
      </w:r>
      <w:r w:rsidR="00114E87">
        <w:t>os</w:t>
      </w:r>
      <w:proofErr w:type="spellEnd"/>
      <w:r w:rsidR="00877C55" w:rsidRPr="009572F8">
        <w:t xml:space="preserve"> </w:t>
      </w:r>
      <w:proofErr w:type="spellStart"/>
      <w:r w:rsidR="00877C55" w:rsidRPr="009572F8">
        <w:t>teikėjas</w:t>
      </w:r>
      <w:proofErr w:type="spellEnd"/>
      <w:r w:rsidR="00877C55" w:rsidRPr="009572F8">
        <w:t xml:space="preserve"> </w:t>
      </w:r>
      <w:proofErr w:type="spellStart"/>
      <w:r w:rsidR="00877C55" w:rsidRPr="009572F8">
        <w:t>privalo</w:t>
      </w:r>
      <w:proofErr w:type="spellEnd"/>
      <w:r w:rsidR="00877C55" w:rsidRPr="009572F8">
        <w:t xml:space="preserve"> </w:t>
      </w:r>
      <w:proofErr w:type="spellStart"/>
      <w:r w:rsidR="009572F8" w:rsidRPr="009572F8">
        <w:t>nedelsdamas</w:t>
      </w:r>
      <w:proofErr w:type="spellEnd"/>
      <w:r w:rsidR="009572F8" w:rsidRPr="009572F8">
        <w:t xml:space="preserve">, bet </w:t>
      </w:r>
      <w:r w:rsidR="00877C55" w:rsidRPr="009572F8">
        <w:t xml:space="preserve">ne </w:t>
      </w:r>
      <w:proofErr w:type="spellStart"/>
      <w:r w:rsidR="00877C55" w:rsidRPr="009572F8">
        <w:t>vėliau</w:t>
      </w:r>
      <w:proofErr w:type="spellEnd"/>
      <w:r w:rsidR="00877C55" w:rsidRPr="009572F8">
        <w:t xml:space="preserve"> </w:t>
      </w:r>
      <w:proofErr w:type="spellStart"/>
      <w:r w:rsidR="00877C55" w:rsidRPr="009572F8">
        <w:t>kaip</w:t>
      </w:r>
      <w:proofErr w:type="spellEnd"/>
      <w:r w:rsidR="00877C55" w:rsidRPr="009572F8">
        <w:t xml:space="preserve"> per 1 </w:t>
      </w:r>
      <w:proofErr w:type="spellStart"/>
      <w:r w:rsidR="00877C55" w:rsidRPr="009572F8">
        <w:t>darbo</w:t>
      </w:r>
      <w:proofErr w:type="spellEnd"/>
      <w:r w:rsidR="00877C55" w:rsidRPr="009572F8">
        <w:t xml:space="preserve"> </w:t>
      </w:r>
      <w:proofErr w:type="spellStart"/>
      <w:r w:rsidR="00877C55" w:rsidRPr="009572F8">
        <w:t>dieną</w:t>
      </w:r>
      <w:proofErr w:type="spellEnd"/>
      <w:r w:rsidR="00877C55" w:rsidRPr="009572F8">
        <w:t xml:space="preserve"> </w:t>
      </w:r>
      <w:proofErr w:type="spellStart"/>
      <w:r w:rsidR="009572F8" w:rsidRPr="009572F8">
        <w:t>nuo</w:t>
      </w:r>
      <w:proofErr w:type="spellEnd"/>
      <w:r w:rsidR="009572F8" w:rsidRPr="009572F8">
        <w:t xml:space="preserve"> </w:t>
      </w:r>
      <w:proofErr w:type="spellStart"/>
      <w:r w:rsidR="009572F8" w:rsidRPr="009572F8">
        <w:t>duomenų</w:t>
      </w:r>
      <w:proofErr w:type="spellEnd"/>
      <w:r w:rsidR="009572F8" w:rsidRPr="009572F8">
        <w:t xml:space="preserve"> </w:t>
      </w:r>
      <w:proofErr w:type="spellStart"/>
      <w:r w:rsidR="009572F8" w:rsidRPr="009572F8">
        <w:t>gavimo</w:t>
      </w:r>
      <w:proofErr w:type="spellEnd"/>
      <w:r w:rsidR="009572F8" w:rsidRPr="009572F8">
        <w:t xml:space="preserve"> </w:t>
      </w:r>
      <w:proofErr w:type="spellStart"/>
      <w:r w:rsidR="009572F8" w:rsidRPr="009572F8">
        <w:t>ar</w:t>
      </w:r>
      <w:proofErr w:type="spellEnd"/>
      <w:r w:rsidR="009572F8" w:rsidRPr="009572F8">
        <w:t xml:space="preserve"> </w:t>
      </w:r>
      <w:proofErr w:type="spellStart"/>
      <w:r w:rsidR="009572F8" w:rsidRPr="009572F8">
        <w:t>aplinkybės</w:t>
      </w:r>
      <w:proofErr w:type="spellEnd"/>
      <w:r w:rsidR="009572F8" w:rsidRPr="009572F8">
        <w:t xml:space="preserve"> </w:t>
      </w:r>
      <w:proofErr w:type="spellStart"/>
      <w:r w:rsidR="009572F8" w:rsidRPr="009572F8">
        <w:t>nustatymo</w:t>
      </w:r>
      <w:proofErr w:type="spellEnd"/>
      <w:r w:rsidR="009572F8" w:rsidRPr="009572F8">
        <w:t xml:space="preserve">, </w:t>
      </w:r>
      <w:proofErr w:type="spellStart"/>
      <w:r w:rsidR="00877C55" w:rsidRPr="009572F8">
        <w:t>raštu</w:t>
      </w:r>
      <w:proofErr w:type="spellEnd"/>
      <w:r w:rsidR="00877C55" w:rsidRPr="009572F8">
        <w:t xml:space="preserve"> </w:t>
      </w:r>
      <w:proofErr w:type="spellStart"/>
      <w:r w:rsidR="00877C55" w:rsidRPr="009572F8">
        <w:t>informuoti</w:t>
      </w:r>
      <w:proofErr w:type="spellEnd"/>
      <w:r w:rsidR="00877C55" w:rsidRPr="009572F8">
        <w:t xml:space="preserve"> </w:t>
      </w:r>
      <w:proofErr w:type="spellStart"/>
      <w:r w:rsidR="00877C55" w:rsidRPr="009572F8">
        <w:t>Savivaldybę</w:t>
      </w:r>
      <w:proofErr w:type="spellEnd"/>
      <w:r w:rsidR="009572F8" w:rsidRPr="009572F8">
        <w:t xml:space="preserve">. </w:t>
      </w:r>
      <w:proofErr w:type="spellStart"/>
      <w:r w:rsidR="009572F8" w:rsidRPr="009572F8">
        <w:t>Pranešime</w:t>
      </w:r>
      <w:proofErr w:type="spellEnd"/>
      <w:r w:rsidR="009572F8" w:rsidRPr="009572F8">
        <w:t xml:space="preserve"> </w:t>
      </w:r>
      <w:proofErr w:type="spellStart"/>
      <w:r w:rsidR="009572F8" w:rsidRPr="009572F8">
        <w:t>turi</w:t>
      </w:r>
      <w:proofErr w:type="spellEnd"/>
      <w:r w:rsidR="009572F8" w:rsidRPr="009572F8">
        <w:t xml:space="preserve"> </w:t>
      </w:r>
      <w:proofErr w:type="spellStart"/>
      <w:r w:rsidR="009572F8" w:rsidRPr="009572F8">
        <w:t>būti</w:t>
      </w:r>
      <w:proofErr w:type="spellEnd"/>
      <w:r w:rsidR="009572F8" w:rsidRPr="009572F8">
        <w:t xml:space="preserve"> </w:t>
      </w:r>
      <w:proofErr w:type="spellStart"/>
      <w:r w:rsidR="009572F8" w:rsidRPr="009572F8">
        <w:t>nurodyta</w:t>
      </w:r>
      <w:proofErr w:type="spellEnd"/>
      <w:r w:rsidR="009572F8" w:rsidRPr="009572F8">
        <w:t xml:space="preserve"> </w:t>
      </w:r>
      <w:proofErr w:type="spellStart"/>
      <w:r w:rsidR="009572F8" w:rsidRPr="009572F8">
        <w:t>tyrimo</w:t>
      </w:r>
      <w:proofErr w:type="spellEnd"/>
      <w:r w:rsidR="009572F8" w:rsidRPr="009572F8">
        <w:t xml:space="preserve"> </w:t>
      </w:r>
      <w:proofErr w:type="spellStart"/>
      <w:r w:rsidR="009572F8" w:rsidRPr="009572F8">
        <w:t>vieta</w:t>
      </w:r>
      <w:proofErr w:type="spellEnd"/>
      <w:r w:rsidR="009572F8" w:rsidRPr="009572F8">
        <w:t xml:space="preserve">, data, </w:t>
      </w:r>
      <w:proofErr w:type="spellStart"/>
      <w:r w:rsidR="009572F8" w:rsidRPr="009572F8">
        <w:t>parametras</w:t>
      </w:r>
      <w:proofErr w:type="spellEnd"/>
      <w:r w:rsidR="009572F8" w:rsidRPr="009572F8">
        <w:t xml:space="preserve">, </w:t>
      </w:r>
      <w:proofErr w:type="spellStart"/>
      <w:r w:rsidR="009572F8" w:rsidRPr="009572F8">
        <w:t>nustatyta</w:t>
      </w:r>
      <w:proofErr w:type="spellEnd"/>
      <w:r w:rsidR="009572F8" w:rsidRPr="009572F8">
        <w:t xml:space="preserve"> </w:t>
      </w:r>
      <w:proofErr w:type="spellStart"/>
      <w:r w:rsidR="009572F8" w:rsidRPr="009572F8">
        <w:t>vertė</w:t>
      </w:r>
      <w:proofErr w:type="spellEnd"/>
      <w:r w:rsidR="009572F8" w:rsidRPr="009572F8">
        <w:t xml:space="preserve">, </w:t>
      </w:r>
      <w:proofErr w:type="spellStart"/>
      <w:r w:rsidR="009572F8" w:rsidRPr="009572F8">
        <w:t>taikoma</w:t>
      </w:r>
      <w:proofErr w:type="spellEnd"/>
      <w:r w:rsidR="009572F8" w:rsidRPr="009572F8">
        <w:t xml:space="preserve"> </w:t>
      </w:r>
      <w:proofErr w:type="spellStart"/>
      <w:r w:rsidR="009572F8" w:rsidRPr="009572F8">
        <w:t>ribinė</w:t>
      </w:r>
      <w:proofErr w:type="spellEnd"/>
      <w:r w:rsidR="009572F8" w:rsidRPr="009572F8">
        <w:t xml:space="preserve"> </w:t>
      </w:r>
      <w:proofErr w:type="spellStart"/>
      <w:r w:rsidR="009572F8" w:rsidRPr="009572F8">
        <w:t>ar</w:t>
      </w:r>
      <w:proofErr w:type="spellEnd"/>
      <w:r w:rsidR="009572F8" w:rsidRPr="009572F8">
        <w:t xml:space="preserve"> </w:t>
      </w:r>
      <w:proofErr w:type="spellStart"/>
      <w:r w:rsidR="009572F8" w:rsidRPr="009572F8">
        <w:t>siektina</w:t>
      </w:r>
      <w:proofErr w:type="spellEnd"/>
      <w:r w:rsidR="009572F8" w:rsidRPr="009572F8">
        <w:t xml:space="preserve"> </w:t>
      </w:r>
      <w:proofErr w:type="spellStart"/>
      <w:r w:rsidR="009572F8" w:rsidRPr="009572F8">
        <w:t>vertė</w:t>
      </w:r>
      <w:proofErr w:type="spellEnd"/>
      <w:r w:rsidR="009572F8" w:rsidRPr="009572F8">
        <w:t xml:space="preserve">, </w:t>
      </w:r>
      <w:proofErr w:type="spellStart"/>
      <w:r w:rsidR="009572F8" w:rsidRPr="009572F8">
        <w:t>galimos</w:t>
      </w:r>
      <w:proofErr w:type="spellEnd"/>
      <w:r w:rsidR="009572F8" w:rsidRPr="009572F8">
        <w:t xml:space="preserve"> </w:t>
      </w:r>
      <w:proofErr w:type="spellStart"/>
      <w:r w:rsidR="009572F8" w:rsidRPr="009572F8">
        <w:t>viršijimo</w:t>
      </w:r>
      <w:proofErr w:type="spellEnd"/>
      <w:r w:rsidR="009572F8" w:rsidRPr="009572F8">
        <w:t xml:space="preserve"> </w:t>
      </w:r>
      <w:proofErr w:type="spellStart"/>
      <w:r w:rsidR="009572F8" w:rsidRPr="009572F8">
        <w:t>ar</w:t>
      </w:r>
      <w:proofErr w:type="spellEnd"/>
      <w:r w:rsidR="009572F8" w:rsidRPr="009572F8">
        <w:t xml:space="preserve"> </w:t>
      </w:r>
      <w:proofErr w:type="spellStart"/>
      <w:r w:rsidR="009572F8" w:rsidRPr="009572F8">
        <w:t>taršos</w:t>
      </w:r>
      <w:proofErr w:type="spellEnd"/>
      <w:r w:rsidR="009572F8" w:rsidRPr="009572F8">
        <w:t xml:space="preserve"> </w:t>
      </w:r>
      <w:proofErr w:type="spellStart"/>
      <w:r w:rsidR="009572F8" w:rsidRPr="009572F8">
        <w:t>priežastys</w:t>
      </w:r>
      <w:proofErr w:type="spellEnd"/>
      <w:r w:rsidR="009572F8" w:rsidRPr="009572F8">
        <w:t xml:space="preserve">, </w:t>
      </w:r>
      <w:proofErr w:type="spellStart"/>
      <w:r w:rsidR="009572F8" w:rsidRPr="009572F8">
        <w:t>preliminarus</w:t>
      </w:r>
      <w:proofErr w:type="spellEnd"/>
      <w:r w:rsidR="009572F8" w:rsidRPr="009572F8">
        <w:t xml:space="preserve"> </w:t>
      </w:r>
      <w:proofErr w:type="spellStart"/>
      <w:r w:rsidR="009572F8" w:rsidRPr="009572F8">
        <w:t>poveikio</w:t>
      </w:r>
      <w:proofErr w:type="spellEnd"/>
      <w:r w:rsidR="009572F8" w:rsidRPr="009572F8">
        <w:t xml:space="preserve"> </w:t>
      </w:r>
      <w:proofErr w:type="spellStart"/>
      <w:r w:rsidR="009572F8" w:rsidRPr="009572F8">
        <w:t>aplinkai</w:t>
      </w:r>
      <w:proofErr w:type="spellEnd"/>
      <w:r w:rsidR="00877C55" w:rsidRPr="009572F8">
        <w:t xml:space="preserve"> </w:t>
      </w:r>
      <w:proofErr w:type="spellStart"/>
      <w:r w:rsidR="00877C55" w:rsidRPr="009572F8">
        <w:t>ir</w:t>
      </w:r>
      <w:proofErr w:type="spellEnd"/>
      <w:r w:rsidR="00877C55" w:rsidRPr="009572F8">
        <w:t xml:space="preserve"> </w:t>
      </w:r>
      <w:proofErr w:type="spellStart"/>
      <w:r w:rsidR="009572F8" w:rsidRPr="009572F8">
        <w:t>gyventojams</w:t>
      </w:r>
      <w:proofErr w:type="spellEnd"/>
      <w:r w:rsidR="009572F8" w:rsidRPr="009572F8">
        <w:t xml:space="preserve"> </w:t>
      </w:r>
      <w:proofErr w:type="spellStart"/>
      <w:r w:rsidR="009572F8" w:rsidRPr="009572F8">
        <w:t>vertinimas</w:t>
      </w:r>
      <w:proofErr w:type="spellEnd"/>
      <w:r w:rsidR="00877C55" w:rsidRPr="009572F8">
        <w:t xml:space="preserve"> </w:t>
      </w:r>
      <w:proofErr w:type="spellStart"/>
      <w:r w:rsidR="00877C55" w:rsidRPr="009572F8">
        <w:t>bei</w:t>
      </w:r>
      <w:proofErr w:type="spellEnd"/>
      <w:r w:rsidR="00877C55" w:rsidRPr="009572F8">
        <w:t xml:space="preserve"> </w:t>
      </w:r>
      <w:proofErr w:type="spellStart"/>
      <w:r w:rsidR="009572F8" w:rsidRPr="009572F8">
        <w:t>siūlomi</w:t>
      </w:r>
      <w:proofErr w:type="spellEnd"/>
      <w:r w:rsidR="009572F8" w:rsidRPr="009572F8">
        <w:t xml:space="preserve"> </w:t>
      </w:r>
      <w:proofErr w:type="spellStart"/>
      <w:r w:rsidR="009572F8" w:rsidRPr="009572F8">
        <w:t>neatidėliotini</w:t>
      </w:r>
      <w:proofErr w:type="spellEnd"/>
      <w:r w:rsidR="009572F8" w:rsidRPr="009572F8">
        <w:t xml:space="preserve"> </w:t>
      </w:r>
      <w:proofErr w:type="spellStart"/>
      <w:r w:rsidR="009572F8" w:rsidRPr="009572F8">
        <w:t>ir</w:t>
      </w:r>
      <w:proofErr w:type="spellEnd"/>
      <w:r w:rsidR="009572F8" w:rsidRPr="009572F8">
        <w:t xml:space="preserve"> </w:t>
      </w:r>
      <w:proofErr w:type="spellStart"/>
      <w:r w:rsidR="009572F8" w:rsidRPr="009572F8">
        <w:t>tolesni</w:t>
      </w:r>
      <w:proofErr w:type="spellEnd"/>
      <w:r w:rsidR="009572F8" w:rsidRPr="009572F8">
        <w:t xml:space="preserve"> </w:t>
      </w:r>
      <w:proofErr w:type="spellStart"/>
      <w:r w:rsidR="009572F8" w:rsidRPr="009572F8">
        <w:t>veiksmai</w:t>
      </w:r>
      <w:proofErr w:type="spellEnd"/>
      <w:r w:rsidR="00877C55" w:rsidRPr="009572F8">
        <w:t>.</w:t>
      </w:r>
    </w:p>
    <w:p w14:paraId="2DB37C3E" w14:textId="087F1B34" w:rsidR="002852EB" w:rsidRDefault="00A56A9E" w:rsidP="002852EB">
      <w:pPr>
        <w:spacing w:after="0"/>
        <w:jc w:val="both"/>
      </w:pPr>
      <w:r>
        <w:tab/>
        <w:t>1.7.</w:t>
      </w:r>
      <w:r w:rsidR="00351B1E">
        <w:t xml:space="preserve"> </w:t>
      </w:r>
      <w:proofErr w:type="spellStart"/>
      <w:r w:rsidR="00682BCE" w:rsidRPr="00682BCE">
        <w:t>Paslaug</w:t>
      </w:r>
      <w:r w:rsidR="00114E87">
        <w:t>os</w:t>
      </w:r>
      <w:proofErr w:type="spellEnd"/>
      <w:r w:rsidR="00682BCE" w:rsidRPr="00682BCE">
        <w:t xml:space="preserve"> </w:t>
      </w:r>
      <w:proofErr w:type="spellStart"/>
      <w:r w:rsidR="00682BCE" w:rsidRPr="00682BCE">
        <w:t>teikėjas</w:t>
      </w:r>
      <w:proofErr w:type="spellEnd"/>
      <w:r w:rsidR="00682BCE" w:rsidRPr="00682BCE">
        <w:t xml:space="preserve"> </w:t>
      </w:r>
      <w:proofErr w:type="spellStart"/>
      <w:r w:rsidR="00682BCE" w:rsidRPr="00682BCE">
        <w:t>privalo</w:t>
      </w:r>
      <w:proofErr w:type="spellEnd"/>
      <w:r w:rsidR="00682BCE" w:rsidRPr="00682BCE">
        <w:t xml:space="preserve"> </w:t>
      </w:r>
      <w:proofErr w:type="spellStart"/>
      <w:r w:rsidR="00682BCE" w:rsidRPr="00682BCE">
        <w:t>pasirūpinti</w:t>
      </w:r>
      <w:proofErr w:type="spellEnd"/>
      <w:r w:rsidR="00682BCE" w:rsidRPr="00682BCE">
        <w:t xml:space="preserve"> </w:t>
      </w:r>
      <w:proofErr w:type="spellStart"/>
      <w:r w:rsidR="00682BCE" w:rsidRPr="00682BCE">
        <w:t>nepertraukiamiems</w:t>
      </w:r>
      <w:proofErr w:type="spellEnd"/>
      <w:r w:rsidR="00682BCE" w:rsidRPr="00682BCE">
        <w:t xml:space="preserve"> </w:t>
      </w:r>
      <w:proofErr w:type="spellStart"/>
      <w:r w:rsidR="00682BCE" w:rsidRPr="00682BCE">
        <w:t>arba</w:t>
      </w:r>
      <w:proofErr w:type="spellEnd"/>
      <w:r w:rsidR="00682BCE" w:rsidRPr="00682BCE">
        <w:t xml:space="preserve"> </w:t>
      </w:r>
      <w:proofErr w:type="spellStart"/>
      <w:r w:rsidR="00682BCE" w:rsidRPr="00682BCE">
        <w:t>periodiškai</w:t>
      </w:r>
      <w:proofErr w:type="spellEnd"/>
      <w:r w:rsidR="00682BCE" w:rsidRPr="00682BCE">
        <w:t xml:space="preserve"> </w:t>
      </w:r>
      <w:proofErr w:type="spellStart"/>
      <w:r w:rsidR="00682BCE" w:rsidRPr="00682BCE">
        <w:t>kartojamiems</w:t>
      </w:r>
      <w:proofErr w:type="spellEnd"/>
      <w:r w:rsidR="00682BCE" w:rsidRPr="00682BCE">
        <w:t xml:space="preserve"> </w:t>
      </w:r>
      <w:proofErr w:type="spellStart"/>
      <w:r w:rsidR="00682BCE" w:rsidRPr="00682BCE">
        <w:t>tyrimams</w:t>
      </w:r>
      <w:proofErr w:type="spellEnd"/>
      <w:r w:rsidR="00682BCE" w:rsidRPr="00682BCE">
        <w:t xml:space="preserve"> </w:t>
      </w:r>
      <w:proofErr w:type="spellStart"/>
      <w:r w:rsidR="00682BCE" w:rsidRPr="00682BCE">
        <w:t>atlikti</w:t>
      </w:r>
      <w:proofErr w:type="spellEnd"/>
      <w:r w:rsidR="00682BCE" w:rsidRPr="00682BCE">
        <w:t xml:space="preserve"> </w:t>
      </w:r>
      <w:proofErr w:type="spellStart"/>
      <w:r w:rsidR="00682BCE" w:rsidRPr="00682BCE">
        <w:t>reikalinga</w:t>
      </w:r>
      <w:proofErr w:type="spellEnd"/>
      <w:r w:rsidR="00682BCE" w:rsidRPr="00682BCE">
        <w:t xml:space="preserve"> </w:t>
      </w:r>
      <w:proofErr w:type="spellStart"/>
      <w:r w:rsidR="00682BCE" w:rsidRPr="00682BCE">
        <w:t>įranga</w:t>
      </w:r>
      <w:proofErr w:type="spellEnd"/>
      <w:r w:rsidR="00682BCE" w:rsidRPr="00682BCE">
        <w:t xml:space="preserve">, </w:t>
      </w:r>
      <w:proofErr w:type="spellStart"/>
      <w:r w:rsidR="00682BCE" w:rsidRPr="00682BCE">
        <w:t>jos</w:t>
      </w:r>
      <w:proofErr w:type="spellEnd"/>
      <w:r w:rsidR="00682BCE" w:rsidRPr="00682BCE">
        <w:t xml:space="preserve"> </w:t>
      </w:r>
      <w:proofErr w:type="spellStart"/>
      <w:r w:rsidR="00682BCE" w:rsidRPr="00682BCE">
        <w:t>įrengimu</w:t>
      </w:r>
      <w:proofErr w:type="spellEnd"/>
      <w:r w:rsidR="00682BCE" w:rsidRPr="00682BCE">
        <w:t xml:space="preserve">, </w:t>
      </w:r>
      <w:proofErr w:type="spellStart"/>
      <w:r w:rsidR="00682BCE" w:rsidRPr="00682BCE">
        <w:t>kalibravimu</w:t>
      </w:r>
      <w:proofErr w:type="spellEnd"/>
      <w:r w:rsidR="00682BCE" w:rsidRPr="00682BCE">
        <w:t xml:space="preserve">, </w:t>
      </w:r>
      <w:proofErr w:type="spellStart"/>
      <w:r w:rsidR="00682BCE" w:rsidRPr="00682BCE">
        <w:t>priežiūra</w:t>
      </w:r>
      <w:proofErr w:type="spellEnd"/>
      <w:r w:rsidR="00682BCE" w:rsidRPr="00682BCE">
        <w:t xml:space="preserve">, </w:t>
      </w:r>
      <w:proofErr w:type="spellStart"/>
      <w:r w:rsidR="00682BCE" w:rsidRPr="00682BCE">
        <w:t>saugiu</w:t>
      </w:r>
      <w:proofErr w:type="spellEnd"/>
      <w:r w:rsidR="00682BCE" w:rsidRPr="00682BCE">
        <w:t xml:space="preserve"> </w:t>
      </w:r>
      <w:proofErr w:type="spellStart"/>
      <w:r w:rsidR="00682BCE" w:rsidRPr="00682BCE">
        <w:t>naudojimu</w:t>
      </w:r>
      <w:proofErr w:type="spellEnd"/>
      <w:r w:rsidR="00682BCE" w:rsidRPr="00682BCE">
        <w:t xml:space="preserve"> </w:t>
      </w:r>
      <w:proofErr w:type="spellStart"/>
      <w:r w:rsidR="00682BCE" w:rsidRPr="00682BCE">
        <w:t>ir</w:t>
      </w:r>
      <w:proofErr w:type="spellEnd"/>
      <w:r w:rsidR="00682BCE" w:rsidRPr="00682BCE">
        <w:t xml:space="preserve"> </w:t>
      </w:r>
      <w:proofErr w:type="spellStart"/>
      <w:r w:rsidR="00682BCE" w:rsidRPr="00682BCE">
        <w:t>tinkamu</w:t>
      </w:r>
      <w:proofErr w:type="spellEnd"/>
      <w:r w:rsidR="00682BCE" w:rsidRPr="00682BCE">
        <w:t xml:space="preserve"> </w:t>
      </w:r>
      <w:proofErr w:type="spellStart"/>
      <w:r w:rsidR="00682BCE" w:rsidRPr="00682BCE">
        <w:t>veikimu</w:t>
      </w:r>
      <w:proofErr w:type="spellEnd"/>
      <w:r w:rsidR="00682BCE" w:rsidRPr="00682BCE">
        <w:t xml:space="preserve"> </w:t>
      </w:r>
      <w:proofErr w:type="spellStart"/>
      <w:r w:rsidR="00682BCE" w:rsidRPr="00682BCE">
        <w:t>visą</w:t>
      </w:r>
      <w:proofErr w:type="spellEnd"/>
      <w:r w:rsidR="00682BCE" w:rsidRPr="00682BCE">
        <w:t xml:space="preserve"> </w:t>
      </w:r>
      <w:proofErr w:type="spellStart"/>
      <w:r w:rsidR="00682BCE" w:rsidRPr="00682BCE">
        <w:t>sutarties</w:t>
      </w:r>
      <w:proofErr w:type="spellEnd"/>
      <w:r w:rsidR="00682BCE" w:rsidRPr="00682BCE">
        <w:t xml:space="preserve"> </w:t>
      </w:r>
      <w:proofErr w:type="spellStart"/>
      <w:r w:rsidR="00682BCE" w:rsidRPr="00682BCE">
        <w:t>vykdymo</w:t>
      </w:r>
      <w:proofErr w:type="spellEnd"/>
      <w:r w:rsidR="00682BCE" w:rsidRPr="00682BCE">
        <w:t xml:space="preserve"> </w:t>
      </w:r>
      <w:proofErr w:type="spellStart"/>
      <w:r w:rsidR="00682BCE" w:rsidRPr="00682BCE">
        <w:t>laikotarpį</w:t>
      </w:r>
      <w:proofErr w:type="spellEnd"/>
      <w:r w:rsidR="00682BCE" w:rsidRPr="00682BCE">
        <w:t xml:space="preserve">, </w:t>
      </w:r>
      <w:proofErr w:type="spellStart"/>
      <w:r w:rsidR="00682BCE" w:rsidRPr="00682BCE">
        <w:t>kiek</w:t>
      </w:r>
      <w:proofErr w:type="spellEnd"/>
      <w:r w:rsidR="00682BCE" w:rsidRPr="00682BCE">
        <w:t xml:space="preserve"> tai </w:t>
      </w:r>
      <w:proofErr w:type="spellStart"/>
      <w:r w:rsidR="00682BCE" w:rsidRPr="00682BCE">
        <w:t>būtina</w:t>
      </w:r>
      <w:proofErr w:type="spellEnd"/>
      <w:r w:rsidR="00682BCE" w:rsidRPr="00682BCE">
        <w:t xml:space="preserve"> </w:t>
      </w:r>
      <w:proofErr w:type="spellStart"/>
      <w:r w:rsidR="00682BCE" w:rsidRPr="00682BCE">
        <w:t>Programoje</w:t>
      </w:r>
      <w:proofErr w:type="spellEnd"/>
      <w:r w:rsidR="00682BCE" w:rsidRPr="00682BCE">
        <w:t xml:space="preserve"> </w:t>
      </w:r>
      <w:proofErr w:type="spellStart"/>
      <w:r w:rsidR="00682BCE" w:rsidRPr="00682BCE">
        <w:t>ir</w:t>
      </w:r>
      <w:proofErr w:type="spellEnd"/>
      <w:r w:rsidR="00682BCE" w:rsidRPr="00682BCE">
        <w:t xml:space="preserve"> </w:t>
      </w:r>
      <w:proofErr w:type="spellStart"/>
      <w:r w:rsidR="00682BCE" w:rsidRPr="00682BCE">
        <w:t>šioje</w:t>
      </w:r>
      <w:proofErr w:type="spellEnd"/>
      <w:r w:rsidR="00682BCE" w:rsidRPr="00682BCE">
        <w:t xml:space="preserve"> </w:t>
      </w:r>
      <w:proofErr w:type="spellStart"/>
      <w:r w:rsidR="00682BCE" w:rsidRPr="00682BCE">
        <w:t>techninėje</w:t>
      </w:r>
      <w:proofErr w:type="spellEnd"/>
      <w:r w:rsidR="00682BCE" w:rsidRPr="00682BCE">
        <w:t xml:space="preserve"> </w:t>
      </w:r>
      <w:proofErr w:type="spellStart"/>
      <w:r w:rsidR="00682BCE" w:rsidRPr="00682BCE">
        <w:t>specifikacijoje</w:t>
      </w:r>
      <w:proofErr w:type="spellEnd"/>
      <w:r w:rsidR="00682BCE" w:rsidRPr="00682BCE">
        <w:t xml:space="preserve"> </w:t>
      </w:r>
      <w:proofErr w:type="spellStart"/>
      <w:r w:rsidR="00682BCE" w:rsidRPr="00682BCE">
        <w:t>numatyt</w:t>
      </w:r>
      <w:r w:rsidR="00BE3432">
        <w:t>ai</w:t>
      </w:r>
      <w:proofErr w:type="spellEnd"/>
      <w:r w:rsidR="00682BCE" w:rsidRPr="00682BCE">
        <w:t xml:space="preserve"> </w:t>
      </w:r>
      <w:proofErr w:type="spellStart"/>
      <w:r w:rsidR="00682BCE" w:rsidRPr="00682BCE">
        <w:t>paslaug</w:t>
      </w:r>
      <w:r w:rsidR="00BE3432">
        <w:t>ai</w:t>
      </w:r>
      <w:proofErr w:type="spellEnd"/>
      <w:r w:rsidR="00682BCE" w:rsidRPr="00682BCE">
        <w:t xml:space="preserve"> </w:t>
      </w:r>
      <w:proofErr w:type="spellStart"/>
      <w:r w:rsidR="00682BCE" w:rsidRPr="00682BCE">
        <w:t>suteikti</w:t>
      </w:r>
      <w:proofErr w:type="spellEnd"/>
      <w:r w:rsidR="00682BCE" w:rsidRPr="00682BCE">
        <w:t>.</w:t>
      </w:r>
    </w:p>
    <w:p w14:paraId="526D90A4" w14:textId="718FAD72" w:rsidR="002852EB" w:rsidRDefault="00A56A9E" w:rsidP="002852EB">
      <w:pPr>
        <w:spacing w:after="0"/>
        <w:jc w:val="both"/>
      </w:pPr>
      <w:r>
        <w:rPr>
          <w:rFonts w:asciiTheme="majorBidi" w:hAnsiTheme="majorBidi" w:cstheme="majorBidi"/>
        </w:rPr>
        <w:tab/>
        <w:t>1.8.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Prieš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atliekant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5B40C5" w:rsidRPr="005B40C5">
        <w:t>planinius</w:t>
      </w:r>
      <w:proofErr w:type="spellEnd"/>
      <w:r w:rsidR="005B40C5" w:rsidRPr="005B40C5">
        <w:t xml:space="preserve"> </w:t>
      </w:r>
      <w:proofErr w:type="spellStart"/>
      <w:r w:rsidR="00877C55">
        <w:rPr>
          <w:rFonts w:asciiTheme="majorBidi" w:hAnsiTheme="majorBidi" w:cstheme="majorBidi"/>
        </w:rPr>
        <w:t>tyrimus</w:t>
      </w:r>
      <w:proofErr w:type="spellEnd"/>
      <w:r w:rsidR="00877C55">
        <w:rPr>
          <w:rFonts w:asciiTheme="majorBidi" w:hAnsiTheme="majorBidi" w:cstheme="majorBidi"/>
        </w:rPr>
        <w:t xml:space="preserve">, </w:t>
      </w:r>
      <w:proofErr w:type="spellStart"/>
      <w:r w:rsidR="001F308C">
        <w:rPr>
          <w:rFonts w:asciiTheme="majorBidi" w:hAnsiTheme="majorBidi" w:cstheme="majorBidi"/>
        </w:rPr>
        <w:t>P</w:t>
      </w:r>
      <w:r w:rsidR="005B40C5" w:rsidRPr="005B40C5">
        <w:t>aslaug</w:t>
      </w:r>
      <w:r w:rsidR="00114E87">
        <w:t>os</w:t>
      </w:r>
      <w:proofErr w:type="spellEnd"/>
      <w:r w:rsidR="005B40C5" w:rsidRPr="005B40C5">
        <w:t xml:space="preserve"> </w:t>
      </w:r>
      <w:proofErr w:type="spellStart"/>
      <w:r w:rsidR="005B40C5" w:rsidRPr="005B40C5">
        <w:t>teikėjas</w:t>
      </w:r>
      <w:proofErr w:type="spellEnd"/>
      <w:r w:rsidR="005B40C5" w:rsidRPr="005B40C5">
        <w:t xml:space="preserve"> </w:t>
      </w:r>
      <w:proofErr w:type="spellStart"/>
      <w:r w:rsidR="00877C55">
        <w:rPr>
          <w:rFonts w:asciiTheme="majorBidi" w:hAnsiTheme="majorBidi" w:cstheme="majorBidi"/>
        </w:rPr>
        <w:t>iš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anksto</w:t>
      </w:r>
      <w:proofErr w:type="spellEnd"/>
      <w:r w:rsidR="005B40C5" w:rsidRPr="005B40C5">
        <w:t xml:space="preserve">, ne </w:t>
      </w:r>
      <w:proofErr w:type="spellStart"/>
      <w:r w:rsidR="005B40C5" w:rsidRPr="005B40C5">
        <w:t>vėliau</w:t>
      </w:r>
      <w:proofErr w:type="spellEnd"/>
      <w:r w:rsidR="005B40C5" w:rsidRPr="005B40C5">
        <w:t xml:space="preserve"> </w:t>
      </w:r>
      <w:proofErr w:type="spellStart"/>
      <w:r w:rsidR="005B40C5" w:rsidRPr="005B40C5">
        <w:t>kaip</w:t>
      </w:r>
      <w:proofErr w:type="spellEnd"/>
      <w:r w:rsidR="005B40C5" w:rsidRPr="005B40C5">
        <w:t xml:space="preserve"> </w:t>
      </w:r>
      <w:proofErr w:type="spellStart"/>
      <w:r w:rsidR="005B40C5" w:rsidRPr="005B40C5">
        <w:t>prieš</w:t>
      </w:r>
      <w:proofErr w:type="spellEnd"/>
      <w:r w:rsidR="005B40C5" w:rsidRPr="005B40C5">
        <w:t xml:space="preserve"> 3 </w:t>
      </w:r>
      <w:proofErr w:type="spellStart"/>
      <w:r w:rsidR="005B40C5" w:rsidRPr="005B40C5">
        <w:t>darbo</w:t>
      </w:r>
      <w:proofErr w:type="spellEnd"/>
      <w:r w:rsidR="005B40C5" w:rsidRPr="005B40C5">
        <w:t xml:space="preserve"> </w:t>
      </w:r>
      <w:proofErr w:type="spellStart"/>
      <w:r w:rsidR="005B40C5" w:rsidRPr="005B40C5">
        <w:t>dienas</w:t>
      </w:r>
      <w:proofErr w:type="spellEnd"/>
      <w:r w:rsidR="005B40C5" w:rsidRPr="005B40C5">
        <w:t>,</w:t>
      </w:r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elektroniniu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paštu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5B40C5" w:rsidRPr="005B40C5">
        <w:t>informuoja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Savivaldybės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5B40C5" w:rsidRPr="005B40C5">
        <w:t>Aplinkos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apsaugos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skyriaus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5B40C5" w:rsidRPr="005B40C5">
        <w:t>atsakingą</w:t>
      </w:r>
      <w:proofErr w:type="spellEnd"/>
      <w:r w:rsidR="005B40C5" w:rsidRPr="005B40C5">
        <w:t xml:space="preserve"> </w:t>
      </w:r>
      <w:proofErr w:type="spellStart"/>
      <w:r w:rsidR="00877C55">
        <w:rPr>
          <w:rFonts w:asciiTheme="majorBidi" w:hAnsiTheme="majorBidi" w:cstheme="majorBidi"/>
        </w:rPr>
        <w:t>specialistą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5B40C5" w:rsidRPr="005B40C5">
        <w:t>apie</w:t>
      </w:r>
      <w:proofErr w:type="spellEnd"/>
      <w:r w:rsidR="005B40C5" w:rsidRPr="005B40C5">
        <w:t xml:space="preserve"> </w:t>
      </w:r>
      <w:proofErr w:type="spellStart"/>
      <w:r w:rsidR="005B40C5" w:rsidRPr="005B40C5">
        <w:t>numatomą</w:t>
      </w:r>
      <w:proofErr w:type="spellEnd"/>
      <w:r w:rsidR="005B40C5" w:rsidRPr="005B40C5">
        <w:t xml:space="preserve"> </w:t>
      </w:r>
      <w:proofErr w:type="spellStart"/>
      <w:r w:rsidR="005B40C5" w:rsidRPr="005B40C5">
        <w:t>tyrimų</w:t>
      </w:r>
      <w:proofErr w:type="spellEnd"/>
      <w:r w:rsidR="005B40C5" w:rsidRPr="005B40C5">
        <w:t xml:space="preserve"> </w:t>
      </w:r>
      <w:proofErr w:type="spellStart"/>
      <w:r w:rsidR="005B40C5" w:rsidRPr="005B40C5">
        <w:t>datą</w:t>
      </w:r>
      <w:proofErr w:type="spellEnd"/>
      <w:r w:rsidR="005B40C5" w:rsidRPr="005B40C5">
        <w:t xml:space="preserve">, </w:t>
      </w:r>
      <w:proofErr w:type="spellStart"/>
      <w:r w:rsidR="005B40C5" w:rsidRPr="005B40C5">
        <w:t>vietą</w:t>
      </w:r>
      <w:proofErr w:type="spellEnd"/>
      <w:r w:rsidR="005B40C5" w:rsidRPr="005B40C5">
        <w:t xml:space="preserve"> </w:t>
      </w:r>
      <w:proofErr w:type="spellStart"/>
      <w:r w:rsidR="005B40C5" w:rsidRPr="005B40C5">
        <w:t>ir</w:t>
      </w:r>
      <w:proofErr w:type="spellEnd"/>
      <w:r w:rsidR="005B40C5" w:rsidRPr="005B40C5">
        <w:t xml:space="preserve"> </w:t>
      </w:r>
      <w:proofErr w:type="spellStart"/>
      <w:r w:rsidR="005B40C5" w:rsidRPr="005B40C5">
        <w:t>pobūdį</w:t>
      </w:r>
      <w:proofErr w:type="spellEnd"/>
      <w:r w:rsidR="005B40C5" w:rsidRPr="005B40C5">
        <w:t xml:space="preserve">. </w:t>
      </w:r>
      <w:proofErr w:type="spellStart"/>
      <w:r w:rsidR="005B40C5" w:rsidRPr="005B40C5">
        <w:t>Savivaldybei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paprašius</w:t>
      </w:r>
      <w:proofErr w:type="spellEnd"/>
      <w:r w:rsidR="00877C55">
        <w:rPr>
          <w:rFonts w:asciiTheme="majorBidi" w:hAnsiTheme="majorBidi" w:cstheme="majorBidi"/>
        </w:rPr>
        <w:t xml:space="preserve">, </w:t>
      </w:r>
      <w:proofErr w:type="spellStart"/>
      <w:r w:rsidR="005B40C5" w:rsidRPr="005B40C5">
        <w:t>turi</w:t>
      </w:r>
      <w:proofErr w:type="spellEnd"/>
      <w:r w:rsidR="005B40C5" w:rsidRPr="005B40C5">
        <w:t xml:space="preserve"> </w:t>
      </w:r>
      <w:proofErr w:type="spellStart"/>
      <w:r w:rsidR="005B40C5" w:rsidRPr="005B40C5">
        <w:t>būti</w:t>
      </w:r>
      <w:proofErr w:type="spellEnd"/>
      <w:r w:rsidR="005B40C5" w:rsidRPr="005B40C5">
        <w:t xml:space="preserve"> </w:t>
      </w:r>
      <w:proofErr w:type="spellStart"/>
      <w:r w:rsidR="005B40C5" w:rsidRPr="005B40C5">
        <w:t>sudarytos</w:t>
      </w:r>
      <w:proofErr w:type="spellEnd"/>
      <w:r w:rsidR="005B40C5" w:rsidRPr="005B40C5">
        <w:t xml:space="preserve"> </w:t>
      </w:r>
      <w:proofErr w:type="spellStart"/>
      <w:r w:rsidR="005B40C5" w:rsidRPr="005B40C5">
        <w:t>sąlygos</w:t>
      </w:r>
      <w:proofErr w:type="spellEnd"/>
      <w:r w:rsidR="005B40C5" w:rsidRPr="005B40C5">
        <w:t xml:space="preserve"> </w:t>
      </w:r>
      <w:proofErr w:type="spellStart"/>
      <w:r w:rsidR="005B40C5" w:rsidRPr="005B40C5">
        <w:t>jos</w:t>
      </w:r>
      <w:proofErr w:type="spellEnd"/>
      <w:r w:rsidR="005B40C5" w:rsidRPr="005B40C5">
        <w:t xml:space="preserve"> </w:t>
      </w:r>
      <w:proofErr w:type="spellStart"/>
      <w:r w:rsidR="005B40C5" w:rsidRPr="005B40C5">
        <w:t>atstovui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dalyvauti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5B40C5" w:rsidRPr="005B40C5">
        <w:t>tyrimų</w:t>
      </w:r>
      <w:proofErr w:type="spellEnd"/>
      <w:r w:rsidR="005B40C5" w:rsidRPr="005B40C5">
        <w:t xml:space="preserve"> </w:t>
      </w:r>
      <w:proofErr w:type="spellStart"/>
      <w:r w:rsidR="005B40C5" w:rsidRPr="005B40C5">
        <w:t>ar</w:t>
      </w:r>
      <w:proofErr w:type="spellEnd"/>
      <w:r w:rsidR="005B40C5" w:rsidRPr="005B40C5">
        <w:t xml:space="preserve"> </w:t>
      </w:r>
      <w:proofErr w:type="spellStart"/>
      <w:r w:rsidR="005B40C5" w:rsidRPr="005B40C5">
        <w:t>ėminių</w:t>
      </w:r>
      <w:proofErr w:type="spellEnd"/>
      <w:r w:rsidR="005B40C5" w:rsidRPr="005B40C5">
        <w:t xml:space="preserve"> </w:t>
      </w:r>
      <w:proofErr w:type="spellStart"/>
      <w:r w:rsidR="005B40C5" w:rsidRPr="005B40C5">
        <w:t>paėmimo</w:t>
      </w:r>
      <w:proofErr w:type="spellEnd"/>
      <w:r w:rsidR="005B40C5" w:rsidRPr="005B40C5">
        <w:t xml:space="preserve"> </w:t>
      </w:r>
      <w:proofErr w:type="spellStart"/>
      <w:r w:rsidR="005B40C5" w:rsidRPr="005B40C5">
        <w:t>metu</w:t>
      </w:r>
      <w:proofErr w:type="spellEnd"/>
      <w:r w:rsidR="005B40C5" w:rsidRPr="005B40C5">
        <w:t>.</w:t>
      </w:r>
    </w:p>
    <w:p w14:paraId="2100A236" w14:textId="1787D9CB" w:rsidR="00E80A06" w:rsidRDefault="00A56A9E" w:rsidP="00E80A06">
      <w:pPr>
        <w:spacing w:after="0"/>
        <w:jc w:val="both"/>
        <w:rPr>
          <w:rFonts w:asciiTheme="majorBidi" w:hAnsiTheme="majorBidi" w:cstheme="majorBidi"/>
        </w:rPr>
      </w:pPr>
      <w:r>
        <w:tab/>
        <w:t>1.9.</w:t>
      </w:r>
      <w:r w:rsidR="00351B1E">
        <w:t xml:space="preserve"> </w:t>
      </w:r>
      <w:proofErr w:type="spellStart"/>
      <w:r w:rsidR="00F92DB3" w:rsidRPr="00F92DB3">
        <w:t>Paslaug</w:t>
      </w:r>
      <w:r w:rsidR="00C042C4">
        <w:t>os</w:t>
      </w:r>
      <w:proofErr w:type="spellEnd"/>
      <w:r w:rsidR="00F92DB3" w:rsidRPr="00F92DB3"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teikėjas</w:t>
      </w:r>
      <w:proofErr w:type="spellEnd"/>
      <w:r w:rsidR="00877C55" w:rsidRPr="00DA77CB">
        <w:rPr>
          <w:rFonts w:asciiTheme="majorBidi" w:hAnsiTheme="majorBidi" w:cstheme="majorBidi"/>
        </w:rPr>
        <w:t xml:space="preserve"> per </w:t>
      </w:r>
      <w:r w:rsidR="00877C55">
        <w:rPr>
          <w:rFonts w:asciiTheme="majorBidi" w:hAnsiTheme="majorBidi" w:cstheme="majorBidi"/>
        </w:rPr>
        <w:t>5 (</w:t>
      </w:r>
      <w:proofErr w:type="spellStart"/>
      <w:r w:rsidR="00877C55">
        <w:rPr>
          <w:rFonts w:asciiTheme="majorBidi" w:hAnsiTheme="majorBidi" w:cstheme="majorBidi"/>
        </w:rPr>
        <w:t>penkias</w:t>
      </w:r>
      <w:proofErr w:type="spellEnd"/>
      <w:r w:rsidR="00877C55">
        <w:rPr>
          <w:rFonts w:asciiTheme="majorBidi" w:hAnsiTheme="majorBidi" w:cstheme="majorBidi"/>
        </w:rPr>
        <w:t>)</w:t>
      </w:r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darbo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dien</w:t>
      </w:r>
      <w:r w:rsidR="00877C55">
        <w:rPr>
          <w:rFonts w:asciiTheme="majorBidi" w:hAnsiTheme="majorBidi" w:cstheme="majorBidi"/>
        </w:rPr>
        <w:t>as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nuo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sutarties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įsigaliojimo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F92DB3" w:rsidRPr="00F92DB3">
        <w:t>dienos</w:t>
      </w:r>
      <w:proofErr w:type="spellEnd"/>
      <w:r w:rsidR="00F92DB3" w:rsidRPr="00F92DB3"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privalo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parengti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ir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su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Savivaldybe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suderinti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F92DB3" w:rsidRPr="00F92DB3">
        <w:t>paslau</w:t>
      </w:r>
      <w:r w:rsidR="00BE3432">
        <w:t>gos</w:t>
      </w:r>
      <w:proofErr w:type="spellEnd"/>
      <w:r w:rsidR="00F92DB3" w:rsidRPr="00F92DB3"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vykdymo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grafiką</w:t>
      </w:r>
      <w:proofErr w:type="spellEnd"/>
      <w:r w:rsidR="00877C55" w:rsidRPr="00DA77CB">
        <w:rPr>
          <w:rFonts w:asciiTheme="majorBidi" w:hAnsiTheme="majorBidi" w:cstheme="majorBidi"/>
        </w:rPr>
        <w:t xml:space="preserve">. </w:t>
      </w:r>
      <w:proofErr w:type="spellStart"/>
      <w:r w:rsidR="00877C55">
        <w:rPr>
          <w:rFonts w:asciiTheme="majorBidi" w:hAnsiTheme="majorBidi" w:cstheme="majorBidi"/>
        </w:rPr>
        <w:t>Paslaug</w:t>
      </w:r>
      <w:r w:rsidR="00BE3432">
        <w:rPr>
          <w:rFonts w:asciiTheme="majorBidi" w:hAnsiTheme="majorBidi" w:cstheme="majorBidi"/>
        </w:rPr>
        <w:t>a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turi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būti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vykdom</w:t>
      </w:r>
      <w:r w:rsidR="00BE3432">
        <w:rPr>
          <w:rFonts w:asciiTheme="majorBidi" w:hAnsiTheme="majorBidi" w:cstheme="majorBidi"/>
        </w:rPr>
        <w:t>a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pagal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suderintą</w:t>
      </w:r>
      <w:proofErr w:type="spellEnd"/>
      <w:r w:rsidR="00877C55" w:rsidRPr="00DA77CB">
        <w:rPr>
          <w:rFonts w:asciiTheme="majorBidi" w:hAnsiTheme="majorBidi" w:cstheme="majorBidi"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</w:rPr>
        <w:t>grafiką</w:t>
      </w:r>
      <w:proofErr w:type="spellEnd"/>
      <w:r w:rsidR="00F92DB3" w:rsidRPr="00F92DB3">
        <w:t xml:space="preserve">, o jo </w:t>
      </w:r>
      <w:proofErr w:type="spellStart"/>
      <w:r w:rsidR="00F92DB3" w:rsidRPr="00F92DB3">
        <w:t>pakeitimai</w:t>
      </w:r>
      <w:proofErr w:type="spellEnd"/>
      <w:r w:rsidR="00F92DB3" w:rsidRPr="00F92DB3">
        <w:t xml:space="preserve"> </w:t>
      </w:r>
      <w:proofErr w:type="spellStart"/>
      <w:r w:rsidR="00F92DB3" w:rsidRPr="00F92DB3">
        <w:t>galimi</w:t>
      </w:r>
      <w:proofErr w:type="spellEnd"/>
      <w:r w:rsidR="00F92DB3" w:rsidRPr="00F92DB3">
        <w:t xml:space="preserve"> tik </w:t>
      </w:r>
      <w:proofErr w:type="spellStart"/>
      <w:r w:rsidR="00F92DB3" w:rsidRPr="00F92DB3">
        <w:t>raštu</w:t>
      </w:r>
      <w:proofErr w:type="spellEnd"/>
      <w:r w:rsidR="00F92DB3" w:rsidRPr="00F92DB3">
        <w:t xml:space="preserve"> </w:t>
      </w:r>
      <w:proofErr w:type="spellStart"/>
      <w:r w:rsidR="00F92DB3" w:rsidRPr="00F92DB3">
        <w:t>suderinus</w:t>
      </w:r>
      <w:proofErr w:type="spellEnd"/>
      <w:r w:rsidR="00F92DB3" w:rsidRPr="00F92DB3">
        <w:t xml:space="preserve"> </w:t>
      </w:r>
      <w:proofErr w:type="spellStart"/>
      <w:r w:rsidR="00F92DB3" w:rsidRPr="00F92DB3">
        <w:t>su</w:t>
      </w:r>
      <w:proofErr w:type="spellEnd"/>
      <w:r w:rsidR="00F92DB3" w:rsidRPr="00F92DB3">
        <w:t xml:space="preserve"> </w:t>
      </w:r>
      <w:proofErr w:type="spellStart"/>
      <w:r w:rsidR="00F92DB3" w:rsidRPr="00F92DB3">
        <w:t>Savivaldybe</w:t>
      </w:r>
      <w:proofErr w:type="spellEnd"/>
      <w:r w:rsidR="00877C55" w:rsidRPr="00DA77CB">
        <w:rPr>
          <w:rFonts w:asciiTheme="majorBidi" w:hAnsiTheme="majorBidi" w:cstheme="majorBidi"/>
        </w:rPr>
        <w:t>.</w:t>
      </w:r>
    </w:p>
    <w:p w14:paraId="1787E261" w14:textId="4845738C" w:rsidR="00E80A06" w:rsidRDefault="00DF67C8" w:rsidP="00E80A06">
      <w:pPr>
        <w:spacing w:after="0"/>
        <w:jc w:val="both"/>
      </w:pPr>
      <w:r>
        <w:tab/>
        <w:t>1.10.</w:t>
      </w:r>
      <w:r w:rsidR="00351B1E">
        <w:t xml:space="preserve"> </w:t>
      </w:r>
      <w:proofErr w:type="spellStart"/>
      <w:r w:rsidR="00877C55">
        <w:t>Paslaug</w:t>
      </w:r>
      <w:r w:rsidR="00C042C4">
        <w:t>os</w:t>
      </w:r>
      <w:proofErr w:type="spellEnd"/>
      <w:r w:rsidR="00877C55">
        <w:t xml:space="preserve"> </w:t>
      </w:r>
      <w:proofErr w:type="spellStart"/>
      <w:r w:rsidR="00877C55">
        <w:t>teikėjas</w:t>
      </w:r>
      <w:proofErr w:type="spellEnd"/>
      <w:r w:rsidR="00845A86" w:rsidRPr="00845A86">
        <w:t xml:space="preserve">, </w:t>
      </w:r>
      <w:proofErr w:type="spellStart"/>
      <w:r w:rsidR="00845A86" w:rsidRPr="00845A86">
        <w:t>vykdydamas</w:t>
      </w:r>
      <w:proofErr w:type="spellEnd"/>
      <w:r w:rsidR="00845A86" w:rsidRPr="00845A86">
        <w:t xml:space="preserve"> </w:t>
      </w:r>
      <w:proofErr w:type="spellStart"/>
      <w:r w:rsidR="00845A86" w:rsidRPr="00845A86">
        <w:t>sutartį</w:t>
      </w:r>
      <w:proofErr w:type="spellEnd"/>
      <w:r w:rsidR="00845A86" w:rsidRPr="00845A86">
        <w:t>,</w:t>
      </w:r>
      <w:r w:rsidR="00877C55">
        <w:t xml:space="preserve"> </w:t>
      </w:r>
      <w:proofErr w:type="spellStart"/>
      <w:r w:rsidR="00877C55">
        <w:t>turi</w:t>
      </w:r>
      <w:proofErr w:type="spellEnd"/>
      <w:r w:rsidR="00877C55">
        <w:t xml:space="preserve"> </w:t>
      </w:r>
      <w:proofErr w:type="spellStart"/>
      <w:r w:rsidR="00877C55">
        <w:t>laikytis</w:t>
      </w:r>
      <w:proofErr w:type="spellEnd"/>
      <w:r w:rsidR="00877C55">
        <w:t xml:space="preserve"> </w:t>
      </w:r>
      <w:proofErr w:type="spellStart"/>
      <w:r w:rsidR="00877C55">
        <w:t>aplinkos</w:t>
      </w:r>
      <w:proofErr w:type="spellEnd"/>
      <w:r w:rsidR="00877C55">
        <w:t xml:space="preserve"> </w:t>
      </w:r>
      <w:proofErr w:type="spellStart"/>
      <w:r w:rsidR="00877C55">
        <w:t>apsaugos</w:t>
      </w:r>
      <w:proofErr w:type="spellEnd"/>
      <w:r w:rsidR="00877C55">
        <w:t xml:space="preserve">, </w:t>
      </w:r>
      <w:proofErr w:type="spellStart"/>
      <w:r w:rsidR="00877C55">
        <w:t>darbuotojų</w:t>
      </w:r>
      <w:proofErr w:type="spellEnd"/>
      <w:r w:rsidR="00877C55">
        <w:t xml:space="preserve"> </w:t>
      </w:r>
      <w:proofErr w:type="spellStart"/>
      <w:r w:rsidR="00877C55">
        <w:t>saugos</w:t>
      </w:r>
      <w:proofErr w:type="spellEnd"/>
      <w:r w:rsidR="00877C55">
        <w:t xml:space="preserve"> </w:t>
      </w:r>
      <w:proofErr w:type="spellStart"/>
      <w:r w:rsidR="00877C55">
        <w:t>ir</w:t>
      </w:r>
      <w:proofErr w:type="spellEnd"/>
      <w:r w:rsidR="00877C55">
        <w:t xml:space="preserve"> </w:t>
      </w:r>
      <w:proofErr w:type="spellStart"/>
      <w:r w:rsidR="00877C55">
        <w:t>sveikatos</w:t>
      </w:r>
      <w:proofErr w:type="spellEnd"/>
      <w:r w:rsidR="00877C55">
        <w:t xml:space="preserve">, </w:t>
      </w:r>
      <w:proofErr w:type="spellStart"/>
      <w:r w:rsidR="00877C55">
        <w:t>asmens</w:t>
      </w:r>
      <w:proofErr w:type="spellEnd"/>
      <w:r w:rsidR="00877C55">
        <w:t xml:space="preserve"> </w:t>
      </w:r>
      <w:proofErr w:type="spellStart"/>
      <w:r w:rsidR="00877C55">
        <w:t>duomenų</w:t>
      </w:r>
      <w:proofErr w:type="spellEnd"/>
      <w:r w:rsidR="00877C55">
        <w:t xml:space="preserve"> </w:t>
      </w:r>
      <w:proofErr w:type="spellStart"/>
      <w:r w:rsidR="00877C55">
        <w:t>apsaugos</w:t>
      </w:r>
      <w:proofErr w:type="spellEnd"/>
      <w:r w:rsidR="00877C55">
        <w:t xml:space="preserve">, </w:t>
      </w:r>
      <w:proofErr w:type="spellStart"/>
      <w:r w:rsidR="00877C55">
        <w:t>konfidencialumo</w:t>
      </w:r>
      <w:proofErr w:type="spellEnd"/>
      <w:r w:rsidR="00877C55">
        <w:t xml:space="preserve">, </w:t>
      </w:r>
      <w:proofErr w:type="spellStart"/>
      <w:r w:rsidR="00877C55">
        <w:t>interesų</w:t>
      </w:r>
      <w:proofErr w:type="spellEnd"/>
      <w:r w:rsidR="00877C55">
        <w:t xml:space="preserve"> </w:t>
      </w:r>
      <w:proofErr w:type="spellStart"/>
      <w:r w:rsidR="00877C55">
        <w:t>konfliktų</w:t>
      </w:r>
      <w:proofErr w:type="spellEnd"/>
      <w:r w:rsidR="00877C55">
        <w:t xml:space="preserve"> </w:t>
      </w:r>
      <w:proofErr w:type="spellStart"/>
      <w:r w:rsidR="00877C55">
        <w:t>vengimo</w:t>
      </w:r>
      <w:proofErr w:type="spellEnd"/>
      <w:r w:rsidR="00877C55">
        <w:t xml:space="preserve"> </w:t>
      </w:r>
      <w:proofErr w:type="spellStart"/>
      <w:r w:rsidR="00877C55">
        <w:t>ir</w:t>
      </w:r>
      <w:proofErr w:type="spellEnd"/>
      <w:r w:rsidR="00877C55">
        <w:t xml:space="preserve"> </w:t>
      </w:r>
      <w:proofErr w:type="spellStart"/>
      <w:r w:rsidR="00877C55">
        <w:t>kitų</w:t>
      </w:r>
      <w:proofErr w:type="spellEnd"/>
      <w:r w:rsidR="00877C55">
        <w:t xml:space="preserve"> </w:t>
      </w:r>
      <w:proofErr w:type="spellStart"/>
      <w:r w:rsidR="00877C55">
        <w:t>taikytinų</w:t>
      </w:r>
      <w:proofErr w:type="spellEnd"/>
      <w:r w:rsidR="00877C55">
        <w:t xml:space="preserve"> </w:t>
      </w:r>
      <w:proofErr w:type="spellStart"/>
      <w:r w:rsidR="00877C55">
        <w:t>teisės</w:t>
      </w:r>
      <w:proofErr w:type="spellEnd"/>
      <w:r w:rsidR="00877C55">
        <w:t xml:space="preserve"> </w:t>
      </w:r>
      <w:proofErr w:type="spellStart"/>
      <w:r w:rsidR="00877C55">
        <w:t>aktų</w:t>
      </w:r>
      <w:proofErr w:type="spellEnd"/>
      <w:r w:rsidR="00877C55">
        <w:t xml:space="preserve"> </w:t>
      </w:r>
      <w:proofErr w:type="spellStart"/>
      <w:r w:rsidR="00877C55">
        <w:t>reikalavimų</w:t>
      </w:r>
      <w:proofErr w:type="spellEnd"/>
      <w:r w:rsidR="00845A86" w:rsidRPr="00845A86">
        <w:t xml:space="preserve">, o </w:t>
      </w:r>
      <w:proofErr w:type="spellStart"/>
      <w:r w:rsidR="00845A86" w:rsidRPr="00845A86">
        <w:t>apie</w:t>
      </w:r>
      <w:proofErr w:type="spellEnd"/>
      <w:r w:rsidR="00845A86" w:rsidRPr="00845A86">
        <w:t xml:space="preserve"> </w:t>
      </w:r>
      <w:proofErr w:type="spellStart"/>
      <w:r w:rsidR="00845A86" w:rsidRPr="00845A86">
        <w:t>aplinkybes</w:t>
      </w:r>
      <w:proofErr w:type="spellEnd"/>
      <w:r w:rsidR="00845A86" w:rsidRPr="00845A86">
        <w:t xml:space="preserve">, </w:t>
      </w:r>
      <w:proofErr w:type="spellStart"/>
      <w:r w:rsidR="00845A86" w:rsidRPr="00845A86">
        <w:t>galinčias</w:t>
      </w:r>
      <w:proofErr w:type="spellEnd"/>
      <w:r w:rsidR="00845A86" w:rsidRPr="00845A86">
        <w:t xml:space="preserve"> </w:t>
      </w:r>
      <w:proofErr w:type="spellStart"/>
      <w:r w:rsidR="00845A86" w:rsidRPr="00845A86">
        <w:t>turėti</w:t>
      </w:r>
      <w:proofErr w:type="spellEnd"/>
      <w:r w:rsidR="00845A86" w:rsidRPr="00845A86">
        <w:t xml:space="preserve"> </w:t>
      </w:r>
      <w:proofErr w:type="spellStart"/>
      <w:r w:rsidR="00845A86" w:rsidRPr="00845A86">
        <w:t>įtakos</w:t>
      </w:r>
      <w:proofErr w:type="spellEnd"/>
      <w:r w:rsidR="00845A86" w:rsidRPr="00845A86">
        <w:t xml:space="preserve"> </w:t>
      </w:r>
      <w:proofErr w:type="spellStart"/>
      <w:r w:rsidR="00845A86" w:rsidRPr="00845A86">
        <w:t>paslaugų</w:t>
      </w:r>
      <w:proofErr w:type="spellEnd"/>
      <w:r w:rsidR="00845A86" w:rsidRPr="00845A86">
        <w:t xml:space="preserve"> </w:t>
      </w:r>
      <w:proofErr w:type="spellStart"/>
      <w:r w:rsidR="00845A86" w:rsidRPr="00845A86">
        <w:t>vykdymo</w:t>
      </w:r>
      <w:proofErr w:type="spellEnd"/>
      <w:r w:rsidR="00845A86" w:rsidRPr="00845A86">
        <w:t xml:space="preserve"> </w:t>
      </w:r>
      <w:proofErr w:type="spellStart"/>
      <w:r w:rsidR="00845A86" w:rsidRPr="00845A86">
        <w:t>terminams</w:t>
      </w:r>
      <w:proofErr w:type="spellEnd"/>
      <w:r w:rsidR="00845A86" w:rsidRPr="00845A86">
        <w:t xml:space="preserve">, </w:t>
      </w:r>
      <w:proofErr w:type="spellStart"/>
      <w:r w:rsidR="00845A86" w:rsidRPr="00845A86">
        <w:t>kokybei</w:t>
      </w:r>
      <w:proofErr w:type="spellEnd"/>
      <w:r w:rsidR="00845A86" w:rsidRPr="00845A86">
        <w:t xml:space="preserve">, </w:t>
      </w:r>
      <w:proofErr w:type="spellStart"/>
      <w:r w:rsidR="00845A86" w:rsidRPr="00845A86">
        <w:t>objektyvumui</w:t>
      </w:r>
      <w:proofErr w:type="spellEnd"/>
      <w:r w:rsidR="00845A86" w:rsidRPr="00845A86">
        <w:t xml:space="preserve"> </w:t>
      </w:r>
      <w:proofErr w:type="spellStart"/>
      <w:r w:rsidR="00845A86" w:rsidRPr="00845A86">
        <w:t>ar</w:t>
      </w:r>
      <w:proofErr w:type="spellEnd"/>
      <w:r w:rsidR="00845A86" w:rsidRPr="00845A86">
        <w:t xml:space="preserve"> </w:t>
      </w:r>
      <w:proofErr w:type="spellStart"/>
      <w:r w:rsidR="00845A86" w:rsidRPr="00845A86">
        <w:t>nešališkumui</w:t>
      </w:r>
      <w:proofErr w:type="spellEnd"/>
      <w:r w:rsidR="00845A86" w:rsidRPr="00845A86">
        <w:t xml:space="preserve">, </w:t>
      </w:r>
      <w:proofErr w:type="spellStart"/>
      <w:r w:rsidR="00845A86" w:rsidRPr="00845A86">
        <w:t>nedelsdamas</w:t>
      </w:r>
      <w:proofErr w:type="spellEnd"/>
      <w:r w:rsidR="00845A86" w:rsidRPr="00845A86">
        <w:t xml:space="preserve"> </w:t>
      </w:r>
      <w:proofErr w:type="spellStart"/>
      <w:r w:rsidR="00845A86" w:rsidRPr="00845A86">
        <w:t>informuoti</w:t>
      </w:r>
      <w:proofErr w:type="spellEnd"/>
      <w:r w:rsidR="00845A86" w:rsidRPr="00845A86">
        <w:t xml:space="preserve"> </w:t>
      </w:r>
      <w:proofErr w:type="spellStart"/>
      <w:r w:rsidR="00845A86" w:rsidRPr="00845A86">
        <w:t>Savivaldybę</w:t>
      </w:r>
      <w:proofErr w:type="spellEnd"/>
      <w:r w:rsidR="00877C55">
        <w:t>.</w:t>
      </w:r>
    </w:p>
    <w:p w14:paraId="68DA1388" w14:textId="302D9E38" w:rsidR="00E80A06" w:rsidRDefault="00DF67C8" w:rsidP="00E80A06">
      <w:pPr>
        <w:spacing w:after="0"/>
        <w:jc w:val="both"/>
      </w:pPr>
      <w:r>
        <w:tab/>
        <w:t>1.11.</w:t>
      </w:r>
      <w:r w:rsidR="00351B1E">
        <w:t xml:space="preserve"> </w:t>
      </w:r>
      <w:proofErr w:type="spellStart"/>
      <w:r w:rsidR="00877C55" w:rsidRPr="0013690D">
        <w:t>Šis</w:t>
      </w:r>
      <w:proofErr w:type="spellEnd"/>
      <w:r w:rsidR="00877C55" w:rsidRPr="0013690D">
        <w:t xml:space="preserve"> </w:t>
      </w:r>
      <w:proofErr w:type="spellStart"/>
      <w:r w:rsidR="00877C55" w:rsidRPr="0013690D">
        <w:t>pirkimas</w:t>
      </w:r>
      <w:proofErr w:type="spellEnd"/>
      <w:r w:rsidR="00877C55" w:rsidRPr="0013690D">
        <w:t xml:space="preserve"> </w:t>
      </w:r>
      <w:proofErr w:type="spellStart"/>
      <w:r w:rsidR="00877C55" w:rsidRPr="0013690D">
        <w:t>vykdomas</w:t>
      </w:r>
      <w:proofErr w:type="spellEnd"/>
      <w:r w:rsidR="00877C55" w:rsidRPr="0013690D">
        <w:t xml:space="preserve"> </w:t>
      </w:r>
      <w:proofErr w:type="spellStart"/>
      <w:r w:rsidR="00877C55" w:rsidRPr="0013690D">
        <w:t>kaip</w:t>
      </w:r>
      <w:proofErr w:type="spellEnd"/>
      <w:r w:rsidR="00877C55" w:rsidRPr="0013690D">
        <w:t xml:space="preserve"> </w:t>
      </w:r>
      <w:proofErr w:type="spellStart"/>
      <w:r w:rsidR="00877C55" w:rsidRPr="0013690D">
        <w:t>žaliasis</w:t>
      </w:r>
      <w:proofErr w:type="spellEnd"/>
      <w:r w:rsidR="00877C55" w:rsidRPr="0013690D">
        <w:t xml:space="preserve"> </w:t>
      </w:r>
      <w:proofErr w:type="spellStart"/>
      <w:r w:rsidR="00877C55" w:rsidRPr="0013690D">
        <w:t>pirkimas</w:t>
      </w:r>
      <w:proofErr w:type="spellEnd"/>
      <w:r w:rsidR="00877C55" w:rsidRPr="0013690D">
        <w:t xml:space="preserve">. </w:t>
      </w:r>
      <w:proofErr w:type="spellStart"/>
      <w:r w:rsidR="0013690D" w:rsidRPr="0013690D">
        <w:t>Techninėje</w:t>
      </w:r>
      <w:proofErr w:type="spellEnd"/>
      <w:r w:rsidR="0013690D" w:rsidRPr="0013690D">
        <w:t xml:space="preserve"> </w:t>
      </w:r>
      <w:proofErr w:type="spellStart"/>
      <w:r w:rsidR="0013690D" w:rsidRPr="0013690D">
        <w:t>specifikacijoje</w:t>
      </w:r>
      <w:proofErr w:type="spellEnd"/>
      <w:r w:rsidR="0013690D" w:rsidRPr="0013690D">
        <w:t xml:space="preserve"> </w:t>
      </w:r>
      <w:proofErr w:type="spellStart"/>
      <w:r w:rsidR="0013690D" w:rsidRPr="0013690D">
        <w:t>nustatyti</w:t>
      </w:r>
      <w:proofErr w:type="spellEnd"/>
      <w:r w:rsidR="0013690D" w:rsidRPr="0013690D">
        <w:t xml:space="preserve"> </w:t>
      </w:r>
      <w:proofErr w:type="spellStart"/>
      <w:r w:rsidR="0013690D" w:rsidRPr="0013690D">
        <w:t>aplinkos</w:t>
      </w:r>
      <w:proofErr w:type="spellEnd"/>
      <w:r w:rsidR="0013690D" w:rsidRPr="0013690D">
        <w:t xml:space="preserve"> </w:t>
      </w:r>
      <w:proofErr w:type="spellStart"/>
      <w:r w:rsidR="0013690D" w:rsidRPr="0013690D">
        <w:t>apsaugos</w:t>
      </w:r>
      <w:proofErr w:type="spellEnd"/>
      <w:r w:rsidR="0013690D" w:rsidRPr="0013690D">
        <w:t xml:space="preserve"> </w:t>
      </w:r>
      <w:proofErr w:type="spellStart"/>
      <w:r w:rsidR="0013690D" w:rsidRPr="0013690D">
        <w:t>reikalavimai</w:t>
      </w:r>
      <w:proofErr w:type="spellEnd"/>
      <w:r w:rsidR="0013690D" w:rsidRPr="0013690D">
        <w:t xml:space="preserve"> </w:t>
      </w:r>
      <w:proofErr w:type="spellStart"/>
      <w:r w:rsidR="0013690D" w:rsidRPr="0013690D">
        <w:t>yra</w:t>
      </w:r>
      <w:proofErr w:type="spellEnd"/>
      <w:r w:rsidR="0013690D" w:rsidRPr="0013690D">
        <w:t xml:space="preserve"> </w:t>
      </w:r>
      <w:proofErr w:type="spellStart"/>
      <w:r w:rsidR="0013690D" w:rsidRPr="0013690D">
        <w:t>susiję</w:t>
      </w:r>
      <w:proofErr w:type="spellEnd"/>
      <w:r w:rsidR="0013690D" w:rsidRPr="0013690D">
        <w:t xml:space="preserve"> </w:t>
      </w:r>
      <w:proofErr w:type="spellStart"/>
      <w:r w:rsidR="0013690D" w:rsidRPr="0013690D">
        <w:t>su</w:t>
      </w:r>
      <w:proofErr w:type="spellEnd"/>
      <w:r w:rsidR="0013690D" w:rsidRPr="0013690D">
        <w:t xml:space="preserve"> </w:t>
      </w:r>
      <w:proofErr w:type="spellStart"/>
      <w:r w:rsidR="0013690D" w:rsidRPr="0013690D">
        <w:t>pirkimo</w:t>
      </w:r>
      <w:proofErr w:type="spellEnd"/>
      <w:r w:rsidR="0013690D" w:rsidRPr="0013690D">
        <w:t xml:space="preserve"> </w:t>
      </w:r>
      <w:proofErr w:type="spellStart"/>
      <w:r w:rsidR="0013690D" w:rsidRPr="0013690D">
        <w:t>objektu</w:t>
      </w:r>
      <w:proofErr w:type="spellEnd"/>
      <w:r w:rsidR="0013690D" w:rsidRPr="0013690D">
        <w:t xml:space="preserve"> </w:t>
      </w:r>
      <w:proofErr w:type="spellStart"/>
      <w:r w:rsidR="0013690D" w:rsidRPr="0013690D">
        <w:t>ir</w:t>
      </w:r>
      <w:proofErr w:type="spellEnd"/>
      <w:r w:rsidR="0013690D" w:rsidRPr="0013690D">
        <w:t xml:space="preserve"> </w:t>
      </w:r>
      <w:proofErr w:type="spellStart"/>
      <w:r w:rsidR="0013690D" w:rsidRPr="0013690D">
        <w:t>proporcingi</w:t>
      </w:r>
      <w:proofErr w:type="spellEnd"/>
      <w:r w:rsidR="0013690D" w:rsidRPr="0013690D">
        <w:t xml:space="preserve"> </w:t>
      </w:r>
      <w:proofErr w:type="spellStart"/>
      <w:r w:rsidR="0013690D" w:rsidRPr="0013690D">
        <w:t>siekiamam</w:t>
      </w:r>
      <w:proofErr w:type="spellEnd"/>
      <w:r w:rsidR="0013690D" w:rsidRPr="0013690D">
        <w:t xml:space="preserve"> </w:t>
      </w:r>
      <w:proofErr w:type="spellStart"/>
      <w:r w:rsidR="0013690D" w:rsidRPr="0013690D">
        <w:t>tikslui</w:t>
      </w:r>
      <w:proofErr w:type="spellEnd"/>
      <w:r w:rsidR="0013690D" w:rsidRPr="0013690D">
        <w:t xml:space="preserve"> – </w:t>
      </w:r>
      <w:proofErr w:type="spellStart"/>
      <w:r w:rsidR="0013690D" w:rsidRPr="0013690D">
        <w:t>įsigyti</w:t>
      </w:r>
      <w:proofErr w:type="spellEnd"/>
      <w:r w:rsidR="0013690D" w:rsidRPr="0013690D">
        <w:t xml:space="preserve"> </w:t>
      </w:r>
      <w:proofErr w:type="spellStart"/>
      <w:r w:rsidR="00457E16">
        <w:t>P</w:t>
      </w:r>
      <w:r w:rsidR="0013690D" w:rsidRPr="0013690D">
        <w:t>rogramos</w:t>
      </w:r>
      <w:proofErr w:type="spellEnd"/>
      <w:r w:rsidR="0013690D" w:rsidRPr="0013690D">
        <w:t xml:space="preserve"> </w:t>
      </w:r>
      <w:proofErr w:type="spellStart"/>
      <w:r w:rsidR="0013690D" w:rsidRPr="0013690D">
        <w:t>vykdymo</w:t>
      </w:r>
      <w:proofErr w:type="spellEnd"/>
      <w:r w:rsidR="0013690D" w:rsidRPr="0013690D">
        <w:t xml:space="preserve"> </w:t>
      </w:r>
      <w:proofErr w:type="spellStart"/>
      <w:r w:rsidR="0013690D" w:rsidRPr="0013690D">
        <w:t>paslaug</w:t>
      </w:r>
      <w:r w:rsidR="00BB0159">
        <w:t>ą</w:t>
      </w:r>
      <w:proofErr w:type="spellEnd"/>
      <w:r w:rsidR="0013690D" w:rsidRPr="0013690D">
        <w:t xml:space="preserve"> </w:t>
      </w:r>
      <w:proofErr w:type="spellStart"/>
      <w:r w:rsidR="0013690D" w:rsidRPr="0013690D">
        <w:t>taip</w:t>
      </w:r>
      <w:proofErr w:type="spellEnd"/>
      <w:r w:rsidR="0013690D" w:rsidRPr="0013690D">
        <w:t xml:space="preserve">, </w:t>
      </w:r>
      <w:proofErr w:type="spellStart"/>
      <w:r w:rsidR="0013690D" w:rsidRPr="0013690D">
        <w:t>kad</w:t>
      </w:r>
      <w:proofErr w:type="spellEnd"/>
      <w:r w:rsidR="0013690D" w:rsidRPr="0013690D">
        <w:t xml:space="preserve"> </w:t>
      </w:r>
      <w:proofErr w:type="spellStart"/>
      <w:r w:rsidR="0013690D" w:rsidRPr="0013690D">
        <w:t>j</w:t>
      </w:r>
      <w:r w:rsidR="00BB0159">
        <w:t>os</w:t>
      </w:r>
      <w:proofErr w:type="spellEnd"/>
      <w:r w:rsidR="0013690D" w:rsidRPr="0013690D">
        <w:t xml:space="preserve"> </w:t>
      </w:r>
      <w:proofErr w:type="spellStart"/>
      <w:r w:rsidR="0013690D" w:rsidRPr="0013690D">
        <w:t>teikimo</w:t>
      </w:r>
      <w:proofErr w:type="spellEnd"/>
      <w:r w:rsidR="0013690D" w:rsidRPr="0013690D">
        <w:t xml:space="preserve"> </w:t>
      </w:r>
      <w:proofErr w:type="spellStart"/>
      <w:r w:rsidR="0013690D" w:rsidRPr="0013690D">
        <w:t>metu</w:t>
      </w:r>
      <w:proofErr w:type="spellEnd"/>
      <w:r w:rsidR="0013690D" w:rsidRPr="0013690D">
        <w:t xml:space="preserve"> </w:t>
      </w:r>
      <w:proofErr w:type="spellStart"/>
      <w:r w:rsidR="0013690D" w:rsidRPr="0013690D">
        <w:t>būtų</w:t>
      </w:r>
      <w:proofErr w:type="spellEnd"/>
      <w:r w:rsidR="0013690D" w:rsidRPr="0013690D">
        <w:t xml:space="preserve"> </w:t>
      </w:r>
      <w:proofErr w:type="spellStart"/>
      <w:r w:rsidR="0013690D" w:rsidRPr="0013690D">
        <w:t>mažinamas</w:t>
      </w:r>
      <w:proofErr w:type="spellEnd"/>
      <w:r w:rsidR="0013690D" w:rsidRPr="0013690D">
        <w:t xml:space="preserve"> </w:t>
      </w:r>
      <w:proofErr w:type="spellStart"/>
      <w:r w:rsidR="0013690D" w:rsidRPr="0013690D">
        <w:t>neigiamas</w:t>
      </w:r>
      <w:proofErr w:type="spellEnd"/>
      <w:r w:rsidR="0013690D" w:rsidRPr="0013690D">
        <w:t xml:space="preserve"> </w:t>
      </w:r>
      <w:proofErr w:type="spellStart"/>
      <w:r w:rsidR="0013690D" w:rsidRPr="0013690D">
        <w:t>poveikis</w:t>
      </w:r>
      <w:proofErr w:type="spellEnd"/>
      <w:r w:rsidR="0013690D" w:rsidRPr="0013690D">
        <w:t xml:space="preserve"> </w:t>
      </w:r>
      <w:proofErr w:type="spellStart"/>
      <w:r w:rsidR="0013690D" w:rsidRPr="0013690D">
        <w:t>aplinkai</w:t>
      </w:r>
      <w:proofErr w:type="spellEnd"/>
      <w:r w:rsidR="0013690D" w:rsidRPr="0013690D">
        <w:t xml:space="preserve">. </w:t>
      </w:r>
      <w:proofErr w:type="spellStart"/>
      <w:r w:rsidR="00877C55" w:rsidRPr="0013690D">
        <w:t>Paslaug</w:t>
      </w:r>
      <w:r w:rsidR="00C042C4">
        <w:t>os</w:t>
      </w:r>
      <w:proofErr w:type="spellEnd"/>
      <w:r w:rsidR="00877C55" w:rsidRPr="0013690D">
        <w:t xml:space="preserve"> </w:t>
      </w:r>
      <w:proofErr w:type="spellStart"/>
      <w:r w:rsidR="00877C55" w:rsidRPr="0013690D">
        <w:t>teikėjas</w:t>
      </w:r>
      <w:proofErr w:type="spellEnd"/>
      <w:r w:rsidR="00877C55" w:rsidRPr="0013690D">
        <w:t xml:space="preserve">, </w:t>
      </w:r>
      <w:proofErr w:type="spellStart"/>
      <w:r w:rsidR="00877C55" w:rsidRPr="0013690D">
        <w:t>vykdydamas</w:t>
      </w:r>
      <w:proofErr w:type="spellEnd"/>
      <w:r w:rsidR="00877C55" w:rsidRPr="0013690D">
        <w:t xml:space="preserve"> </w:t>
      </w:r>
      <w:proofErr w:type="spellStart"/>
      <w:r w:rsidR="00877C55" w:rsidRPr="0013690D">
        <w:t>sutartį</w:t>
      </w:r>
      <w:proofErr w:type="spellEnd"/>
      <w:r w:rsidR="00877C55" w:rsidRPr="0013690D">
        <w:t xml:space="preserve">, </w:t>
      </w:r>
      <w:proofErr w:type="spellStart"/>
      <w:r w:rsidR="00877C55" w:rsidRPr="0013690D">
        <w:t>privalo</w:t>
      </w:r>
      <w:proofErr w:type="spellEnd"/>
      <w:r w:rsidR="00877C55" w:rsidRPr="0013690D">
        <w:t xml:space="preserve"> </w:t>
      </w:r>
      <w:proofErr w:type="spellStart"/>
      <w:r w:rsidR="00877C55" w:rsidRPr="0013690D">
        <w:t>taikyti</w:t>
      </w:r>
      <w:proofErr w:type="spellEnd"/>
      <w:r w:rsidR="00877C55" w:rsidRPr="0013690D">
        <w:t xml:space="preserve"> </w:t>
      </w:r>
      <w:proofErr w:type="spellStart"/>
      <w:r w:rsidR="00877C55" w:rsidRPr="0013690D">
        <w:t>aplinkai</w:t>
      </w:r>
      <w:proofErr w:type="spellEnd"/>
      <w:r w:rsidR="00877C55" w:rsidRPr="0013690D">
        <w:t xml:space="preserve"> </w:t>
      </w:r>
      <w:proofErr w:type="spellStart"/>
      <w:r w:rsidR="00877C55" w:rsidRPr="0013690D">
        <w:t>palankius</w:t>
      </w:r>
      <w:proofErr w:type="spellEnd"/>
      <w:r w:rsidR="00877C55" w:rsidRPr="0013690D">
        <w:t xml:space="preserve"> </w:t>
      </w:r>
      <w:proofErr w:type="spellStart"/>
      <w:r w:rsidR="00877C55" w:rsidRPr="0013690D">
        <w:t>sprendimus</w:t>
      </w:r>
      <w:proofErr w:type="spellEnd"/>
      <w:r w:rsidR="00877C55" w:rsidRPr="0013690D">
        <w:t xml:space="preserve">: </w:t>
      </w:r>
      <w:proofErr w:type="spellStart"/>
      <w:r w:rsidR="00877C55" w:rsidRPr="0013690D">
        <w:t>optimizuoti</w:t>
      </w:r>
      <w:proofErr w:type="spellEnd"/>
      <w:r w:rsidR="00877C55" w:rsidRPr="0013690D">
        <w:t xml:space="preserve"> </w:t>
      </w:r>
      <w:proofErr w:type="spellStart"/>
      <w:r w:rsidR="00877C55" w:rsidRPr="0013690D">
        <w:t>tyrimų</w:t>
      </w:r>
      <w:proofErr w:type="spellEnd"/>
      <w:r w:rsidR="00877C55" w:rsidRPr="0013690D">
        <w:t xml:space="preserve"> </w:t>
      </w:r>
      <w:proofErr w:type="spellStart"/>
      <w:r w:rsidR="00877C55" w:rsidRPr="0013690D">
        <w:t>išvykų</w:t>
      </w:r>
      <w:proofErr w:type="spellEnd"/>
      <w:r w:rsidR="00877C55" w:rsidRPr="0013690D">
        <w:t xml:space="preserve"> </w:t>
      </w:r>
      <w:proofErr w:type="spellStart"/>
      <w:r w:rsidR="00877C55" w:rsidRPr="0013690D">
        <w:t>maršrutus</w:t>
      </w:r>
      <w:proofErr w:type="spellEnd"/>
      <w:r w:rsidR="00877C55" w:rsidRPr="0013690D">
        <w:t xml:space="preserve">, </w:t>
      </w:r>
      <w:proofErr w:type="spellStart"/>
      <w:r w:rsidR="0013690D" w:rsidRPr="0013690D">
        <w:t>mažinti</w:t>
      </w:r>
      <w:proofErr w:type="spellEnd"/>
      <w:r w:rsidR="0013690D" w:rsidRPr="0013690D">
        <w:t xml:space="preserve"> </w:t>
      </w:r>
      <w:proofErr w:type="spellStart"/>
      <w:r w:rsidR="0013690D" w:rsidRPr="0013690D">
        <w:t>nebūtinas</w:t>
      </w:r>
      <w:proofErr w:type="spellEnd"/>
      <w:r w:rsidR="0013690D" w:rsidRPr="0013690D">
        <w:t xml:space="preserve"> </w:t>
      </w:r>
      <w:proofErr w:type="spellStart"/>
      <w:r w:rsidR="0013690D" w:rsidRPr="0013690D">
        <w:t>transporto</w:t>
      </w:r>
      <w:proofErr w:type="spellEnd"/>
      <w:r w:rsidR="0013690D" w:rsidRPr="0013690D">
        <w:t xml:space="preserve"> </w:t>
      </w:r>
      <w:proofErr w:type="spellStart"/>
      <w:r w:rsidR="0013690D" w:rsidRPr="0013690D">
        <w:t>sąnaudas</w:t>
      </w:r>
      <w:proofErr w:type="spellEnd"/>
      <w:r w:rsidR="0013690D" w:rsidRPr="0013690D">
        <w:t xml:space="preserve">, </w:t>
      </w:r>
      <w:proofErr w:type="spellStart"/>
      <w:r w:rsidR="00877C55" w:rsidRPr="0013690D">
        <w:t>naudoti</w:t>
      </w:r>
      <w:proofErr w:type="spellEnd"/>
      <w:r w:rsidR="00877C55" w:rsidRPr="0013690D">
        <w:t xml:space="preserve"> tik </w:t>
      </w:r>
      <w:proofErr w:type="spellStart"/>
      <w:r w:rsidR="00877C55" w:rsidRPr="0013690D">
        <w:t>tyrimams</w:t>
      </w:r>
      <w:proofErr w:type="spellEnd"/>
      <w:r w:rsidR="00877C55" w:rsidRPr="0013690D">
        <w:t xml:space="preserve"> </w:t>
      </w:r>
      <w:proofErr w:type="spellStart"/>
      <w:r w:rsidR="00877C55" w:rsidRPr="0013690D">
        <w:t>būtinas</w:t>
      </w:r>
      <w:proofErr w:type="spellEnd"/>
      <w:r w:rsidR="00877C55" w:rsidRPr="0013690D">
        <w:t xml:space="preserve"> </w:t>
      </w:r>
      <w:proofErr w:type="spellStart"/>
      <w:r w:rsidR="00877C55" w:rsidRPr="0013690D">
        <w:t>priemones</w:t>
      </w:r>
      <w:proofErr w:type="spellEnd"/>
      <w:r w:rsidR="00877C55" w:rsidRPr="0013690D">
        <w:t xml:space="preserve"> </w:t>
      </w:r>
      <w:proofErr w:type="spellStart"/>
      <w:r w:rsidR="00877C55" w:rsidRPr="0013690D">
        <w:t>ir</w:t>
      </w:r>
      <w:proofErr w:type="spellEnd"/>
      <w:r w:rsidR="00877C55" w:rsidRPr="0013690D">
        <w:t xml:space="preserve"> </w:t>
      </w:r>
      <w:proofErr w:type="spellStart"/>
      <w:r w:rsidR="00877C55" w:rsidRPr="0013690D">
        <w:t>reagentus</w:t>
      </w:r>
      <w:proofErr w:type="spellEnd"/>
      <w:r w:rsidR="00877C55" w:rsidRPr="0013690D">
        <w:t xml:space="preserve">, </w:t>
      </w:r>
      <w:proofErr w:type="spellStart"/>
      <w:r w:rsidR="00877C55" w:rsidRPr="0013690D">
        <w:t>tinkamai</w:t>
      </w:r>
      <w:proofErr w:type="spellEnd"/>
      <w:r w:rsidR="00877C55" w:rsidRPr="0013690D">
        <w:t xml:space="preserve"> </w:t>
      </w:r>
      <w:proofErr w:type="spellStart"/>
      <w:r w:rsidR="00877C55" w:rsidRPr="0013690D">
        <w:t>tvarkyti</w:t>
      </w:r>
      <w:proofErr w:type="spellEnd"/>
      <w:r w:rsidR="00877C55" w:rsidRPr="0013690D">
        <w:t xml:space="preserve"> </w:t>
      </w:r>
      <w:proofErr w:type="spellStart"/>
      <w:r w:rsidR="00877C55" w:rsidRPr="0013690D">
        <w:t>tyrimų</w:t>
      </w:r>
      <w:proofErr w:type="spellEnd"/>
      <w:r w:rsidR="00877C55" w:rsidRPr="0013690D">
        <w:t xml:space="preserve"> </w:t>
      </w:r>
      <w:proofErr w:type="spellStart"/>
      <w:r w:rsidR="00877C55" w:rsidRPr="0013690D">
        <w:t>metu</w:t>
      </w:r>
      <w:proofErr w:type="spellEnd"/>
      <w:r w:rsidR="00877C55" w:rsidRPr="0013690D">
        <w:t xml:space="preserve"> </w:t>
      </w:r>
      <w:proofErr w:type="spellStart"/>
      <w:r w:rsidR="00877C55" w:rsidRPr="0013690D">
        <w:t>susidarančias</w:t>
      </w:r>
      <w:proofErr w:type="spellEnd"/>
      <w:r w:rsidR="00877C55" w:rsidRPr="0013690D">
        <w:t xml:space="preserve"> </w:t>
      </w:r>
      <w:proofErr w:type="spellStart"/>
      <w:r w:rsidR="00877C55" w:rsidRPr="0013690D">
        <w:t>atliekas</w:t>
      </w:r>
      <w:proofErr w:type="spellEnd"/>
      <w:r w:rsidR="00877C55" w:rsidRPr="0013690D">
        <w:t xml:space="preserve">, </w:t>
      </w:r>
      <w:proofErr w:type="spellStart"/>
      <w:r w:rsidR="00877C55" w:rsidRPr="0013690D">
        <w:t>prioritetą</w:t>
      </w:r>
      <w:proofErr w:type="spellEnd"/>
      <w:r w:rsidR="00877C55" w:rsidRPr="0013690D">
        <w:t xml:space="preserve"> </w:t>
      </w:r>
      <w:proofErr w:type="spellStart"/>
      <w:r w:rsidR="00877C55" w:rsidRPr="0013690D">
        <w:t>teikti</w:t>
      </w:r>
      <w:proofErr w:type="spellEnd"/>
      <w:r w:rsidR="00877C55" w:rsidRPr="0013690D">
        <w:t xml:space="preserve"> </w:t>
      </w:r>
      <w:proofErr w:type="spellStart"/>
      <w:r w:rsidR="00877C55" w:rsidRPr="0013690D">
        <w:t>elektroniniam</w:t>
      </w:r>
      <w:proofErr w:type="spellEnd"/>
      <w:r w:rsidR="00877C55" w:rsidRPr="0013690D">
        <w:t xml:space="preserve"> </w:t>
      </w:r>
      <w:proofErr w:type="spellStart"/>
      <w:r w:rsidR="00877C55" w:rsidRPr="0013690D">
        <w:t>dokumentų</w:t>
      </w:r>
      <w:proofErr w:type="spellEnd"/>
      <w:r w:rsidR="00877C55" w:rsidRPr="0013690D">
        <w:t xml:space="preserve"> </w:t>
      </w:r>
      <w:proofErr w:type="spellStart"/>
      <w:r w:rsidR="00877C55" w:rsidRPr="0013690D">
        <w:t>ir</w:t>
      </w:r>
      <w:proofErr w:type="spellEnd"/>
      <w:r w:rsidR="00877C55" w:rsidRPr="0013690D">
        <w:t xml:space="preserve"> </w:t>
      </w:r>
      <w:proofErr w:type="spellStart"/>
      <w:r w:rsidR="00877C55" w:rsidRPr="0013690D">
        <w:t>duomenų</w:t>
      </w:r>
      <w:proofErr w:type="spellEnd"/>
      <w:r w:rsidR="00877C55" w:rsidRPr="0013690D">
        <w:t xml:space="preserve"> </w:t>
      </w:r>
      <w:proofErr w:type="spellStart"/>
      <w:r w:rsidR="00877C55" w:rsidRPr="0013690D">
        <w:t>teikimui</w:t>
      </w:r>
      <w:proofErr w:type="spellEnd"/>
      <w:r w:rsidR="00877C55" w:rsidRPr="0013690D">
        <w:t xml:space="preserve">, o </w:t>
      </w:r>
      <w:proofErr w:type="spellStart"/>
      <w:r w:rsidR="00877C55" w:rsidRPr="0013690D">
        <w:t>Savivaldybei</w:t>
      </w:r>
      <w:proofErr w:type="spellEnd"/>
      <w:r w:rsidR="00877C55" w:rsidRPr="0013690D">
        <w:t xml:space="preserve"> </w:t>
      </w:r>
      <w:proofErr w:type="spellStart"/>
      <w:r w:rsidR="00877C55" w:rsidRPr="0013690D">
        <w:t>paprašius</w:t>
      </w:r>
      <w:proofErr w:type="spellEnd"/>
      <w:r w:rsidR="00877C55" w:rsidRPr="0013690D">
        <w:t xml:space="preserve"> – </w:t>
      </w:r>
      <w:proofErr w:type="spellStart"/>
      <w:r w:rsidR="00877C55" w:rsidRPr="0013690D">
        <w:t>pateikti</w:t>
      </w:r>
      <w:proofErr w:type="spellEnd"/>
      <w:r w:rsidR="00877C55" w:rsidRPr="0013690D">
        <w:t xml:space="preserve"> </w:t>
      </w:r>
      <w:proofErr w:type="spellStart"/>
      <w:r w:rsidR="00877C55" w:rsidRPr="0013690D">
        <w:t>atitiktį</w:t>
      </w:r>
      <w:proofErr w:type="spellEnd"/>
      <w:r w:rsidR="00877C55" w:rsidRPr="0013690D">
        <w:t xml:space="preserve"> </w:t>
      </w:r>
      <w:proofErr w:type="spellStart"/>
      <w:r w:rsidR="00877C55" w:rsidRPr="0013690D">
        <w:t>aplinkos</w:t>
      </w:r>
      <w:proofErr w:type="spellEnd"/>
      <w:r w:rsidR="00877C55" w:rsidRPr="0013690D">
        <w:t xml:space="preserve"> </w:t>
      </w:r>
      <w:proofErr w:type="spellStart"/>
      <w:r w:rsidR="00877C55" w:rsidRPr="0013690D">
        <w:t>apsaugos</w:t>
      </w:r>
      <w:proofErr w:type="spellEnd"/>
      <w:r w:rsidR="00877C55" w:rsidRPr="0013690D">
        <w:t xml:space="preserve"> </w:t>
      </w:r>
      <w:proofErr w:type="spellStart"/>
      <w:r w:rsidR="00877C55" w:rsidRPr="0013690D">
        <w:t>reikalavimams</w:t>
      </w:r>
      <w:proofErr w:type="spellEnd"/>
      <w:r w:rsidR="00877C55" w:rsidRPr="0013690D">
        <w:t xml:space="preserve"> </w:t>
      </w:r>
      <w:proofErr w:type="spellStart"/>
      <w:r w:rsidR="00877C55" w:rsidRPr="0013690D">
        <w:t>pagrindžiančius</w:t>
      </w:r>
      <w:proofErr w:type="spellEnd"/>
      <w:r w:rsidR="00877C55" w:rsidRPr="0013690D">
        <w:t xml:space="preserve"> </w:t>
      </w:r>
      <w:proofErr w:type="spellStart"/>
      <w:r w:rsidR="00877C55" w:rsidRPr="0013690D">
        <w:t>dokumentus</w:t>
      </w:r>
      <w:proofErr w:type="spellEnd"/>
      <w:r w:rsidR="00877C55" w:rsidRPr="0013690D">
        <w:t>.</w:t>
      </w:r>
    </w:p>
    <w:p w14:paraId="3E1B475D" w14:textId="342C9680" w:rsidR="00E80A06" w:rsidRDefault="00DF67C8" w:rsidP="00E80A06">
      <w:pPr>
        <w:spacing w:after="0"/>
        <w:jc w:val="both"/>
      </w:pPr>
      <w:r>
        <w:tab/>
        <w:t>1.12.</w:t>
      </w:r>
      <w:r w:rsidR="00351B1E">
        <w:t xml:space="preserve"> </w:t>
      </w:r>
      <w:proofErr w:type="spellStart"/>
      <w:r w:rsidR="0013690D">
        <w:t>Jeigu</w:t>
      </w:r>
      <w:proofErr w:type="spellEnd"/>
      <w:r w:rsidR="0013690D">
        <w:t xml:space="preserve"> </w:t>
      </w:r>
      <w:proofErr w:type="spellStart"/>
      <w:r w:rsidR="0013690D">
        <w:t>sutarties</w:t>
      </w:r>
      <w:proofErr w:type="spellEnd"/>
      <w:r w:rsidR="0013690D">
        <w:t xml:space="preserve"> </w:t>
      </w:r>
      <w:proofErr w:type="spellStart"/>
      <w:r w:rsidR="0013690D">
        <w:t>vykdymui</w:t>
      </w:r>
      <w:proofErr w:type="spellEnd"/>
      <w:r w:rsidR="0013690D">
        <w:t xml:space="preserve"> </w:t>
      </w:r>
      <w:proofErr w:type="spellStart"/>
      <w:r w:rsidR="0013690D">
        <w:t>naudojamos</w:t>
      </w:r>
      <w:proofErr w:type="spellEnd"/>
      <w:r w:rsidR="0013690D">
        <w:t xml:space="preserve"> </w:t>
      </w:r>
      <w:proofErr w:type="spellStart"/>
      <w:r w:rsidR="0013690D">
        <w:t>prekės</w:t>
      </w:r>
      <w:proofErr w:type="spellEnd"/>
      <w:r w:rsidR="0013690D">
        <w:t xml:space="preserve">, </w:t>
      </w:r>
      <w:proofErr w:type="spellStart"/>
      <w:r w:rsidR="0013690D">
        <w:t>medžiagos</w:t>
      </w:r>
      <w:proofErr w:type="spellEnd"/>
      <w:r w:rsidR="0013690D">
        <w:t xml:space="preserve">, </w:t>
      </w:r>
      <w:proofErr w:type="spellStart"/>
      <w:r w:rsidR="0013690D">
        <w:t>pakuotės</w:t>
      </w:r>
      <w:proofErr w:type="spellEnd"/>
      <w:r w:rsidR="0013690D">
        <w:t xml:space="preserve">, </w:t>
      </w:r>
      <w:proofErr w:type="spellStart"/>
      <w:r w:rsidR="0013690D">
        <w:t>įranga</w:t>
      </w:r>
      <w:proofErr w:type="spellEnd"/>
      <w:r w:rsidR="0013690D">
        <w:t xml:space="preserve">, </w:t>
      </w:r>
      <w:proofErr w:type="spellStart"/>
      <w:r w:rsidR="0013690D">
        <w:t>transporto</w:t>
      </w:r>
      <w:proofErr w:type="spellEnd"/>
      <w:r w:rsidR="0013690D">
        <w:t xml:space="preserve"> </w:t>
      </w:r>
      <w:proofErr w:type="spellStart"/>
      <w:r w:rsidR="0013690D">
        <w:t>priemonės</w:t>
      </w:r>
      <w:proofErr w:type="spellEnd"/>
      <w:r w:rsidR="0013690D">
        <w:t xml:space="preserve"> </w:t>
      </w:r>
      <w:proofErr w:type="spellStart"/>
      <w:r w:rsidR="0013690D">
        <w:t>ar</w:t>
      </w:r>
      <w:proofErr w:type="spellEnd"/>
      <w:r w:rsidR="0013690D">
        <w:t xml:space="preserve"> </w:t>
      </w:r>
      <w:proofErr w:type="spellStart"/>
      <w:r w:rsidR="0013690D">
        <w:t>kitos</w:t>
      </w:r>
      <w:proofErr w:type="spellEnd"/>
      <w:r w:rsidR="0013690D">
        <w:t xml:space="preserve"> </w:t>
      </w:r>
      <w:proofErr w:type="spellStart"/>
      <w:r w:rsidR="0013690D">
        <w:t>priemonės</w:t>
      </w:r>
      <w:proofErr w:type="spellEnd"/>
      <w:r w:rsidR="0013690D">
        <w:t xml:space="preserve"> </w:t>
      </w:r>
      <w:proofErr w:type="spellStart"/>
      <w:r w:rsidR="0013690D">
        <w:t>patenka</w:t>
      </w:r>
      <w:proofErr w:type="spellEnd"/>
      <w:r w:rsidR="0013690D">
        <w:t xml:space="preserve"> į </w:t>
      </w:r>
      <w:proofErr w:type="spellStart"/>
      <w:r w:rsidR="0013690D">
        <w:t>produktų</w:t>
      </w:r>
      <w:proofErr w:type="spellEnd"/>
      <w:r w:rsidR="0013690D">
        <w:t xml:space="preserve"> </w:t>
      </w:r>
      <w:proofErr w:type="spellStart"/>
      <w:r w:rsidR="0013690D">
        <w:t>grupes</w:t>
      </w:r>
      <w:proofErr w:type="spellEnd"/>
      <w:r w:rsidR="0013690D">
        <w:t xml:space="preserve">, </w:t>
      </w:r>
      <w:proofErr w:type="spellStart"/>
      <w:r w:rsidR="0013690D">
        <w:t>kurioms</w:t>
      </w:r>
      <w:proofErr w:type="spellEnd"/>
      <w:r w:rsidR="0013690D">
        <w:t xml:space="preserve"> </w:t>
      </w:r>
      <w:proofErr w:type="spellStart"/>
      <w:r w:rsidR="0013690D">
        <w:t>teisės</w:t>
      </w:r>
      <w:proofErr w:type="spellEnd"/>
      <w:r w:rsidR="0013690D">
        <w:t xml:space="preserve"> </w:t>
      </w:r>
      <w:proofErr w:type="spellStart"/>
      <w:r w:rsidR="0013690D">
        <w:t>aktuose</w:t>
      </w:r>
      <w:proofErr w:type="spellEnd"/>
      <w:r w:rsidR="0013690D">
        <w:t xml:space="preserve"> </w:t>
      </w:r>
      <w:proofErr w:type="spellStart"/>
      <w:r w:rsidR="0013690D">
        <w:t>nustatyti</w:t>
      </w:r>
      <w:proofErr w:type="spellEnd"/>
      <w:r w:rsidR="0013690D">
        <w:t xml:space="preserve"> </w:t>
      </w:r>
      <w:proofErr w:type="spellStart"/>
      <w:r w:rsidR="0013690D">
        <w:t>minimalūs</w:t>
      </w:r>
      <w:proofErr w:type="spellEnd"/>
      <w:r w:rsidR="0013690D">
        <w:t xml:space="preserve"> </w:t>
      </w:r>
      <w:proofErr w:type="spellStart"/>
      <w:r w:rsidR="0013690D">
        <w:t>aplinkos</w:t>
      </w:r>
      <w:proofErr w:type="spellEnd"/>
      <w:r w:rsidR="0013690D">
        <w:t xml:space="preserve"> </w:t>
      </w:r>
      <w:proofErr w:type="spellStart"/>
      <w:r w:rsidR="0013690D">
        <w:t>apsaugos</w:t>
      </w:r>
      <w:proofErr w:type="spellEnd"/>
      <w:r w:rsidR="0013690D">
        <w:t xml:space="preserve"> </w:t>
      </w:r>
      <w:proofErr w:type="spellStart"/>
      <w:r w:rsidR="0013690D">
        <w:t>kriterijai</w:t>
      </w:r>
      <w:proofErr w:type="spellEnd"/>
      <w:r w:rsidR="0013690D">
        <w:t xml:space="preserve">, </w:t>
      </w:r>
      <w:proofErr w:type="spellStart"/>
      <w:r w:rsidR="00B161C2">
        <w:t>P</w:t>
      </w:r>
      <w:r w:rsidR="0013690D">
        <w:t>aslaug</w:t>
      </w:r>
      <w:r w:rsidR="00C042C4">
        <w:t>os</w:t>
      </w:r>
      <w:proofErr w:type="spellEnd"/>
      <w:r w:rsidR="0013690D">
        <w:t xml:space="preserve"> </w:t>
      </w:r>
      <w:proofErr w:type="spellStart"/>
      <w:r w:rsidR="0013690D">
        <w:t>teikėjas</w:t>
      </w:r>
      <w:proofErr w:type="spellEnd"/>
      <w:r w:rsidR="0013690D">
        <w:t xml:space="preserve"> </w:t>
      </w:r>
      <w:proofErr w:type="spellStart"/>
      <w:r w:rsidR="0013690D">
        <w:t>privalo</w:t>
      </w:r>
      <w:proofErr w:type="spellEnd"/>
      <w:r w:rsidR="0013690D">
        <w:t xml:space="preserve"> </w:t>
      </w:r>
      <w:proofErr w:type="spellStart"/>
      <w:r w:rsidR="0013690D">
        <w:t>užtikrinti</w:t>
      </w:r>
      <w:proofErr w:type="spellEnd"/>
      <w:r w:rsidR="0013690D">
        <w:t xml:space="preserve"> </w:t>
      </w:r>
      <w:proofErr w:type="spellStart"/>
      <w:r w:rsidR="0013690D">
        <w:t>jų</w:t>
      </w:r>
      <w:proofErr w:type="spellEnd"/>
      <w:r w:rsidR="0013690D">
        <w:t xml:space="preserve"> </w:t>
      </w:r>
      <w:proofErr w:type="spellStart"/>
      <w:r w:rsidR="0013690D">
        <w:t>atitiktį</w:t>
      </w:r>
      <w:proofErr w:type="spellEnd"/>
      <w:r w:rsidR="0013690D">
        <w:t xml:space="preserve"> </w:t>
      </w:r>
      <w:proofErr w:type="spellStart"/>
      <w:r w:rsidR="0013690D">
        <w:t>taikomiems</w:t>
      </w:r>
      <w:proofErr w:type="spellEnd"/>
      <w:r w:rsidR="0013690D">
        <w:t xml:space="preserve"> </w:t>
      </w:r>
      <w:proofErr w:type="spellStart"/>
      <w:r w:rsidR="0013690D">
        <w:t>minimaliems</w:t>
      </w:r>
      <w:proofErr w:type="spellEnd"/>
      <w:r w:rsidR="0013690D">
        <w:t xml:space="preserve"> </w:t>
      </w:r>
      <w:proofErr w:type="spellStart"/>
      <w:r w:rsidR="0013690D">
        <w:t>aplinkos</w:t>
      </w:r>
      <w:proofErr w:type="spellEnd"/>
      <w:r w:rsidR="0013690D">
        <w:t xml:space="preserve"> </w:t>
      </w:r>
      <w:proofErr w:type="spellStart"/>
      <w:r w:rsidR="0013690D">
        <w:t>apsaugos</w:t>
      </w:r>
      <w:proofErr w:type="spellEnd"/>
      <w:r w:rsidR="0013690D">
        <w:t xml:space="preserve"> </w:t>
      </w:r>
      <w:proofErr w:type="spellStart"/>
      <w:r w:rsidR="0013690D">
        <w:t>kriterijams</w:t>
      </w:r>
      <w:proofErr w:type="spellEnd"/>
      <w:r w:rsidR="0013690D">
        <w:t xml:space="preserve"> </w:t>
      </w:r>
      <w:proofErr w:type="spellStart"/>
      <w:r w:rsidR="0013690D">
        <w:t>ir</w:t>
      </w:r>
      <w:proofErr w:type="spellEnd"/>
      <w:r w:rsidR="0013690D">
        <w:t xml:space="preserve">, </w:t>
      </w:r>
      <w:proofErr w:type="spellStart"/>
      <w:r w:rsidR="0013690D">
        <w:t>Savivaldybei</w:t>
      </w:r>
      <w:proofErr w:type="spellEnd"/>
      <w:r w:rsidR="0013690D">
        <w:t xml:space="preserve"> </w:t>
      </w:r>
      <w:proofErr w:type="spellStart"/>
      <w:r w:rsidR="0013690D">
        <w:t>paprašius</w:t>
      </w:r>
      <w:proofErr w:type="spellEnd"/>
      <w:r w:rsidR="0013690D">
        <w:t xml:space="preserve">, </w:t>
      </w:r>
      <w:proofErr w:type="spellStart"/>
      <w:r w:rsidR="0013690D">
        <w:t>pateikti</w:t>
      </w:r>
      <w:proofErr w:type="spellEnd"/>
      <w:r w:rsidR="0013690D">
        <w:t xml:space="preserve"> tai </w:t>
      </w:r>
      <w:proofErr w:type="spellStart"/>
      <w:r w:rsidR="0013690D">
        <w:t>pagrindžiančius</w:t>
      </w:r>
      <w:proofErr w:type="spellEnd"/>
      <w:r w:rsidR="0013690D">
        <w:t xml:space="preserve"> </w:t>
      </w:r>
      <w:proofErr w:type="spellStart"/>
      <w:r w:rsidR="0013690D">
        <w:t>dokumentus</w:t>
      </w:r>
      <w:proofErr w:type="spellEnd"/>
      <w:r w:rsidR="0013690D">
        <w:t xml:space="preserve"> </w:t>
      </w:r>
      <w:proofErr w:type="spellStart"/>
      <w:r w:rsidR="0013690D">
        <w:t>ar</w:t>
      </w:r>
      <w:proofErr w:type="spellEnd"/>
      <w:r w:rsidR="0013690D">
        <w:t xml:space="preserve"> </w:t>
      </w:r>
      <w:proofErr w:type="spellStart"/>
      <w:r w:rsidR="0013690D">
        <w:t>lygiaverčius</w:t>
      </w:r>
      <w:proofErr w:type="spellEnd"/>
      <w:r w:rsidR="0013690D">
        <w:t xml:space="preserve"> </w:t>
      </w:r>
      <w:proofErr w:type="spellStart"/>
      <w:r w:rsidR="0013690D">
        <w:t>įrodymus</w:t>
      </w:r>
      <w:proofErr w:type="spellEnd"/>
      <w:r w:rsidR="0013690D">
        <w:t>.</w:t>
      </w:r>
    </w:p>
    <w:p w14:paraId="4D35D8BA" w14:textId="114FA9D8" w:rsidR="00E80A06" w:rsidRDefault="00EC2261" w:rsidP="00E80A06">
      <w:pPr>
        <w:spacing w:after="0"/>
        <w:jc w:val="both"/>
      </w:pPr>
      <w:r>
        <w:tab/>
        <w:t>1.13.</w:t>
      </w:r>
      <w:r w:rsidR="00351B1E">
        <w:t xml:space="preserve"> </w:t>
      </w:r>
      <w:proofErr w:type="spellStart"/>
      <w:r w:rsidR="005B40C5">
        <w:t>Paslaug</w:t>
      </w:r>
      <w:r w:rsidR="00C042C4">
        <w:t>os</w:t>
      </w:r>
      <w:proofErr w:type="spellEnd"/>
      <w:r w:rsidR="005B40C5">
        <w:t xml:space="preserve"> </w:t>
      </w:r>
      <w:proofErr w:type="spellStart"/>
      <w:r w:rsidR="005B40C5">
        <w:t>teikėjas</w:t>
      </w:r>
      <w:proofErr w:type="spellEnd"/>
      <w:r w:rsidR="005B40C5">
        <w:t xml:space="preserve"> </w:t>
      </w:r>
      <w:proofErr w:type="spellStart"/>
      <w:r w:rsidR="005B40C5">
        <w:t>privalo</w:t>
      </w:r>
      <w:proofErr w:type="spellEnd"/>
      <w:r w:rsidR="005B40C5">
        <w:t xml:space="preserve"> </w:t>
      </w:r>
      <w:proofErr w:type="spellStart"/>
      <w:r w:rsidR="005B40C5">
        <w:t>užtikrinti</w:t>
      </w:r>
      <w:proofErr w:type="spellEnd"/>
      <w:r w:rsidR="005B40C5">
        <w:t xml:space="preserve"> </w:t>
      </w:r>
      <w:proofErr w:type="spellStart"/>
      <w:r w:rsidR="005B40C5">
        <w:t>duomenų</w:t>
      </w:r>
      <w:proofErr w:type="spellEnd"/>
      <w:r w:rsidR="005B40C5">
        <w:t xml:space="preserve"> </w:t>
      </w:r>
      <w:proofErr w:type="spellStart"/>
      <w:r w:rsidR="005B40C5">
        <w:t>kokybę</w:t>
      </w:r>
      <w:proofErr w:type="spellEnd"/>
      <w:r w:rsidR="005B40C5">
        <w:t xml:space="preserve">, </w:t>
      </w:r>
      <w:proofErr w:type="spellStart"/>
      <w:r w:rsidR="005B40C5">
        <w:t>matavimų</w:t>
      </w:r>
      <w:proofErr w:type="spellEnd"/>
      <w:r w:rsidR="005B40C5">
        <w:t xml:space="preserve"> </w:t>
      </w:r>
      <w:proofErr w:type="spellStart"/>
      <w:r w:rsidR="005B40C5">
        <w:t>atsekamumą</w:t>
      </w:r>
      <w:proofErr w:type="spellEnd"/>
      <w:r w:rsidR="005B40C5">
        <w:t xml:space="preserve">, </w:t>
      </w:r>
      <w:proofErr w:type="spellStart"/>
      <w:r w:rsidR="005B40C5">
        <w:t>tyrimų</w:t>
      </w:r>
      <w:proofErr w:type="spellEnd"/>
      <w:r w:rsidR="005B40C5">
        <w:t xml:space="preserve"> </w:t>
      </w:r>
      <w:proofErr w:type="spellStart"/>
      <w:r w:rsidR="005B40C5">
        <w:t>rezultatų</w:t>
      </w:r>
      <w:proofErr w:type="spellEnd"/>
      <w:r w:rsidR="005B40C5">
        <w:t xml:space="preserve"> </w:t>
      </w:r>
      <w:proofErr w:type="spellStart"/>
      <w:r w:rsidR="005B40C5">
        <w:t>pagrįstumą</w:t>
      </w:r>
      <w:proofErr w:type="spellEnd"/>
      <w:r w:rsidR="005B40C5">
        <w:t xml:space="preserve">, </w:t>
      </w:r>
      <w:proofErr w:type="spellStart"/>
      <w:r w:rsidR="005B40C5">
        <w:t>pirminių</w:t>
      </w:r>
      <w:proofErr w:type="spellEnd"/>
      <w:r w:rsidR="005B40C5">
        <w:t xml:space="preserve"> </w:t>
      </w:r>
      <w:proofErr w:type="spellStart"/>
      <w:r w:rsidR="005B40C5">
        <w:t>duomenų</w:t>
      </w:r>
      <w:proofErr w:type="spellEnd"/>
      <w:r w:rsidR="005B40C5">
        <w:t xml:space="preserve"> </w:t>
      </w:r>
      <w:proofErr w:type="spellStart"/>
      <w:r w:rsidR="005B40C5">
        <w:t>saugojimą</w:t>
      </w:r>
      <w:proofErr w:type="spellEnd"/>
      <w:r w:rsidR="005B40C5">
        <w:t xml:space="preserve"> </w:t>
      </w:r>
      <w:proofErr w:type="spellStart"/>
      <w:r w:rsidR="005B40C5">
        <w:t>ir</w:t>
      </w:r>
      <w:proofErr w:type="spellEnd"/>
      <w:r w:rsidR="005B40C5">
        <w:t xml:space="preserve"> </w:t>
      </w:r>
      <w:proofErr w:type="spellStart"/>
      <w:r w:rsidR="005B40C5">
        <w:t>jų</w:t>
      </w:r>
      <w:proofErr w:type="spellEnd"/>
      <w:r w:rsidR="005B40C5">
        <w:t xml:space="preserve"> </w:t>
      </w:r>
      <w:proofErr w:type="spellStart"/>
      <w:r w:rsidR="005B40C5">
        <w:t>pateikimą</w:t>
      </w:r>
      <w:proofErr w:type="spellEnd"/>
      <w:r w:rsidR="005B40C5">
        <w:t xml:space="preserve"> </w:t>
      </w:r>
      <w:proofErr w:type="spellStart"/>
      <w:r w:rsidR="005B40C5">
        <w:t>Savivaldybei</w:t>
      </w:r>
      <w:proofErr w:type="spellEnd"/>
      <w:r w:rsidR="005B40C5">
        <w:t xml:space="preserve"> </w:t>
      </w:r>
      <w:proofErr w:type="spellStart"/>
      <w:r w:rsidR="005B40C5">
        <w:t>pagal</w:t>
      </w:r>
      <w:proofErr w:type="spellEnd"/>
      <w:r w:rsidR="005B40C5">
        <w:t xml:space="preserve"> </w:t>
      </w:r>
      <w:proofErr w:type="spellStart"/>
      <w:r w:rsidR="005B40C5">
        <w:lastRenderedPageBreak/>
        <w:t>pareikalavimą</w:t>
      </w:r>
      <w:proofErr w:type="spellEnd"/>
      <w:r w:rsidR="005B40C5">
        <w:t xml:space="preserve">. Visi </w:t>
      </w:r>
      <w:proofErr w:type="spellStart"/>
      <w:r w:rsidR="005B40C5">
        <w:t>tyrimų</w:t>
      </w:r>
      <w:proofErr w:type="spellEnd"/>
      <w:r w:rsidR="005B40C5">
        <w:t xml:space="preserve"> </w:t>
      </w:r>
      <w:proofErr w:type="spellStart"/>
      <w:r w:rsidR="005B40C5">
        <w:t>rezultatai</w:t>
      </w:r>
      <w:proofErr w:type="spellEnd"/>
      <w:r w:rsidR="005B40C5">
        <w:t xml:space="preserve">, </w:t>
      </w:r>
      <w:proofErr w:type="spellStart"/>
      <w:r w:rsidR="005B40C5">
        <w:t>tarpinės</w:t>
      </w:r>
      <w:proofErr w:type="spellEnd"/>
      <w:r w:rsidR="00AB19D1">
        <w:t xml:space="preserve">, </w:t>
      </w:r>
      <w:proofErr w:type="spellStart"/>
      <w:r w:rsidR="00AB19D1">
        <w:t>metinės</w:t>
      </w:r>
      <w:proofErr w:type="spellEnd"/>
      <w:r w:rsidR="005B40C5">
        <w:t xml:space="preserve"> </w:t>
      </w:r>
      <w:proofErr w:type="spellStart"/>
      <w:r w:rsidR="005B40C5">
        <w:t>ir</w:t>
      </w:r>
      <w:proofErr w:type="spellEnd"/>
      <w:r w:rsidR="005B40C5">
        <w:t xml:space="preserve"> </w:t>
      </w:r>
      <w:proofErr w:type="spellStart"/>
      <w:r w:rsidR="005B40C5">
        <w:t>galutinės</w:t>
      </w:r>
      <w:proofErr w:type="spellEnd"/>
      <w:r w:rsidR="005B40C5">
        <w:t xml:space="preserve"> </w:t>
      </w:r>
      <w:proofErr w:type="spellStart"/>
      <w:r w:rsidR="005B40C5">
        <w:t>ataskaitos</w:t>
      </w:r>
      <w:proofErr w:type="spellEnd"/>
      <w:r w:rsidR="005B40C5">
        <w:t xml:space="preserve"> </w:t>
      </w:r>
      <w:proofErr w:type="spellStart"/>
      <w:r w:rsidR="005B40C5">
        <w:t>turi</w:t>
      </w:r>
      <w:proofErr w:type="spellEnd"/>
      <w:r w:rsidR="005B40C5">
        <w:t xml:space="preserve"> </w:t>
      </w:r>
      <w:proofErr w:type="spellStart"/>
      <w:r w:rsidR="005B40C5">
        <w:t>būti</w:t>
      </w:r>
      <w:proofErr w:type="spellEnd"/>
      <w:r w:rsidR="005B40C5">
        <w:t xml:space="preserve"> </w:t>
      </w:r>
      <w:proofErr w:type="spellStart"/>
      <w:r w:rsidR="005B40C5">
        <w:t>parengtos</w:t>
      </w:r>
      <w:proofErr w:type="spellEnd"/>
      <w:r w:rsidR="005B40C5">
        <w:t xml:space="preserve"> </w:t>
      </w:r>
      <w:proofErr w:type="spellStart"/>
      <w:r w:rsidR="005B40C5">
        <w:t>lietuvių</w:t>
      </w:r>
      <w:proofErr w:type="spellEnd"/>
      <w:r w:rsidR="005B40C5">
        <w:t xml:space="preserve"> </w:t>
      </w:r>
      <w:proofErr w:type="spellStart"/>
      <w:r w:rsidR="005B40C5">
        <w:t>kalba</w:t>
      </w:r>
      <w:proofErr w:type="spellEnd"/>
      <w:r w:rsidR="005B40C5">
        <w:t>.</w:t>
      </w:r>
    </w:p>
    <w:p w14:paraId="73EB95DF" w14:textId="77777777" w:rsidR="00EC2261" w:rsidRDefault="00EC2261" w:rsidP="00C775C7">
      <w:pPr>
        <w:spacing w:after="0"/>
        <w:jc w:val="both"/>
        <w:rPr>
          <w:rFonts w:asciiTheme="majorBidi" w:hAnsiTheme="majorBidi" w:cstheme="majorBidi"/>
          <w:b/>
        </w:rPr>
      </w:pPr>
    </w:p>
    <w:p w14:paraId="7D02F90E" w14:textId="54879B9A" w:rsidR="00C775C7" w:rsidRDefault="00EC2261" w:rsidP="00EC2261">
      <w:pPr>
        <w:spacing w:after="0"/>
        <w:jc w:val="center"/>
      </w:pPr>
      <w:r>
        <w:rPr>
          <w:rFonts w:asciiTheme="majorBidi" w:hAnsiTheme="majorBidi" w:cstheme="majorBidi"/>
          <w:b/>
        </w:rPr>
        <w:t>2.</w:t>
      </w:r>
      <w:r w:rsidR="00351B1E">
        <w:rPr>
          <w:rFonts w:asciiTheme="majorBidi" w:hAnsiTheme="majorBidi" w:cstheme="majorBidi"/>
          <w:b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  <w:b/>
        </w:rPr>
        <w:t>Pirkimo</w:t>
      </w:r>
      <w:proofErr w:type="spellEnd"/>
      <w:r w:rsidR="00877C55" w:rsidRPr="00DA77CB">
        <w:rPr>
          <w:rFonts w:asciiTheme="majorBidi" w:hAnsiTheme="majorBidi" w:cstheme="majorBidi"/>
          <w:b/>
        </w:rPr>
        <w:t xml:space="preserve"> </w:t>
      </w:r>
      <w:proofErr w:type="spellStart"/>
      <w:r w:rsidR="00877C55" w:rsidRPr="00DA77CB">
        <w:rPr>
          <w:rFonts w:asciiTheme="majorBidi" w:hAnsiTheme="majorBidi" w:cstheme="majorBidi"/>
          <w:b/>
        </w:rPr>
        <w:t>objektas</w:t>
      </w:r>
      <w:proofErr w:type="spellEnd"/>
    </w:p>
    <w:p w14:paraId="76FB97B2" w14:textId="77777777" w:rsidR="00EC2261" w:rsidRDefault="00EC2261" w:rsidP="00C775C7">
      <w:pPr>
        <w:spacing w:after="0"/>
        <w:jc w:val="both"/>
      </w:pPr>
    </w:p>
    <w:p w14:paraId="15ACB1D8" w14:textId="1B3461DC" w:rsidR="0043007D" w:rsidRDefault="001D5D9A" w:rsidP="00C775C7">
      <w:pPr>
        <w:spacing w:after="0"/>
        <w:jc w:val="both"/>
      </w:pPr>
      <w:r>
        <w:tab/>
        <w:t>2.1.</w:t>
      </w:r>
      <w:r w:rsidR="00351B1E">
        <w:t xml:space="preserve"> </w:t>
      </w:r>
      <w:proofErr w:type="spellStart"/>
      <w:r w:rsidR="00877C55" w:rsidRPr="00793DCE">
        <w:t>Perkam</w:t>
      </w:r>
      <w:r w:rsidR="00BB0159">
        <w:t>a</w:t>
      </w:r>
      <w:proofErr w:type="spellEnd"/>
      <w:r w:rsidR="00877C55" w:rsidRPr="00793DCE">
        <w:t xml:space="preserve"> </w:t>
      </w:r>
      <w:proofErr w:type="spellStart"/>
      <w:r w:rsidR="00846BA1">
        <w:t>Paslauga</w:t>
      </w:r>
      <w:proofErr w:type="spellEnd"/>
      <w:r w:rsidR="00237598" w:rsidRPr="00A31BB6">
        <w:t xml:space="preserve">, </w:t>
      </w:r>
      <w:proofErr w:type="spellStart"/>
      <w:r w:rsidR="004B0BE6">
        <w:t>jos</w:t>
      </w:r>
      <w:proofErr w:type="spellEnd"/>
      <w:r w:rsidR="004B0BE6">
        <w:t xml:space="preserve"> </w:t>
      </w:r>
      <w:proofErr w:type="spellStart"/>
      <w:r w:rsidR="00C042C4">
        <w:t>vykdymą</w:t>
      </w:r>
      <w:proofErr w:type="spellEnd"/>
      <w:r w:rsidR="00237598" w:rsidRPr="00A31BB6">
        <w:t xml:space="preserve"> </w:t>
      </w:r>
      <w:proofErr w:type="spellStart"/>
      <w:r w:rsidR="00237598" w:rsidRPr="00A31BB6">
        <w:t>pradedant</w:t>
      </w:r>
      <w:proofErr w:type="spellEnd"/>
      <w:r w:rsidR="00237598" w:rsidRPr="00A31BB6">
        <w:t xml:space="preserve"> </w:t>
      </w:r>
      <w:proofErr w:type="spellStart"/>
      <w:r w:rsidR="00237598" w:rsidRPr="00A31BB6">
        <w:t>nuo</w:t>
      </w:r>
      <w:proofErr w:type="spellEnd"/>
      <w:r w:rsidR="00237598" w:rsidRPr="00A31BB6">
        <w:t xml:space="preserve"> 2027 </w:t>
      </w:r>
      <w:proofErr w:type="spellStart"/>
      <w:r w:rsidR="00237598" w:rsidRPr="00A31BB6">
        <w:t>metų</w:t>
      </w:r>
      <w:proofErr w:type="spellEnd"/>
      <w:r w:rsidR="00237598" w:rsidRPr="00A31BB6">
        <w:t xml:space="preserve">. </w:t>
      </w:r>
      <w:proofErr w:type="spellStart"/>
      <w:r w:rsidR="00846BA1">
        <w:t>P</w:t>
      </w:r>
      <w:r w:rsidR="00877C55" w:rsidRPr="00585A7C">
        <w:t>aslaug</w:t>
      </w:r>
      <w:r w:rsidR="00BB0159">
        <w:t>a</w:t>
      </w:r>
      <w:proofErr w:type="spellEnd"/>
      <w:r w:rsidR="00877C55" w:rsidRPr="00585A7C">
        <w:t xml:space="preserve"> </w:t>
      </w:r>
      <w:proofErr w:type="spellStart"/>
      <w:r w:rsidR="00877C55" w:rsidRPr="00585A7C">
        <w:t>apima</w:t>
      </w:r>
      <w:proofErr w:type="spellEnd"/>
      <w:r w:rsidR="00877C55" w:rsidRPr="00585A7C">
        <w:t xml:space="preserve"> </w:t>
      </w:r>
      <w:proofErr w:type="spellStart"/>
      <w:r w:rsidR="00877C55" w:rsidRPr="00585A7C">
        <w:t>aplinkos</w:t>
      </w:r>
      <w:proofErr w:type="spellEnd"/>
      <w:r w:rsidR="00877C55" w:rsidRPr="00585A7C">
        <w:t xml:space="preserve"> </w:t>
      </w:r>
      <w:proofErr w:type="spellStart"/>
      <w:r w:rsidR="00877C55" w:rsidRPr="00585A7C">
        <w:t>oro</w:t>
      </w:r>
      <w:proofErr w:type="spellEnd"/>
      <w:r w:rsidR="00877C55" w:rsidRPr="00585A7C">
        <w:t xml:space="preserve">, </w:t>
      </w:r>
      <w:proofErr w:type="spellStart"/>
      <w:r w:rsidR="00877C55" w:rsidRPr="00585A7C">
        <w:t>paviršinio</w:t>
      </w:r>
      <w:proofErr w:type="spellEnd"/>
      <w:r w:rsidR="00877C55" w:rsidRPr="00585A7C">
        <w:t xml:space="preserve"> </w:t>
      </w:r>
      <w:proofErr w:type="spellStart"/>
      <w:r w:rsidR="00877C55" w:rsidRPr="00585A7C">
        <w:t>vandens</w:t>
      </w:r>
      <w:proofErr w:type="spellEnd"/>
      <w:r w:rsidR="00877C55" w:rsidRPr="00585A7C">
        <w:t xml:space="preserve">, </w:t>
      </w:r>
      <w:proofErr w:type="spellStart"/>
      <w:r w:rsidR="00877C55" w:rsidRPr="00585A7C">
        <w:t>dirvožemio</w:t>
      </w:r>
      <w:proofErr w:type="spellEnd"/>
      <w:r w:rsidR="00877C55" w:rsidRPr="00585A7C">
        <w:t xml:space="preserve"> </w:t>
      </w:r>
      <w:proofErr w:type="spellStart"/>
      <w:r w:rsidR="00877C55" w:rsidRPr="00585A7C">
        <w:t>ir</w:t>
      </w:r>
      <w:proofErr w:type="spellEnd"/>
      <w:r w:rsidR="00877C55" w:rsidRPr="00585A7C">
        <w:t xml:space="preserve"> </w:t>
      </w:r>
      <w:proofErr w:type="spellStart"/>
      <w:r w:rsidR="00877C55" w:rsidRPr="00585A7C">
        <w:t>gyvosios</w:t>
      </w:r>
      <w:proofErr w:type="spellEnd"/>
      <w:r w:rsidR="00877C55" w:rsidRPr="00585A7C">
        <w:t xml:space="preserve"> </w:t>
      </w:r>
      <w:proofErr w:type="spellStart"/>
      <w:r w:rsidR="00877C55" w:rsidRPr="00585A7C">
        <w:t>gamtos</w:t>
      </w:r>
      <w:proofErr w:type="spellEnd"/>
      <w:r w:rsidR="00877C55" w:rsidRPr="00585A7C">
        <w:t xml:space="preserve"> </w:t>
      </w:r>
      <w:proofErr w:type="spellStart"/>
      <w:r w:rsidR="00877C55" w:rsidRPr="00585A7C">
        <w:t>monitoringo</w:t>
      </w:r>
      <w:proofErr w:type="spellEnd"/>
      <w:r w:rsidR="00877C55" w:rsidRPr="00585A7C">
        <w:t xml:space="preserve"> </w:t>
      </w:r>
      <w:proofErr w:type="spellStart"/>
      <w:r w:rsidR="00877C55" w:rsidRPr="00585A7C">
        <w:t>vykdymą</w:t>
      </w:r>
      <w:proofErr w:type="spellEnd"/>
      <w:r w:rsidR="00877C55" w:rsidRPr="00585A7C">
        <w:t>,</w:t>
      </w:r>
      <w:r w:rsidR="00877C55" w:rsidRPr="00793DCE">
        <w:t xml:space="preserve"> </w:t>
      </w:r>
      <w:proofErr w:type="spellStart"/>
      <w:r w:rsidR="00877C55" w:rsidRPr="00793DCE">
        <w:t>tyrimų</w:t>
      </w:r>
      <w:proofErr w:type="spellEnd"/>
      <w:r w:rsidR="00877C55" w:rsidRPr="00793DCE">
        <w:t xml:space="preserve"> </w:t>
      </w:r>
      <w:proofErr w:type="spellStart"/>
      <w:r w:rsidR="00877C55" w:rsidRPr="00793DCE">
        <w:t>planavimą</w:t>
      </w:r>
      <w:proofErr w:type="spellEnd"/>
      <w:r w:rsidR="00877C55" w:rsidRPr="00793DCE">
        <w:t xml:space="preserve">, </w:t>
      </w:r>
      <w:proofErr w:type="spellStart"/>
      <w:r w:rsidR="00877C55" w:rsidRPr="00793DCE">
        <w:t>ėminių</w:t>
      </w:r>
      <w:proofErr w:type="spellEnd"/>
      <w:r w:rsidR="00877C55" w:rsidRPr="00793DCE">
        <w:t xml:space="preserve"> </w:t>
      </w:r>
      <w:proofErr w:type="spellStart"/>
      <w:r w:rsidR="00877C55" w:rsidRPr="00793DCE">
        <w:t>ėmimą</w:t>
      </w:r>
      <w:proofErr w:type="spellEnd"/>
      <w:r w:rsidR="00877C55" w:rsidRPr="00793DCE">
        <w:t xml:space="preserve">, </w:t>
      </w:r>
      <w:proofErr w:type="spellStart"/>
      <w:r w:rsidR="00877C55" w:rsidRPr="00793DCE">
        <w:t>matavimus</w:t>
      </w:r>
      <w:proofErr w:type="spellEnd"/>
      <w:r w:rsidR="00877C55" w:rsidRPr="00793DCE">
        <w:t xml:space="preserve">, </w:t>
      </w:r>
      <w:proofErr w:type="spellStart"/>
      <w:r w:rsidR="00877C55" w:rsidRPr="00793DCE">
        <w:t>laboratorinius</w:t>
      </w:r>
      <w:proofErr w:type="spellEnd"/>
      <w:r w:rsidR="00877C55" w:rsidRPr="00793DCE">
        <w:t xml:space="preserve"> </w:t>
      </w:r>
      <w:proofErr w:type="spellStart"/>
      <w:r w:rsidR="00877C55" w:rsidRPr="00793DCE">
        <w:t>tyrimus</w:t>
      </w:r>
      <w:proofErr w:type="spellEnd"/>
      <w:r w:rsidR="00877C55" w:rsidRPr="00793DCE">
        <w:t xml:space="preserve">, </w:t>
      </w:r>
      <w:proofErr w:type="spellStart"/>
      <w:r w:rsidR="00877C55" w:rsidRPr="00793DCE">
        <w:t>duomenų</w:t>
      </w:r>
      <w:proofErr w:type="spellEnd"/>
      <w:r w:rsidR="00877C55" w:rsidRPr="00793DCE">
        <w:t xml:space="preserve"> </w:t>
      </w:r>
      <w:proofErr w:type="spellStart"/>
      <w:r w:rsidR="00877C55" w:rsidRPr="00793DCE">
        <w:t>analizę</w:t>
      </w:r>
      <w:proofErr w:type="spellEnd"/>
      <w:r w:rsidR="00877C55" w:rsidRPr="00793DCE">
        <w:t xml:space="preserve">, </w:t>
      </w:r>
      <w:proofErr w:type="spellStart"/>
      <w:r w:rsidR="003D3517">
        <w:t>tarpinių</w:t>
      </w:r>
      <w:proofErr w:type="spellEnd"/>
      <w:r w:rsidR="003D3517">
        <w:t xml:space="preserve">, </w:t>
      </w:r>
      <w:proofErr w:type="spellStart"/>
      <w:r w:rsidR="00877C55" w:rsidRPr="00585A7C">
        <w:t>metinių</w:t>
      </w:r>
      <w:proofErr w:type="spellEnd"/>
      <w:r w:rsidR="00877C55" w:rsidRPr="00585A7C">
        <w:t xml:space="preserve"> </w:t>
      </w:r>
      <w:proofErr w:type="spellStart"/>
      <w:r w:rsidR="00877C55" w:rsidRPr="00585A7C">
        <w:t>ir</w:t>
      </w:r>
      <w:proofErr w:type="spellEnd"/>
      <w:r w:rsidR="00877C55" w:rsidRPr="00585A7C">
        <w:t xml:space="preserve"> </w:t>
      </w:r>
      <w:proofErr w:type="spellStart"/>
      <w:r w:rsidR="00877C55" w:rsidRPr="00585A7C">
        <w:t>galutinės</w:t>
      </w:r>
      <w:proofErr w:type="spellEnd"/>
      <w:r w:rsidR="00877C55" w:rsidRPr="00585A7C">
        <w:t xml:space="preserve"> </w:t>
      </w:r>
      <w:proofErr w:type="spellStart"/>
      <w:r w:rsidR="00877C55" w:rsidRPr="00793DCE">
        <w:t>ataskaitų</w:t>
      </w:r>
      <w:proofErr w:type="spellEnd"/>
      <w:r w:rsidR="00877C55" w:rsidRPr="00793DCE">
        <w:t xml:space="preserve"> </w:t>
      </w:r>
      <w:proofErr w:type="spellStart"/>
      <w:r w:rsidR="00877C55" w:rsidRPr="00793DCE">
        <w:t>rengimą</w:t>
      </w:r>
      <w:proofErr w:type="spellEnd"/>
      <w:r w:rsidR="00877C55" w:rsidRPr="00793DCE">
        <w:t xml:space="preserve">, </w:t>
      </w:r>
      <w:proofErr w:type="spellStart"/>
      <w:r w:rsidR="00877C55" w:rsidRPr="00793DCE">
        <w:t>duomenų</w:t>
      </w:r>
      <w:proofErr w:type="spellEnd"/>
      <w:r w:rsidR="00877C55" w:rsidRPr="00793DCE">
        <w:t xml:space="preserve"> </w:t>
      </w:r>
      <w:proofErr w:type="spellStart"/>
      <w:r w:rsidR="00877C55" w:rsidRPr="00793DCE">
        <w:t>pateikimą</w:t>
      </w:r>
      <w:proofErr w:type="spellEnd"/>
      <w:r w:rsidR="00877C55" w:rsidRPr="00793DCE">
        <w:t xml:space="preserve"> </w:t>
      </w:r>
      <w:proofErr w:type="spellStart"/>
      <w:r w:rsidR="00877C55" w:rsidRPr="00793DCE">
        <w:t>teisės</w:t>
      </w:r>
      <w:proofErr w:type="spellEnd"/>
      <w:r w:rsidR="00877C55" w:rsidRPr="00793DCE">
        <w:t xml:space="preserve"> </w:t>
      </w:r>
      <w:proofErr w:type="spellStart"/>
      <w:r w:rsidR="00877C55" w:rsidRPr="00793DCE">
        <w:t>aktų</w:t>
      </w:r>
      <w:proofErr w:type="spellEnd"/>
      <w:r w:rsidR="00877C55" w:rsidRPr="00793DCE">
        <w:t xml:space="preserve"> </w:t>
      </w:r>
      <w:proofErr w:type="spellStart"/>
      <w:r w:rsidR="00877C55" w:rsidRPr="00793DCE">
        <w:t>nustatyta</w:t>
      </w:r>
      <w:proofErr w:type="spellEnd"/>
      <w:r w:rsidR="00877C55" w:rsidRPr="00793DCE">
        <w:t xml:space="preserve"> </w:t>
      </w:r>
      <w:proofErr w:type="spellStart"/>
      <w:r w:rsidR="00877C55" w:rsidRPr="00793DCE">
        <w:t>tvarka</w:t>
      </w:r>
      <w:proofErr w:type="spellEnd"/>
      <w:r w:rsidR="00CF0A0A" w:rsidRPr="00CF0A0A">
        <w:t xml:space="preserve"> </w:t>
      </w:r>
      <w:proofErr w:type="spellStart"/>
      <w:r w:rsidR="00CF0A0A" w:rsidRPr="00CF0A0A">
        <w:t>ir</w:t>
      </w:r>
      <w:proofErr w:type="spellEnd"/>
      <w:r w:rsidR="00877C55" w:rsidRPr="00793DCE">
        <w:t xml:space="preserve"> </w:t>
      </w:r>
      <w:proofErr w:type="spellStart"/>
      <w:r w:rsidR="00877C55" w:rsidRPr="00793DCE">
        <w:t>visuomenės</w:t>
      </w:r>
      <w:proofErr w:type="spellEnd"/>
      <w:r w:rsidR="00877C55" w:rsidRPr="00793DCE">
        <w:t xml:space="preserve"> </w:t>
      </w:r>
      <w:proofErr w:type="spellStart"/>
      <w:r w:rsidR="00877C55" w:rsidRPr="00793DCE">
        <w:t>informavimą</w:t>
      </w:r>
      <w:proofErr w:type="spellEnd"/>
      <w:r w:rsidR="00CF0A0A" w:rsidRPr="00CF0A0A">
        <w:t>.</w:t>
      </w:r>
      <w:r w:rsidR="00877C55" w:rsidRPr="00585A7C">
        <w:t xml:space="preserve"> </w:t>
      </w:r>
      <w:proofErr w:type="spellStart"/>
      <w:r w:rsidR="00877C55" w:rsidRPr="00585A7C">
        <w:t>Potencialiai</w:t>
      </w:r>
      <w:proofErr w:type="spellEnd"/>
      <w:r w:rsidR="00877C55" w:rsidRPr="00585A7C">
        <w:t xml:space="preserve"> </w:t>
      </w:r>
      <w:proofErr w:type="spellStart"/>
      <w:r w:rsidR="00877C55" w:rsidRPr="00585A7C">
        <w:t>užterštų</w:t>
      </w:r>
      <w:proofErr w:type="spellEnd"/>
      <w:r w:rsidR="00877C55" w:rsidRPr="00585A7C">
        <w:t xml:space="preserve"> </w:t>
      </w:r>
      <w:proofErr w:type="spellStart"/>
      <w:r w:rsidR="00877C55" w:rsidRPr="00585A7C">
        <w:t>teritorijų</w:t>
      </w:r>
      <w:proofErr w:type="spellEnd"/>
      <w:r w:rsidR="00877C55" w:rsidRPr="00585A7C">
        <w:t xml:space="preserve"> </w:t>
      </w:r>
      <w:proofErr w:type="spellStart"/>
      <w:r w:rsidR="00877C55" w:rsidRPr="00585A7C">
        <w:t>ir</w:t>
      </w:r>
      <w:proofErr w:type="spellEnd"/>
      <w:r w:rsidR="00877C55" w:rsidRPr="00585A7C">
        <w:t xml:space="preserve"> </w:t>
      </w:r>
      <w:proofErr w:type="spellStart"/>
      <w:r w:rsidR="00877C55" w:rsidRPr="00585A7C">
        <w:t>kraštovaizdžio</w:t>
      </w:r>
      <w:proofErr w:type="spellEnd"/>
      <w:r w:rsidR="00877C55" w:rsidRPr="00585A7C">
        <w:t xml:space="preserve"> </w:t>
      </w:r>
      <w:proofErr w:type="spellStart"/>
      <w:r w:rsidR="00877C55" w:rsidRPr="00585A7C">
        <w:t>dalys</w:t>
      </w:r>
      <w:proofErr w:type="spellEnd"/>
      <w:r w:rsidR="00877C55" w:rsidRPr="00585A7C">
        <w:t xml:space="preserve"> </w:t>
      </w:r>
      <w:proofErr w:type="spellStart"/>
      <w:r w:rsidR="00877C55" w:rsidRPr="00585A7C">
        <w:t>vykdomos</w:t>
      </w:r>
      <w:proofErr w:type="spellEnd"/>
      <w:r w:rsidR="00877C55" w:rsidRPr="00585A7C">
        <w:t xml:space="preserve"> tik </w:t>
      </w:r>
      <w:proofErr w:type="spellStart"/>
      <w:r w:rsidR="00877C55" w:rsidRPr="00585A7C">
        <w:t>šioje</w:t>
      </w:r>
      <w:proofErr w:type="spellEnd"/>
      <w:r w:rsidR="00877C55" w:rsidRPr="00585A7C">
        <w:t xml:space="preserve"> </w:t>
      </w:r>
      <w:proofErr w:type="spellStart"/>
      <w:r w:rsidR="00877C55" w:rsidRPr="00585A7C">
        <w:t>techninėje</w:t>
      </w:r>
      <w:proofErr w:type="spellEnd"/>
      <w:r w:rsidR="00877C55" w:rsidRPr="00585A7C">
        <w:t xml:space="preserve"> </w:t>
      </w:r>
      <w:proofErr w:type="spellStart"/>
      <w:r w:rsidR="00877C55" w:rsidRPr="00585A7C">
        <w:t>specifikacijoje</w:t>
      </w:r>
      <w:proofErr w:type="spellEnd"/>
      <w:r w:rsidR="00877C55" w:rsidRPr="00585A7C">
        <w:t xml:space="preserve"> </w:t>
      </w:r>
      <w:proofErr w:type="spellStart"/>
      <w:r w:rsidR="00877C55" w:rsidRPr="00585A7C">
        <w:t>nustatyta</w:t>
      </w:r>
      <w:proofErr w:type="spellEnd"/>
      <w:r w:rsidR="00877C55" w:rsidRPr="00585A7C">
        <w:t xml:space="preserve"> </w:t>
      </w:r>
      <w:proofErr w:type="spellStart"/>
      <w:r w:rsidR="00877C55" w:rsidRPr="00585A7C">
        <w:t>apimtimi</w:t>
      </w:r>
      <w:proofErr w:type="spellEnd"/>
      <w:r w:rsidR="00BB0159">
        <w:t>:</w:t>
      </w:r>
    </w:p>
    <w:p w14:paraId="630B271F" w14:textId="63AE9D96" w:rsidR="00131587" w:rsidRDefault="00D137B5" w:rsidP="00131587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2.1.1.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AF3511" w:rsidRPr="00F60D16">
        <w:rPr>
          <w:rFonts w:asciiTheme="majorBidi" w:hAnsiTheme="majorBidi" w:cstheme="majorBidi"/>
        </w:rPr>
        <w:t>aplinkos</w:t>
      </w:r>
      <w:proofErr w:type="spellEnd"/>
      <w:r w:rsidR="00AF3511" w:rsidRPr="00F60D16">
        <w:rPr>
          <w:rFonts w:asciiTheme="majorBidi" w:hAnsiTheme="majorBidi" w:cstheme="majorBidi"/>
        </w:rPr>
        <w:t xml:space="preserve"> </w:t>
      </w:r>
      <w:proofErr w:type="spellStart"/>
      <w:r w:rsidR="00AF3511" w:rsidRPr="00F60D16">
        <w:rPr>
          <w:rFonts w:asciiTheme="majorBidi" w:hAnsiTheme="majorBidi" w:cstheme="majorBidi"/>
        </w:rPr>
        <w:t>oro</w:t>
      </w:r>
      <w:proofErr w:type="spellEnd"/>
      <w:r w:rsidR="00AF3511" w:rsidRPr="00F60D16">
        <w:rPr>
          <w:rFonts w:asciiTheme="majorBidi" w:hAnsiTheme="majorBidi" w:cstheme="majorBidi"/>
        </w:rPr>
        <w:t xml:space="preserve"> </w:t>
      </w:r>
      <w:proofErr w:type="spellStart"/>
      <w:r w:rsidR="00AF3511" w:rsidRPr="00F60D16">
        <w:rPr>
          <w:rFonts w:asciiTheme="majorBidi" w:hAnsiTheme="majorBidi" w:cstheme="majorBidi"/>
        </w:rPr>
        <w:t>monitoring</w:t>
      </w:r>
      <w:r w:rsidR="00DB24A0" w:rsidRPr="00F60D16">
        <w:rPr>
          <w:rFonts w:asciiTheme="majorBidi" w:hAnsiTheme="majorBidi" w:cstheme="majorBidi"/>
        </w:rPr>
        <w:t>ą</w:t>
      </w:r>
      <w:proofErr w:type="spellEnd"/>
      <w:r w:rsidR="00473E89" w:rsidRPr="00F60D16">
        <w:rPr>
          <w:rFonts w:asciiTheme="majorBidi" w:hAnsiTheme="majorBidi" w:cstheme="majorBidi"/>
        </w:rPr>
        <w:t>:</w:t>
      </w:r>
    </w:p>
    <w:p w14:paraId="2ACA3068" w14:textId="407BAD28" w:rsidR="00131587" w:rsidRDefault="00D137B5" w:rsidP="00131587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2.1.1.1.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patikim</w:t>
      </w:r>
      <w:r w:rsidR="00DB24A0">
        <w:rPr>
          <w:rFonts w:asciiTheme="majorBidi" w:hAnsiTheme="majorBidi" w:cstheme="majorBidi"/>
        </w:rPr>
        <w:t>os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informacij</w:t>
      </w:r>
      <w:r w:rsidR="00DB24A0">
        <w:rPr>
          <w:rFonts w:asciiTheme="majorBidi" w:hAnsiTheme="majorBidi" w:cstheme="majorBidi"/>
        </w:rPr>
        <w:t>os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apie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oro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užterštumo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lygį</w:t>
      </w:r>
      <w:proofErr w:type="spellEnd"/>
      <w:r w:rsidR="009051BD">
        <w:rPr>
          <w:rFonts w:asciiTheme="majorBidi" w:hAnsiTheme="majorBidi" w:cstheme="majorBidi"/>
        </w:rPr>
        <w:t xml:space="preserve"> </w:t>
      </w:r>
      <w:proofErr w:type="spellStart"/>
      <w:r w:rsidR="009051BD">
        <w:rPr>
          <w:rFonts w:asciiTheme="majorBidi" w:hAnsiTheme="majorBidi" w:cstheme="majorBidi"/>
        </w:rPr>
        <w:t>kaupimą</w:t>
      </w:r>
      <w:proofErr w:type="spellEnd"/>
      <w:r w:rsidR="009051BD">
        <w:rPr>
          <w:rFonts w:asciiTheme="majorBidi" w:hAnsiTheme="majorBidi" w:cstheme="majorBidi"/>
        </w:rPr>
        <w:t xml:space="preserve"> </w:t>
      </w:r>
      <w:proofErr w:type="spellStart"/>
      <w:r w:rsidR="009051BD">
        <w:rPr>
          <w:rFonts w:asciiTheme="majorBidi" w:hAnsiTheme="majorBidi" w:cstheme="majorBidi"/>
        </w:rPr>
        <w:t>ir</w:t>
      </w:r>
      <w:proofErr w:type="spellEnd"/>
      <w:r w:rsidR="009051BD">
        <w:rPr>
          <w:rFonts w:asciiTheme="majorBidi" w:hAnsiTheme="majorBidi" w:cstheme="majorBidi"/>
        </w:rPr>
        <w:t xml:space="preserve"> </w:t>
      </w:r>
      <w:proofErr w:type="spellStart"/>
      <w:r w:rsidR="009051BD">
        <w:rPr>
          <w:rFonts w:asciiTheme="majorBidi" w:hAnsiTheme="majorBidi" w:cstheme="majorBidi"/>
        </w:rPr>
        <w:t>įvertinimą</w:t>
      </w:r>
      <w:proofErr w:type="spellEnd"/>
      <w:r w:rsidR="00473E89">
        <w:rPr>
          <w:rFonts w:asciiTheme="majorBidi" w:hAnsiTheme="majorBidi" w:cstheme="majorBidi"/>
        </w:rPr>
        <w:t>;</w:t>
      </w:r>
    </w:p>
    <w:p w14:paraId="491562CA" w14:textId="324948D4" w:rsidR="00131587" w:rsidRDefault="00D137B5" w:rsidP="00131587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2.1.1.2.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taršos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pernešų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iš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kitų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šalių</w:t>
      </w:r>
      <w:proofErr w:type="spellEnd"/>
      <w:r w:rsidR="00473E89">
        <w:rPr>
          <w:rFonts w:asciiTheme="majorBidi" w:hAnsiTheme="majorBidi" w:cstheme="majorBidi"/>
        </w:rPr>
        <w:t xml:space="preserve"> </w:t>
      </w:r>
      <w:proofErr w:type="spellStart"/>
      <w:r w:rsidR="00473E89">
        <w:rPr>
          <w:rFonts w:asciiTheme="majorBidi" w:hAnsiTheme="majorBidi" w:cstheme="majorBidi"/>
        </w:rPr>
        <w:t>įtak</w:t>
      </w:r>
      <w:r w:rsidR="00DB24A0">
        <w:rPr>
          <w:rFonts w:asciiTheme="majorBidi" w:hAnsiTheme="majorBidi" w:cstheme="majorBidi"/>
        </w:rPr>
        <w:t>os</w:t>
      </w:r>
      <w:proofErr w:type="spellEnd"/>
      <w:r w:rsidR="00DB24A0">
        <w:rPr>
          <w:rFonts w:asciiTheme="majorBidi" w:hAnsiTheme="majorBidi" w:cstheme="majorBidi"/>
        </w:rPr>
        <w:t xml:space="preserve"> </w:t>
      </w:r>
      <w:proofErr w:type="spellStart"/>
      <w:r w:rsidR="00DB24A0">
        <w:rPr>
          <w:rFonts w:asciiTheme="majorBidi" w:hAnsiTheme="majorBidi" w:cstheme="majorBidi"/>
        </w:rPr>
        <w:t>įvertinimą</w:t>
      </w:r>
      <w:proofErr w:type="spellEnd"/>
      <w:r w:rsidR="00473E89">
        <w:rPr>
          <w:rFonts w:asciiTheme="majorBidi" w:hAnsiTheme="majorBidi" w:cstheme="majorBidi"/>
        </w:rPr>
        <w:t>;</w:t>
      </w:r>
    </w:p>
    <w:p w14:paraId="4FE5E64D" w14:textId="57AD66B0" w:rsidR="0043007D" w:rsidRDefault="00D137B5">
      <w:pPr>
        <w:pStyle w:val="Sraopastraipa"/>
        <w:spacing w:after="0"/>
        <w:ind w:left="0"/>
        <w:jc w:val="both"/>
      </w:pPr>
      <w:r>
        <w:rPr>
          <w:rFonts w:asciiTheme="majorBidi" w:hAnsiTheme="majorBidi" w:cstheme="majorBidi"/>
        </w:rPr>
        <w:tab/>
        <w:t>2.1.1.3.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877C55" w:rsidRPr="00F60D16">
        <w:rPr>
          <w:rFonts w:asciiTheme="majorBidi" w:hAnsiTheme="majorBidi" w:cstheme="majorBidi"/>
        </w:rPr>
        <w:t>aplinkos</w:t>
      </w:r>
      <w:proofErr w:type="spellEnd"/>
      <w:r w:rsidR="00877C55" w:rsidRPr="00F60D16">
        <w:rPr>
          <w:rFonts w:asciiTheme="majorBidi" w:hAnsiTheme="majorBidi" w:cstheme="majorBidi"/>
        </w:rPr>
        <w:t xml:space="preserve"> </w:t>
      </w:r>
      <w:proofErr w:type="spellStart"/>
      <w:r w:rsidR="00877C55" w:rsidRPr="00F60D16">
        <w:rPr>
          <w:rFonts w:asciiTheme="majorBidi" w:hAnsiTheme="majorBidi" w:cstheme="majorBidi"/>
        </w:rPr>
        <w:t>oro</w:t>
      </w:r>
      <w:proofErr w:type="spellEnd"/>
      <w:r w:rsidR="00877C55" w:rsidRPr="00F60D16">
        <w:rPr>
          <w:rFonts w:asciiTheme="majorBidi" w:hAnsiTheme="majorBidi" w:cstheme="majorBidi"/>
        </w:rPr>
        <w:t xml:space="preserve"> </w:t>
      </w:r>
      <w:proofErr w:type="spellStart"/>
      <w:r w:rsidR="00877C55" w:rsidRPr="00F60D16">
        <w:rPr>
          <w:rFonts w:asciiTheme="majorBidi" w:hAnsiTheme="majorBidi" w:cstheme="majorBidi"/>
        </w:rPr>
        <w:t>kokybės</w:t>
      </w:r>
      <w:proofErr w:type="spellEnd"/>
      <w:r w:rsidR="00877C55" w:rsidRPr="00F60D16">
        <w:rPr>
          <w:rFonts w:asciiTheme="majorBidi" w:hAnsiTheme="majorBidi" w:cstheme="majorBidi"/>
        </w:rPr>
        <w:t xml:space="preserve"> </w:t>
      </w:r>
      <w:proofErr w:type="spellStart"/>
      <w:r w:rsidR="00877C55" w:rsidRPr="00F60D16">
        <w:rPr>
          <w:rFonts w:asciiTheme="majorBidi" w:hAnsiTheme="majorBidi" w:cstheme="majorBidi"/>
        </w:rPr>
        <w:t>pokyčių</w:t>
      </w:r>
      <w:proofErr w:type="spellEnd"/>
      <w:r w:rsidR="00877C55" w:rsidRPr="00F60D16">
        <w:rPr>
          <w:rFonts w:asciiTheme="majorBidi" w:hAnsiTheme="majorBidi" w:cstheme="majorBidi"/>
        </w:rPr>
        <w:t xml:space="preserve"> </w:t>
      </w:r>
      <w:proofErr w:type="spellStart"/>
      <w:r w:rsidR="00877C55" w:rsidRPr="00F60D16">
        <w:rPr>
          <w:rFonts w:asciiTheme="majorBidi" w:hAnsiTheme="majorBidi" w:cstheme="majorBidi"/>
        </w:rPr>
        <w:t>priežasčių</w:t>
      </w:r>
      <w:proofErr w:type="spellEnd"/>
      <w:r w:rsidR="00877C55" w:rsidRPr="00F60D16">
        <w:rPr>
          <w:rFonts w:asciiTheme="majorBidi" w:hAnsiTheme="majorBidi" w:cstheme="majorBidi"/>
        </w:rPr>
        <w:t xml:space="preserve"> </w:t>
      </w:r>
      <w:proofErr w:type="spellStart"/>
      <w:r w:rsidR="00182C2A" w:rsidRPr="00182C2A">
        <w:t>vertinimą</w:t>
      </w:r>
      <w:proofErr w:type="spellEnd"/>
      <w:r w:rsidR="00182C2A" w:rsidRPr="00182C2A">
        <w:t>;</w:t>
      </w:r>
    </w:p>
    <w:p w14:paraId="4B1678E3" w14:textId="2A1DE380" w:rsidR="0043007D" w:rsidRDefault="002650A1">
      <w:pPr>
        <w:pStyle w:val="Sraopastraipa"/>
        <w:spacing w:after="0"/>
        <w:ind w:left="0"/>
        <w:jc w:val="both"/>
      </w:pPr>
      <w:r>
        <w:rPr>
          <w:rFonts w:asciiTheme="majorBidi" w:hAnsiTheme="majorBidi" w:cstheme="majorBidi"/>
        </w:rPr>
        <w:tab/>
        <w:t>2.1.1.4.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aplinkos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oro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kokybės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Mažeikių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rajono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savivaldybės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teritorijoje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1B21AF" w:rsidRPr="001B21AF">
        <w:t>vertinimą</w:t>
      </w:r>
      <w:proofErr w:type="spellEnd"/>
      <w:r w:rsidR="001B21AF" w:rsidRPr="001B21AF">
        <w:t>;</w:t>
      </w:r>
    </w:p>
    <w:p w14:paraId="404F30FB" w14:textId="77777777" w:rsidR="00010BE2" w:rsidRDefault="00010BE2">
      <w:pPr>
        <w:pStyle w:val="Sraopastraipa"/>
        <w:spacing w:after="0"/>
        <w:ind w:left="0"/>
        <w:jc w:val="both"/>
      </w:pPr>
    </w:p>
    <w:p w14:paraId="1DADDE96" w14:textId="3123165E" w:rsidR="00D148B7" w:rsidRDefault="002650A1" w:rsidP="00D148B7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2.1.2.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AF3511">
        <w:rPr>
          <w:rFonts w:asciiTheme="majorBidi" w:hAnsiTheme="majorBidi" w:cstheme="majorBidi"/>
        </w:rPr>
        <w:t>vandens</w:t>
      </w:r>
      <w:proofErr w:type="spellEnd"/>
      <w:r w:rsidR="00AF3511">
        <w:rPr>
          <w:rFonts w:asciiTheme="majorBidi" w:hAnsiTheme="majorBidi" w:cstheme="majorBidi"/>
        </w:rPr>
        <w:t xml:space="preserve"> </w:t>
      </w:r>
      <w:proofErr w:type="spellStart"/>
      <w:r w:rsidR="00AF3511">
        <w:rPr>
          <w:rFonts w:asciiTheme="majorBidi" w:hAnsiTheme="majorBidi" w:cstheme="majorBidi"/>
        </w:rPr>
        <w:t>kokybės</w:t>
      </w:r>
      <w:proofErr w:type="spellEnd"/>
      <w:r w:rsidR="00AF3511">
        <w:rPr>
          <w:rFonts w:asciiTheme="majorBidi" w:hAnsiTheme="majorBidi" w:cstheme="majorBidi"/>
        </w:rPr>
        <w:t xml:space="preserve"> </w:t>
      </w:r>
      <w:proofErr w:type="spellStart"/>
      <w:r w:rsidR="00AF3511">
        <w:rPr>
          <w:rFonts w:asciiTheme="majorBidi" w:hAnsiTheme="majorBidi" w:cstheme="majorBidi"/>
        </w:rPr>
        <w:t>monitoring</w:t>
      </w:r>
      <w:r w:rsidR="001F12A6">
        <w:rPr>
          <w:rFonts w:asciiTheme="majorBidi" w:hAnsiTheme="majorBidi" w:cstheme="majorBidi"/>
        </w:rPr>
        <w:t>ą</w:t>
      </w:r>
      <w:proofErr w:type="spellEnd"/>
      <w:r w:rsidR="001906A3">
        <w:rPr>
          <w:rFonts w:asciiTheme="majorBidi" w:hAnsiTheme="majorBidi" w:cstheme="majorBidi"/>
        </w:rPr>
        <w:t>:</w:t>
      </w:r>
    </w:p>
    <w:p w14:paraId="6770B8B6" w14:textId="71F723BE" w:rsidR="00D148B7" w:rsidRDefault="002650A1" w:rsidP="00D148B7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2.1.2.1.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paviršinio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vandens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kokybės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tyrim</w:t>
      </w:r>
      <w:r w:rsidR="00C11C70">
        <w:rPr>
          <w:rFonts w:asciiTheme="majorBidi" w:hAnsiTheme="majorBidi" w:cstheme="majorBidi"/>
        </w:rPr>
        <w:t>us</w:t>
      </w:r>
      <w:proofErr w:type="spellEnd"/>
      <w:r w:rsidR="001906A3">
        <w:rPr>
          <w:rFonts w:asciiTheme="majorBidi" w:hAnsiTheme="majorBidi" w:cstheme="majorBidi"/>
        </w:rPr>
        <w:t>;</w:t>
      </w:r>
    </w:p>
    <w:p w14:paraId="4ECA7212" w14:textId="06F7F824" w:rsidR="0043007D" w:rsidRDefault="002650A1">
      <w:pPr>
        <w:pStyle w:val="Sraopastraipa"/>
        <w:spacing w:after="0"/>
        <w:ind w:left="0"/>
        <w:jc w:val="both"/>
      </w:pPr>
      <w:r>
        <w:tab/>
        <w:t>2.1.2.2.</w:t>
      </w:r>
      <w:r w:rsidR="00351B1E">
        <w:t xml:space="preserve"> </w:t>
      </w:r>
      <w:proofErr w:type="spellStart"/>
      <w:r w:rsidR="00A33F85" w:rsidRPr="00A33F85">
        <w:t>galimų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cheminės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taršos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šaltinių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A33F85" w:rsidRPr="00A33F85">
        <w:t>vertinimą</w:t>
      </w:r>
      <w:proofErr w:type="spellEnd"/>
      <w:r w:rsidR="00A33F85" w:rsidRPr="00A33F85">
        <w:t xml:space="preserve"> </w:t>
      </w:r>
      <w:proofErr w:type="spellStart"/>
      <w:r w:rsidR="00A33F85" w:rsidRPr="00A33F85">
        <w:t>pagal</w:t>
      </w:r>
      <w:proofErr w:type="spellEnd"/>
      <w:r w:rsidR="00A33F85" w:rsidRPr="00A33F85">
        <w:t xml:space="preserve"> </w:t>
      </w:r>
      <w:proofErr w:type="spellStart"/>
      <w:r w:rsidR="00A33F85" w:rsidRPr="00A33F85">
        <w:t>tyrimų</w:t>
      </w:r>
      <w:proofErr w:type="spellEnd"/>
      <w:r w:rsidR="00A33F85" w:rsidRPr="00A33F85">
        <w:t xml:space="preserve"> </w:t>
      </w:r>
      <w:proofErr w:type="spellStart"/>
      <w:r w:rsidR="00A33F85" w:rsidRPr="00A33F85">
        <w:t>rezultatus</w:t>
      </w:r>
      <w:proofErr w:type="spellEnd"/>
      <w:r w:rsidR="00877C55">
        <w:rPr>
          <w:rFonts w:asciiTheme="majorBidi" w:hAnsiTheme="majorBidi" w:cstheme="majorBidi"/>
        </w:rPr>
        <w:t>;</w:t>
      </w:r>
    </w:p>
    <w:p w14:paraId="321BEA9D" w14:textId="01CF40DC" w:rsidR="003E46C3" w:rsidRDefault="002650A1" w:rsidP="003E46C3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2.1.2.3.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visuomenės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informavim</w:t>
      </w:r>
      <w:r w:rsidR="00C11C70">
        <w:rPr>
          <w:rFonts w:asciiTheme="majorBidi" w:hAnsiTheme="majorBidi" w:cstheme="majorBidi"/>
        </w:rPr>
        <w:t>ą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apie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atvirų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vandens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telkinių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vandens</w:t>
      </w:r>
      <w:proofErr w:type="spellEnd"/>
      <w:r w:rsidR="001906A3">
        <w:rPr>
          <w:rFonts w:asciiTheme="majorBidi" w:hAnsiTheme="majorBidi" w:cstheme="majorBidi"/>
        </w:rPr>
        <w:t xml:space="preserve"> </w:t>
      </w:r>
      <w:proofErr w:type="spellStart"/>
      <w:r w:rsidR="001906A3">
        <w:rPr>
          <w:rFonts w:asciiTheme="majorBidi" w:hAnsiTheme="majorBidi" w:cstheme="majorBidi"/>
        </w:rPr>
        <w:t>kokybę</w:t>
      </w:r>
      <w:proofErr w:type="spellEnd"/>
      <w:r w:rsidR="001906A3">
        <w:rPr>
          <w:rFonts w:asciiTheme="majorBidi" w:hAnsiTheme="majorBidi" w:cstheme="majorBidi"/>
        </w:rPr>
        <w:t>;</w:t>
      </w:r>
    </w:p>
    <w:p w14:paraId="5C8BCF9F" w14:textId="77777777" w:rsidR="00010BE2" w:rsidRDefault="00010BE2" w:rsidP="003E46C3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</w:p>
    <w:p w14:paraId="016556DD" w14:textId="28E8B0B1" w:rsidR="003E46C3" w:rsidRDefault="002650A1" w:rsidP="003E46C3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2.1.3.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5C3704" w:rsidRPr="003E46C3">
        <w:rPr>
          <w:rFonts w:asciiTheme="majorBidi" w:hAnsiTheme="majorBidi" w:cstheme="majorBidi"/>
        </w:rPr>
        <w:t>dirvožemio</w:t>
      </w:r>
      <w:proofErr w:type="spellEnd"/>
      <w:r w:rsidR="005C3704" w:rsidRPr="003E46C3">
        <w:rPr>
          <w:rFonts w:asciiTheme="majorBidi" w:hAnsiTheme="majorBidi" w:cstheme="majorBidi"/>
        </w:rPr>
        <w:t xml:space="preserve"> </w:t>
      </w:r>
      <w:proofErr w:type="spellStart"/>
      <w:r w:rsidR="005C3704" w:rsidRPr="003E46C3">
        <w:rPr>
          <w:rFonts w:asciiTheme="majorBidi" w:hAnsiTheme="majorBidi" w:cstheme="majorBidi"/>
        </w:rPr>
        <w:t>monitoring</w:t>
      </w:r>
      <w:r w:rsidR="002803B8" w:rsidRPr="003E46C3">
        <w:rPr>
          <w:rFonts w:asciiTheme="majorBidi" w:hAnsiTheme="majorBidi" w:cstheme="majorBidi"/>
        </w:rPr>
        <w:t>ą</w:t>
      </w:r>
      <w:proofErr w:type="spellEnd"/>
      <w:r w:rsidR="00AA46D3" w:rsidRPr="003E46C3">
        <w:rPr>
          <w:rFonts w:asciiTheme="majorBidi" w:hAnsiTheme="majorBidi" w:cstheme="majorBidi"/>
        </w:rPr>
        <w:t>:</w:t>
      </w:r>
    </w:p>
    <w:p w14:paraId="7FDCD61B" w14:textId="02E867F4" w:rsidR="0043007D" w:rsidRDefault="002650A1">
      <w:pPr>
        <w:pStyle w:val="Sraopastraipa"/>
        <w:spacing w:after="0"/>
        <w:ind w:left="0"/>
        <w:jc w:val="both"/>
      </w:pPr>
      <w:r>
        <w:tab/>
        <w:t>2.1.3.1.</w:t>
      </w:r>
      <w:r w:rsidR="00351B1E">
        <w:t xml:space="preserve"> </w:t>
      </w:r>
      <w:proofErr w:type="spellStart"/>
      <w:r w:rsidR="00D85431" w:rsidRPr="00D85431">
        <w:t>dirvožemio</w:t>
      </w:r>
      <w:proofErr w:type="spellEnd"/>
      <w:r w:rsidR="00D85431" w:rsidRPr="00D85431">
        <w:t xml:space="preserve"> </w:t>
      </w:r>
      <w:proofErr w:type="spellStart"/>
      <w:r w:rsidR="00D85431" w:rsidRPr="00D85431">
        <w:t>mėginių</w:t>
      </w:r>
      <w:proofErr w:type="spellEnd"/>
      <w:r w:rsidR="00D85431" w:rsidRPr="00D85431">
        <w:t xml:space="preserve"> </w:t>
      </w:r>
      <w:proofErr w:type="spellStart"/>
      <w:r w:rsidR="00D85431" w:rsidRPr="00D85431">
        <w:t>paėmimą</w:t>
      </w:r>
      <w:proofErr w:type="spellEnd"/>
      <w:r w:rsidR="00D85431" w:rsidRPr="00D85431">
        <w:t xml:space="preserve"> </w:t>
      </w:r>
      <w:proofErr w:type="spellStart"/>
      <w:r w:rsidR="00D85431" w:rsidRPr="00D85431">
        <w:t>Programoje</w:t>
      </w:r>
      <w:proofErr w:type="spellEnd"/>
      <w:r w:rsidR="00D85431" w:rsidRPr="00D85431">
        <w:t xml:space="preserve"> </w:t>
      </w:r>
      <w:proofErr w:type="spellStart"/>
      <w:r w:rsidR="00D85431" w:rsidRPr="00D85431">
        <w:t>numatytose</w:t>
      </w:r>
      <w:proofErr w:type="spellEnd"/>
      <w:r w:rsidR="00D85431" w:rsidRPr="00D85431">
        <w:t xml:space="preserve"> </w:t>
      </w:r>
      <w:proofErr w:type="spellStart"/>
      <w:r w:rsidR="00D85431" w:rsidRPr="00D85431">
        <w:t>vietose</w:t>
      </w:r>
      <w:proofErr w:type="spellEnd"/>
      <w:r w:rsidR="00D85431" w:rsidRPr="00D85431">
        <w:t xml:space="preserve"> </w:t>
      </w:r>
      <w:proofErr w:type="spellStart"/>
      <w:r w:rsidR="00D85431" w:rsidRPr="00D85431">
        <w:t>vieną</w:t>
      </w:r>
      <w:proofErr w:type="spellEnd"/>
      <w:r w:rsidR="00D85431" w:rsidRPr="00D85431">
        <w:t xml:space="preserve"> </w:t>
      </w:r>
      <w:proofErr w:type="spellStart"/>
      <w:r w:rsidR="00D85431" w:rsidRPr="00D85431">
        <w:t>kartą</w:t>
      </w:r>
      <w:proofErr w:type="spellEnd"/>
      <w:r w:rsidR="00D85431" w:rsidRPr="00D85431">
        <w:t xml:space="preserve"> per </w:t>
      </w:r>
      <w:proofErr w:type="spellStart"/>
      <w:r w:rsidR="00D85431" w:rsidRPr="00D85431">
        <w:t>Programos</w:t>
      </w:r>
      <w:proofErr w:type="spellEnd"/>
      <w:r w:rsidR="00D85431" w:rsidRPr="00D85431">
        <w:t xml:space="preserve"> </w:t>
      </w:r>
      <w:proofErr w:type="spellStart"/>
      <w:r w:rsidR="00D85431" w:rsidRPr="00D85431">
        <w:t>vykdymo</w:t>
      </w:r>
      <w:proofErr w:type="spellEnd"/>
      <w:r w:rsidR="00D85431" w:rsidRPr="00D85431">
        <w:t xml:space="preserve"> </w:t>
      </w:r>
      <w:proofErr w:type="spellStart"/>
      <w:r w:rsidR="00D85431" w:rsidRPr="00D85431">
        <w:t>laikotarpį</w:t>
      </w:r>
      <w:proofErr w:type="spellEnd"/>
      <w:r w:rsidR="00D85431" w:rsidRPr="00D85431">
        <w:t xml:space="preserve"> – 2028 </w:t>
      </w:r>
      <w:proofErr w:type="spellStart"/>
      <w:r w:rsidR="00D85431" w:rsidRPr="00D85431">
        <w:t>metų</w:t>
      </w:r>
      <w:proofErr w:type="spellEnd"/>
      <w:r w:rsidR="00D85431" w:rsidRPr="00D85431">
        <w:t xml:space="preserve"> </w:t>
      </w:r>
      <w:proofErr w:type="spellStart"/>
      <w:r w:rsidR="00D85431" w:rsidRPr="00D85431">
        <w:t>pavasarį</w:t>
      </w:r>
      <w:proofErr w:type="spellEnd"/>
      <w:r w:rsidR="00D85431" w:rsidRPr="00D85431">
        <w:t>;</w:t>
      </w:r>
    </w:p>
    <w:p w14:paraId="119B1E27" w14:textId="44B58627" w:rsidR="0043007D" w:rsidRDefault="002650A1">
      <w:pPr>
        <w:pStyle w:val="Sraopastraipa"/>
        <w:spacing w:after="0"/>
        <w:ind w:left="0"/>
        <w:jc w:val="both"/>
      </w:pPr>
      <w:r>
        <w:rPr>
          <w:rFonts w:asciiTheme="majorBidi" w:hAnsiTheme="majorBidi" w:cstheme="majorBidi"/>
        </w:rPr>
        <w:tab/>
        <w:t>2.1.3.2.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sunkiųjų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metalų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ir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naftos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produktų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indekso</w:t>
      </w:r>
      <w:proofErr w:type="spellEnd"/>
      <w:r w:rsidR="00877C55">
        <w:rPr>
          <w:rFonts w:asciiTheme="majorBidi" w:hAnsiTheme="majorBidi" w:cstheme="majorBidi"/>
        </w:rPr>
        <w:t xml:space="preserve"> (</w:t>
      </w:r>
      <w:proofErr w:type="spellStart"/>
      <w:r w:rsidR="00CA4F8D" w:rsidRPr="00CA4F8D">
        <w:t>angliavandenilių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r w:rsidR="00877C55" w:rsidRPr="00CA4F8D">
        <w:t>C</w:t>
      </w:r>
      <w:r w:rsidR="00877C55" w:rsidRPr="00CA4F8D">
        <w:rPr>
          <w:vertAlign w:val="subscript"/>
        </w:rPr>
        <w:t>10</w:t>
      </w:r>
      <w:r w:rsidR="00CA4F8D" w:rsidRPr="00CA4F8D">
        <w:t>–</w:t>
      </w:r>
      <w:r w:rsidR="00877C55" w:rsidRPr="00CA4F8D">
        <w:t>C</w:t>
      </w:r>
      <w:r w:rsidR="00877C55" w:rsidRPr="00CA4F8D">
        <w:rPr>
          <w:vertAlign w:val="subscript"/>
        </w:rPr>
        <w:t>40</w:t>
      </w:r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sumos</w:t>
      </w:r>
      <w:proofErr w:type="spellEnd"/>
      <w:r w:rsidR="00877C55">
        <w:rPr>
          <w:rFonts w:asciiTheme="majorBidi" w:hAnsiTheme="majorBidi" w:cstheme="majorBidi"/>
        </w:rPr>
        <w:t xml:space="preserve">) </w:t>
      </w:r>
      <w:proofErr w:type="spellStart"/>
      <w:r w:rsidR="00877C55">
        <w:rPr>
          <w:rFonts w:asciiTheme="majorBidi" w:hAnsiTheme="majorBidi" w:cstheme="majorBidi"/>
        </w:rPr>
        <w:t>verčių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CA4F8D" w:rsidRPr="00CA4F8D">
        <w:t>nustatymą</w:t>
      </w:r>
      <w:proofErr w:type="spellEnd"/>
      <w:r w:rsidR="00CA4F8D" w:rsidRPr="00CA4F8D">
        <w:t xml:space="preserve"> </w:t>
      </w:r>
      <w:proofErr w:type="spellStart"/>
      <w:r w:rsidR="00CA4F8D" w:rsidRPr="00CA4F8D">
        <w:t>dirvožemio</w:t>
      </w:r>
      <w:proofErr w:type="spellEnd"/>
      <w:r w:rsidR="00877C55">
        <w:rPr>
          <w:rFonts w:asciiTheme="majorBidi" w:hAnsiTheme="majorBidi" w:cstheme="majorBidi"/>
        </w:rPr>
        <w:t xml:space="preserve"> </w:t>
      </w:r>
      <w:proofErr w:type="spellStart"/>
      <w:r w:rsidR="00877C55">
        <w:rPr>
          <w:rFonts w:asciiTheme="majorBidi" w:hAnsiTheme="majorBidi" w:cstheme="majorBidi"/>
        </w:rPr>
        <w:t>mėginiuose</w:t>
      </w:r>
      <w:proofErr w:type="spellEnd"/>
      <w:r w:rsidR="00877C55">
        <w:rPr>
          <w:rFonts w:asciiTheme="majorBidi" w:hAnsiTheme="majorBidi" w:cstheme="majorBidi"/>
        </w:rPr>
        <w:t>;</w:t>
      </w:r>
    </w:p>
    <w:p w14:paraId="685D4193" w14:textId="65B75144" w:rsidR="003A0A2E" w:rsidRDefault="002650A1" w:rsidP="003A0A2E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2.1.3.3.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946E4B">
        <w:rPr>
          <w:rFonts w:asciiTheme="majorBidi" w:hAnsiTheme="majorBidi" w:cstheme="majorBidi"/>
        </w:rPr>
        <w:t>žinių</w:t>
      </w:r>
      <w:proofErr w:type="spellEnd"/>
      <w:r w:rsidR="00946E4B">
        <w:rPr>
          <w:rFonts w:asciiTheme="majorBidi" w:hAnsiTheme="majorBidi" w:cstheme="majorBidi"/>
        </w:rPr>
        <w:t xml:space="preserve"> </w:t>
      </w:r>
      <w:proofErr w:type="spellStart"/>
      <w:r w:rsidR="00946E4B">
        <w:rPr>
          <w:rFonts w:asciiTheme="majorBidi" w:hAnsiTheme="majorBidi" w:cstheme="majorBidi"/>
        </w:rPr>
        <w:t>apie</w:t>
      </w:r>
      <w:proofErr w:type="spellEnd"/>
      <w:r w:rsidR="00946E4B">
        <w:rPr>
          <w:rFonts w:asciiTheme="majorBidi" w:hAnsiTheme="majorBidi" w:cstheme="majorBidi"/>
        </w:rPr>
        <w:t xml:space="preserve"> </w:t>
      </w:r>
      <w:proofErr w:type="spellStart"/>
      <w:r w:rsidR="00946E4B">
        <w:rPr>
          <w:rFonts w:asciiTheme="majorBidi" w:hAnsiTheme="majorBidi" w:cstheme="majorBidi"/>
        </w:rPr>
        <w:t>stebimų</w:t>
      </w:r>
      <w:proofErr w:type="spellEnd"/>
      <w:r w:rsidR="00946E4B">
        <w:rPr>
          <w:rFonts w:asciiTheme="majorBidi" w:hAnsiTheme="majorBidi" w:cstheme="majorBidi"/>
        </w:rPr>
        <w:t xml:space="preserve"> </w:t>
      </w:r>
      <w:proofErr w:type="spellStart"/>
      <w:r w:rsidR="00946E4B">
        <w:rPr>
          <w:rFonts w:asciiTheme="majorBidi" w:hAnsiTheme="majorBidi" w:cstheme="majorBidi"/>
        </w:rPr>
        <w:t>objektų</w:t>
      </w:r>
      <w:proofErr w:type="spellEnd"/>
      <w:r w:rsidR="00946E4B">
        <w:rPr>
          <w:rFonts w:asciiTheme="majorBidi" w:hAnsiTheme="majorBidi" w:cstheme="majorBidi"/>
        </w:rPr>
        <w:t xml:space="preserve"> </w:t>
      </w:r>
      <w:proofErr w:type="spellStart"/>
      <w:r w:rsidR="00946E4B">
        <w:rPr>
          <w:rFonts w:asciiTheme="majorBidi" w:hAnsiTheme="majorBidi" w:cstheme="majorBidi"/>
        </w:rPr>
        <w:t>užterštumą</w:t>
      </w:r>
      <w:proofErr w:type="spellEnd"/>
      <w:r w:rsidR="00946E4B">
        <w:rPr>
          <w:rFonts w:asciiTheme="majorBidi" w:hAnsiTheme="majorBidi" w:cstheme="majorBidi"/>
        </w:rPr>
        <w:t xml:space="preserve"> </w:t>
      </w:r>
      <w:proofErr w:type="spellStart"/>
      <w:r w:rsidR="00946E4B">
        <w:rPr>
          <w:rFonts w:asciiTheme="majorBidi" w:hAnsiTheme="majorBidi" w:cstheme="majorBidi"/>
        </w:rPr>
        <w:t>sunkiaisiais</w:t>
      </w:r>
      <w:proofErr w:type="spellEnd"/>
      <w:r w:rsidR="00946E4B">
        <w:rPr>
          <w:rFonts w:asciiTheme="majorBidi" w:hAnsiTheme="majorBidi" w:cstheme="majorBidi"/>
        </w:rPr>
        <w:t xml:space="preserve"> </w:t>
      </w:r>
      <w:proofErr w:type="spellStart"/>
      <w:r w:rsidR="00946E4B">
        <w:rPr>
          <w:rFonts w:asciiTheme="majorBidi" w:hAnsiTheme="majorBidi" w:cstheme="majorBidi"/>
        </w:rPr>
        <w:t>metalais</w:t>
      </w:r>
      <w:proofErr w:type="spellEnd"/>
      <w:r w:rsidR="00946E4B">
        <w:rPr>
          <w:rFonts w:asciiTheme="majorBidi" w:hAnsiTheme="majorBidi" w:cstheme="majorBidi"/>
        </w:rPr>
        <w:t xml:space="preserve"> </w:t>
      </w:r>
      <w:proofErr w:type="spellStart"/>
      <w:r w:rsidR="00946E4B">
        <w:rPr>
          <w:rFonts w:asciiTheme="majorBidi" w:hAnsiTheme="majorBidi" w:cstheme="majorBidi"/>
        </w:rPr>
        <w:t>telkim</w:t>
      </w:r>
      <w:r w:rsidR="005536DE">
        <w:rPr>
          <w:rFonts w:asciiTheme="majorBidi" w:hAnsiTheme="majorBidi" w:cstheme="majorBidi"/>
        </w:rPr>
        <w:t>ą</w:t>
      </w:r>
      <w:proofErr w:type="spellEnd"/>
      <w:r w:rsidR="00946E4B">
        <w:rPr>
          <w:rFonts w:asciiTheme="majorBidi" w:hAnsiTheme="majorBidi" w:cstheme="majorBidi"/>
        </w:rPr>
        <w:t>;</w:t>
      </w:r>
    </w:p>
    <w:p w14:paraId="65082F03" w14:textId="77777777" w:rsidR="00010BE2" w:rsidRDefault="00010BE2" w:rsidP="003A0A2E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</w:p>
    <w:p w14:paraId="0337B230" w14:textId="2DD8801B" w:rsidR="00B34E44" w:rsidRDefault="002650A1" w:rsidP="00700E59">
      <w:r>
        <w:tab/>
        <w:t>2.1.4.</w:t>
      </w:r>
      <w:r w:rsidR="00351B1E">
        <w:t xml:space="preserve"> </w:t>
      </w:r>
      <w:proofErr w:type="spellStart"/>
      <w:r w:rsidR="00877C55" w:rsidRPr="00654150">
        <w:t>potencialiai</w:t>
      </w:r>
      <w:proofErr w:type="spellEnd"/>
      <w:r w:rsidR="00877C55" w:rsidRPr="00654150">
        <w:t xml:space="preserve"> </w:t>
      </w:r>
      <w:proofErr w:type="spellStart"/>
      <w:r w:rsidR="00877C55" w:rsidRPr="00654150">
        <w:t>užterštų</w:t>
      </w:r>
      <w:proofErr w:type="spellEnd"/>
      <w:r w:rsidR="00877C55" w:rsidRPr="00654150">
        <w:t xml:space="preserve"> </w:t>
      </w:r>
      <w:proofErr w:type="spellStart"/>
      <w:r w:rsidR="00877C55" w:rsidRPr="00654150">
        <w:t>teritorijų</w:t>
      </w:r>
      <w:proofErr w:type="spellEnd"/>
      <w:r w:rsidR="00877C55" w:rsidRPr="00654150">
        <w:t xml:space="preserve"> </w:t>
      </w:r>
      <w:proofErr w:type="spellStart"/>
      <w:r w:rsidR="00877C55" w:rsidRPr="00654150">
        <w:t>dalyje</w:t>
      </w:r>
      <w:proofErr w:type="spellEnd"/>
      <w:r w:rsidR="00877C55" w:rsidRPr="00654150">
        <w:t xml:space="preserve"> </w:t>
      </w:r>
      <w:proofErr w:type="spellStart"/>
      <w:r w:rsidR="002876F2" w:rsidRPr="002876F2">
        <w:t>vykdoma</w:t>
      </w:r>
      <w:proofErr w:type="spellEnd"/>
      <w:r w:rsidR="00877C55" w:rsidRPr="00654150">
        <w:t xml:space="preserve"> </w:t>
      </w:r>
      <w:proofErr w:type="spellStart"/>
      <w:r w:rsidR="00877C55" w:rsidRPr="00654150">
        <w:t>duomenų</w:t>
      </w:r>
      <w:proofErr w:type="spellEnd"/>
      <w:r w:rsidR="00877C55" w:rsidRPr="00654150">
        <w:t xml:space="preserve"> </w:t>
      </w:r>
      <w:proofErr w:type="spellStart"/>
      <w:r w:rsidR="00877C55" w:rsidRPr="00654150">
        <w:t>analizė</w:t>
      </w:r>
      <w:proofErr w:type="spellEnd"/>
      <w:r w:rsidR="00877C55" w:rsidRPr="00654150">
        <w:t xml:space="preserve">, </w:t>
      </w:r>
      <w:proofErr w:type="spellStart"/>
      <w:r w:rsidR="00877C55" w:rsidRPr="00654150">
        <w:t>rizikos</w:t>
      </w:r>
      <w:proofErr w:type="spellEnd"/>
      <w:r w:rsidR="00877C55" w:rsidRPr="00654150">
        <w:t xml:space="preserve"> </w:t>
      </w:r>
      <w:proofErr w:type="spellStart"/>
      <w:r w:rsidR="00877C55" w:rsidRPr="00654150">
        <w:t>įvertinimas</w:t>
      </w:r>
      <w:proofErr w:type="spellEnd"/>
      <w:r w:rsidR="00877C55" w:rsidRPr="00654150">
        <w:t xml:space="preserve">, </w:t>
      </w:r>
      <w:proofErr w:type="spellStart"/>
      <w:r w:rsidR="00877C55" w:rsidRPr="00654150">
        <w:t>informacijos</w:t>
      </w:r>
      <w:proofErr w:type="spellEnd"/>
      <w:r w:rsidR="00877C55" w:rsidRPr="00654150">
        <w:t xml:space="preserve"> </w:t>
      </w:r>
      <w:proofErr w:type="spellStart"/>
      <w:r w:rsidR="00877C55" w:rsidRPr="00654150">
        <w:t>atnaujinimas</w:t>
      </w:r>
      <w:proofErr w:type="spellEnd"/>
      <w:r w:rsidR="00877C55" w:rsidRPr="00654150">
        <w:t xml:space="preserve"> </w:t>
      </w:r>
      <w:proofErr w:type="spellStart"/>
      <w:r w:rsidR="00877C55" w:rsidRPr="00654150">
        <w:t>pagal</w:t>
      </w:r>
      <w:proofErr w:type="spellEnd"/>
      <w:r w:rsidR="00877C55" w:rsidRPr="00654150">
        <w:t xml:space="preserve"> </w:t>
      </w:r>
      <w:proofErr w:type="spellStart"/>
      <w:r w:rsidR="00877C55" w:rsidRPr="00654150">
        <w:t>prieinamus</w:t>
      </w:r>
      <w:proofErr w:type="spellEnd"/>
      <w:r w:rsidR="00877C55" w:rsidRPr="00654150">
        <w:t xml:space="preserve"> </w:t>
      </w:r>
      <w:proofErr w:type="spellStart"/>
      <w:r w:rsidR="00877C55" w:rsidRPr="00654150">
        <w:t>viešus</w:t>
      </w:r>
      <w:proofErr w:type="spellEnd"/>
      <w:r w:rsidR="00877C55" w:rsidRPr="00654150">
        <w:t xml:space="preserve"> </w:t>
      </w:r>
      <w:proofErr w:type="spellStart"/>
      <w:r w:rsidR="00877C55" w:rsidRPr="00654150">
        <w:t>ir</w:t>
      </w:r>
      <w:proofErr w:type="spellEnd"/>
      <w:r w:rsidR="00877C55" w:rsidRPr="00654150">
        <w:t xml:space="preserve"> </w:t>
      </w:r>
      <w:proofErr w:type="spellStart"/>
      <w:r w:rsidR="00877C55" w:rsidRPr="00654150">
        <w:t>institucijų</w:t>
      </w:r>
      <w:proofErr w:type="spellEnd"/>
      <w:r w:rsidR="00877C55" w:rsidRPr="00654150">
        <w:t xml:space="preserve"> </w:t>
      </w:r>
      <w:proofErr w:type="spellStart"/>
      <w:r w:rsidR="00877C55" w:rsidRPr="00654150">
        <w:t>duomenis</w:t>
      </w:r>
      <w:proofErr w:type="spellEnd"/>
      <w:r w:rsidR="00877C55" w:rsidRPr="00654150">
        <w:t xml:space="preserve"> </w:t>
      </w:r>
      <w:proofErr w:type="spellStart"/>
      <w:r w:rsidR="00877C55" w:rsidRPr="00654150">
        <w:t>bei</w:t>
      </w:r>
      <w:proofErr w:type="spellEnd"/>
      <w:r w:rsidR="00877C55" w:rsidRPr="00654150">
        <w:t xml:space="preserve"> </w:t>
      </w:r>
      <w:proofErr w:type="spellStart"/>
      <w:r w:rsidR="00877C55" w:rsidRPr="00654150">
        <w:t>siūlymų</w:t>
      </w:r>
      <w:proofErr w:type="spellEnd"/>
      <w:r w:rsidR="00877C55" w:rsidRPr="00654150">
        <w:t xml:space="preserve"> </w:t>
      </w:r>
      <w:proofErr w:type="spellStart"/>
      <w:r w:rsidR="00877C55" w:rsidRPr="00654150">
        <w:t>dėl</w:t>
      </w:r>
      <w:proofErr w:type="spellEnd"/>
      <w:r w:rsidR="00877C55" w:rsidRPr="00654150">
        <w:t xml:space="preserve"> </w:t>
      </w:r>
      <w:proofErr w:type="spellStart"/>
      <w:r w:rsidR="00877C55" w:rsidRPr="00654150">
        <w:t>galimų</w:t>
      </w:r>
      <w:proofErr w:type="spellEnd"/>
      <w:r w:rsidR="00877C55" w:rsidRPr="00654150">
        <w:t xml:space="preserve"> </w:t>
      </w:r>
      <w:proofErr w:type="spellStart"/>
      <w:r w:rsidR="00877C55" w:rsidRPr="00654150">
        <w:t>tolesnių</w:t>
      </w:r>
      <w:proofErr w:type="spellEnd"/>
      <w:r w:rsidR="00877C55" w:rsidRPr="00654150">
        <w:t xml:space="preserve"> </w:t>
      </w:r>
      <w:proofErr w:type="spellStart"/>
      <w:r w:rsidR="00877C55" w:rsidRPr="00654150">
        <w:t>veiksmų</w:t>
      </w:r>
      <w:proofErr w:type="spellEnd"/>
      <w:r w:rsidR="00877C55" w:rsidRPr="00654150">
        <w:t xml:space="preserve"> </w:t>
      </w:r>
      <w:proofErr w:type="spellStart"/>
      <w:r w:rsidR="00877C55" w:rsidRPr="00654150">
        <w:t>parengimas</w:t>
      </w:r>
      <w:proofErr w:type="spellEnd"/>
      <w:r w:rsidR="00877C55" w:rsidRPr="00654150">
        <w:t xml:space="preserve">. </w:t>
      </w:r>
      <w:proofErr w:type="spellStart"/>
      <w:r w:rsidR="002876F2" w:rsidRPr="002876F2">
        <w:t>Mėginių</w:t>
      </w:r>
      <w:proofErr w:type="spellEnd"/>
      <w:r w:rsidR="002876F2" w:rsidRPr="002876F2">
        <w:t xml:space="preserve"> </w:t>
      </w:r>
      <w:proofErr w:type="spellStart"/>
      <w:r w:rsidR="002876F2" w:rsidRPr="002876F2">
        <w:t>ėmimas</w:t>
      </w:r>
      <w:proofErr w:type="spellEnd"/>
      <w:r w:rsidR="002876F2" w:rsidRPr="002876F2">
        <w:t xml:space="preserve"> </w:t>
      </w:r>
      <w:proofErr w:type="spellStart"/>
      <w:r w:rsidR="002876F2" w:rsidRPr="002876F2">
        <w:t>ar</w:t>
      </w:r>
      <w:proofErr w:type="spellEnd"/>
      <w:r w:rsidR="002876F2" w:rsidRPr="002876F2">
        <w:t xml:space="preserve"> </w:t>
      </w:r>
      <w:proofErr w:type="spellStart"/>
      <w:r w:rsidR="002876F2" w:rsidRPr="002876F2">
        <w:t>laboratoriniai</w:t>
      </w:r>
      <w:proofErr w:type="spellEnd"/>
      <w:r w:rsidR="002876F2" w:rsidRPr="002876F2">
        <w:t xml:space="preserve"> </w:t>
      </w:r>
      <w:proofErr w:type="spellStart"/>
      <w:r w:rsidR="002876F2" w:rsidRPr="002876F2">
        <w:t>tyrimai</w:t>
      </w:r>
      <w:proofErr w:type="spellEnd"/>
      <w:r w:rsidR="002876F2" w:rsidRPr="002876F2">
        <w:t xml:space="preserve"> </w:t>
      </w:r>
      <w:proofErr w:type="spellStart"/>
      <w:r w:rsidR="002876F2" w:rsidRPr="002876F2">
        <w:t>gali</w:t>
      </w:r>
      <w:proofErr w:type="spellEnd"/>
      <w:r w:rsidR="002876F2" w:rsidRPr="002876F2">
        <w:t xml:space="preserve"> </w:t>
      </w:r>
      <w:proofErr w:type="spellStart"/>
      <w:r w:rsidR="002876F2" w:rsidRPr="002876F2">
        <w:t>būti</w:t>
      </w:r>
      <w:proofErr w:type="spellEnd"/>
      <w:r w:rsidR="002876F2" w:rsidRPr="002876F2">
        <w:t xml:space="preserve"> </w:t>
      </w:r>
      <w:proofErr w:type="spellStart"/>
      <w:r w:rsidR="002876F2" w:rsidRPr="002876F2">
        <w:t>atliekami</w:t>
      </w:r>
      <w:proofErr w:type="spellEnd"/>
      <w:r w:rsidR="002876F2" w:rsidRPr="002876F2">
        <w:t xml:space="preserve"> tik </w:t>
      </w:r>
      <w:proofErr w:type="spellStart"/>
      <w:r w:rsidR="002876F2" w:rsidRPr="002876F2">
        <w:t>atskiru</w:t>
      </w:r>
      <w:proofErr w:type="spellEnd"/>
      <w:r w:rsidR="002876F2" w:rsidRPr="002876F2">
        <w:t xml:space="preserve"> </w:t>
      </w:r>
      <w:proofErr w:type="spellStart"/>
      <w:r w:rsidR="002876F2" w:rsidRPr="002876F2">
        <w:t>Savivaldybės</w:t>
      </w:r>
      <w:proofErr w:type="spellEnd"/>
      <w:r w:rsidR="002876F2" w:rsidRPr="002876F2">
        <w:t xml:space="preserve"> </w:t>
      </w:r>
      <w:proofErr w:type="spellStart"/>
      <w:r w:rsidR="002876F2" w:rsidRPr="002876F2">
        <w:t>pavedimu</w:t>
      </w:r>
      <w:proofErr w:type="spellEnd"/>
      <w:r w:rsidR="002876F2" w:rsidRPr="002876F2">
        <w:t>;</w:t>
      </w:r>
      <w:r w:rsidR="00B34E44">
        <w:t xml:space="preserve"> </w:t>
      </w:r>
    </w:p>
    <w:p w14:paraId="5652846E" w14:textId="157E6AEB" w:rsidR="0043007D" w:rsidRDefault="002650A1" w:rsidP="00700E59">
      <w:r>
        <w:tab/>
        <w:t>2.1.5.</w:t>
      </w:r>
      <w:r w:rsidR="00351B1E">
        <w:t xml:space="preserve"> </w:t>
      </w:r>
      <w:proofErr w:type="spellStart"/>
      <w:r w:rsidR="00877C55" w:rsidRPr="00872AE1">
        <w:t>kraštovaizdžio</w:t>
      </w:r>
      <w:proofErr w:type="spellEnd"/>
      <w:r w:rsidR="00877C55" w:rsidRPr="00872AE1">
        <w:t xml:space="preserve"> </w:t>
      </w:r>
      <w:proofErr w:type="spellStart"/>
      <w:r w:rsidR="00847BD9" w:rsidRPr="00847BD9">
        <w:t>monitoringas</w:t>
      </w:r>
      <w:proofErr w:type="spellEnd"/>
      <w:r w:rsidR="00877C55" w:rsidRPr="00872AE1">
        <w:t xml:space="preserve"> </w:t>
      </w:r>
      <w:proofErr w:type="spellStart"/>
      <w:r w:rsidR="00877C55" w:rsidRPr="00872AE1">
        <w:t>šio</w:t>
      </w:r>
      <w:proofErr w:type="spellEnd"/>
      <w:r w:rsidR="00877C55" w:rsidRPr="00872AE1">
        <w:t xml:space="preserve"> </w:t>
      </w:r>
      <w:proofErr w:type="spellStart"/>
      <w:r w:rsidR="00877C55" w:rsidRPr="00872AE1">
        <w:t>pirkimo</w:t>
      </w:r>
      <w:proofErr w:type="spellEnd"/>
      <w:r w:rsidR="00877C55" w:rsidRPr="00872AE1">
        <w:t xml:space="preserve"> </w:t>
      </w:r>
      <w:proofErr w:type="spellStart"/>
      <w:r w:rsidR="00877C55" w:rsidRPr="00872AE1">
        <w:t>apimtyje</w:t>
      </w:r>
      <w:proofErr w:type="spellEnd"/>
      <w:r w:rsidR="00877C55" w:rsidRPr="00872AE1">
        <w:t xml:space="preserve"> </w:t>
      </w:r>
      <w:proofErr w:type="spellStart"/>
      <w:r w:rsidR="00847BD9" w:rsidRPr="00847BD9">
        <w:t>nėra</w:t>
      </w:r>
      <w:proofErr w:type="spellEnd"/>
      <w:r w:rsidR="00877C55" w:rsidRPr="00872AE1">
        <w:t xml:space="preserve"> </w:t>
      </w:r>
      <w:proofErr w:type="spellStart"/>
      <w:r w:rsidR="00877C55" w:rsidRPr="00872AE1">
        <w:t>nuolatinė</w:t>
      </w:r>
      <w:proofErr w:type="spellEnd"/>
      <w:r w:rsidR="00877C55" w:rsidRPr="00872AE1">
        <w:t xml:space="preserve"> </w:t>
      </w:r>
      <w:proofErr w:type="spellStart"/>
      <w:r w:rsidR="00877C55" w:rsidRPr="00872AE1">
        <w:t>paslauga</w:t>
      </w:r>
      <w:proofErr w:type="spellEnd"/>
      <w:r w:rsidR="00877C55" w:rsidRPr="00872AE1">
        <w:t xml:space="preserve"> </w:t>
      </w:r>
      <w:proofErr w:type="spellStart"/>
      <w:r w:rsidR="00847BD9" w:rsidRPr="00847BD9">
        <w:t>ir</w:t>
      </w:r>
      <w:proofErr w:type="spellEnd"/>
      <w:r w:rsidR="00847BD9" w:rsidRPr="00847BD9">
        <w:t xml:space="preserve"> </w:t>
      </w:r>
      <w:proofErr w:type="spellStart"/>
      <w:r w:rsidR="00877C55" w:rsidRPr="00872AE1">
        <w:t>gali</w:t>
      </w:r>
      <w:proofErr w:type="spellEnd"/>
      <w:r w:rsidR="00877C55" w:rsidRPr="00872AE1">
        <w:t xml:space="preserve"> </w:t>
      </w:r>
      <w:proofErr w:type="spellStart"/>
      <w:r w:rsidR="00877C55" w:rsidRPr="00872AE1">
        <w:t>būti</w:t>
      </w:r>
      <w:proofErr w:type="spellEnd"/>
      <w:r w:rsidR="00877C55" w:rsidRPr="00872AE1">
        <w:t xml:space="preserve"> </w:t>
      </w:r>
      <w:proofErr w:type="spellStart"/>
      <w:r w:rsidR="00877C55" w:rsidRPr="00872AE1">
        <w:t>atliekamas</w:t>
      </w:r>
      <w:proofErr w:type="spellEnd"/>
      <w:r w:rsidR="00877C55" w:rsidRPr="00872AE1">
        <w:t xml:space="preserve"> tik </w:t>
      </w:r>
      <w:proofErr w:type="spellStart"/>
      <w:r w:rsidR="00877C55" w:rsidRPr="00872AE1">
        <w:t>esant</w:t>
      </w:r>
      <w:proofErr w:type="spellEnd"/>
      <w:r w:rsidR="00877C55" w:rsidRPr="00872AE1">
        <w:t xml:space="preserve"> </w:t>
      </w:r>
      <w:proofErr w:type="spellStart"/>
      <w:r w:rsidR="00847BD9" w:rsidRPr="00847BD9">
        <w:t>Savivaldybės</w:t>
      </w:r>
      <w:proofErr w:type="spellEnd"/>
      <w:r w:rsidR="00847BD9" w:rsidRPr="00847BD9">
        <w:t xml:space="preserve"> </w:t>
      </w:r>
      <w:proofErr w:type="spellStart"/>
      <w:r w:rsidR="00877C55" w:rsidRPr="00872AE1">
        <w:t>poreikiui</w:t>
      </w:r>
      <w:proofErr w:type="spellEnd"/>
      <w:r w:rsidR="00847BD9" w:rsidRPr="00847BD9">
        <w:t>,</w:t>
      </w:r>
      <w:r w:rsidR="00877C55" w:rsidRPr="00872AE1">
        <w:t xml:space="preserve"> </w:t>
      </w:r>
      <w:proofErr w:type="spellStart"/>
      <w:r w:rsidR="00877C55" w:rsidRPr="00872AE1">
        <w:t>suderinus</w:t>
      </w:r>
      <w:proofErr w:type="spellEnd"/>
      <w:r w:rsidR="00877C55" w:rsidRPr="00872AE1">
        <w:t xml:space="preserve"> </w:t>
      </w:r>
      <w:proofErr w:type="spellStart"/>
      <w:r w:rsidR="00877C55" w:rsidRPr="00872AE1">
        <w:t>su</w:t>
      </w:r>
      <w:proofErr w:type="spellEnd"/>
      <w:r w:rsidR="00877C55" w:rsidRPr="00872AE1">
        <w:t xml:space="preserve"> </w:t>
      </w:r>
      <w:proofErr w:type="spellStart"/>
      <w:r w:rsidR="00877C55" w:rsidRPr="00872AE1">
        <w:t>Aplinkos</w:t>
      </w:r>
      <w:proofErr w:type="spellEnd"/>
      <w:r w:rsidR="00877C55" w:rsidRPr="00872AE1">
        <w:t xml:space="preserve"> </w:t>
      </w:r>
      <w:proofErr w:type="spellStart"/>
      <w:r w:rsidR="00877C55" w:rsidRPr="00872AE1">
        <w:t>apsaugos</w:t>
      </w:r>
      <w:proofErr w:type="spellEnd"/>
      <w:r w:rsidR="00877C55" w:rsidRPr="00872AE1">
        <w:t xml:space="preserve"> </w:t>
      </w:r>
      <w:proofErr w:type="spellStart"/>
      <w:r w:rsidR="00877C55" w:rsidRPr="00872AE1">
        <w:t>departamentu</w:t>
      </w:r>
      <w:proofErr w:type="spellEnd"/>
      <w:r w:rsidR="00877C55" w:rsidRPr="00872AE1">
        <w:t xml:space="preserve"> </w:t>
      </w:r>
      <w:proofErr w:type="spellStart"/>
      <w:r w:rsidR="00877C55" w:rsidRPr="00872AE1">
        <w:t>prie</w:t>
      </w:r>
      <w:proofErr w:type="spellEnd"/>
      <w:r w:rsidR="00877C55" w:rsidRPr="00872AE1">
        <w:t xml:space="preserve"> </w:t>
      </w:r>
      <w:proofErr w:type="spellStart"/>
      <w:r w:rsidR="00877C55" w:rsidRPr="00872AE1">
        <w:t>Aplinkos</w:t>
      </w:r>
      <w:proofErr w:type="spellEnd"/>
      <w:r w:rsidR="00877C55" w:rsidRPr="00872AE1">
        <w:t xml:space="preserve"> </w:t>
      </w:r>
      <w:proofErr w:type="spellStart"/>
      <w:r w:rsidR="00877C55" w:rsidRPr="00872AE1">
        <w:t>ministerijos</w:t>
      </w:r>
      <w:proofErr w:type="spellEnd"/>
      <w:r w:rsidR="00877C55" w:rsidRPr="00872AE1">
        <w:t xml:space="preserve"> </w:t>
      </w:r>
      <w:proofErr w:type="spellStart"/>
      <w:r w:rsidR="00877C55" w:rsidRPr="00872AE1">
        <w:t>ir</w:t>
      </w:r>
      <w:proofErr w:type="spellEnd"/>
      <w:r w:rsidR="00877C55" w:rsidRPr="00872AE1">
        <w:t xml:space="preserve"> </w:t>
      </w:r>
      <w:proofErr w:type="spellStart"/>
      <w:r w:rsidR="00877C55" w:rsidRPr="00872AE1">
        <w:t>atskirai</w:t>
      </w:r>
      <w:proofErr w:type="spellEnd"/>
      <w:r w:rsidR="00877C55" w:rsidRPr="00872AE1">
        <w:t xml:space="preserve"> </w:t>
      </w:r>
      <w:proofErr w:type="spellStart"/>
      <w:r w:rsidR="00847BD9" w:rsidRPr="00847BD9">
        <w:t>suderinus</w:t>
      </w:r>
      <w:proofErr w:type="spellEnd"/>
      <w:r w:rsidR="00847BD9" w:rsidRPr="00847BD9">
        <w:t xml:space="preserve"> </w:t>
      </w:r>
      <w:proofErr w:type="spellStart"/>
      <w:r w:rsidR="00847BD9" w:rsidRPr="00847BD9">
        <w:t>konkrečią</w:t>
      </w:r>
      <w:proofErr w:type="spellEnd"/>
      <w:r w:rsidR="00847BD9" w:rsidRPr="00847BD9">
        <w:t xml:space="preserve"> </w:t>
      </w:r>
      <w:proofErr w:type="spellStart"/>
      <w:r w:rsidR="00847BD9" w:rsidRPr="00847BD9">
        <w:t>darbų</w:t>
      </w:r>
      <w:proofErr w:type="spellEnd"/>
      <w:r w:rsidR="00847BD9" w:rsidRPr="00847BD9">
        <w:t xml:space="preserve"> </w:t>
      </w:r>
      <w:proofErr w:type="spellStart"/>
      <w:r w:rsidR="00847BD9" w:rsidRPr="00847BD9">
        <w:t>apimtį</w:t>
      </w:r>
      <w:proofErr w:type="spellEnd"/>
      <w:r w:rsidR="00877C55" w:rsidRPr="00872AE1">
        <w:t>;</w:t>
      </w:r>
    </w:p>
    <w:p w14:paraId="59F89777" w14:textId="2996B3DA" w:rsidR="00145C08" w:rsidRDefault="005F1C73" w:rsidP="00145C08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tab/>
        <w:t>2.1.6.</w:t>
      </w:r>
      <w:r w:rsidR="00351B1E">
        <w:t xml:space="preserve"> </w:t>
      </w:r>
      <w:proofErr w:type="spellStart"/>
      <w:r w:rsidR="003F7E77">
        <w:t>gyvosios</w:t>
      </w:r>
      <w:proofErr w:type="spellEnd"/>
      <w:r w:rsidR="003F7E77">
        <w:t xml:space="preserve"> </w:t>
      </w:r>
      <w:proofErr w:type="spellStart"/>
      <w:r w:rsidR="003F7E77">
        <w:t>gamtos</w:t>
      </w:r>
      <w:proofErr w:type="spellEnd"/>
      <w:r w:rsidR="003F7E77">
        <w:t xml:space="preserve"> </w:t>
      </w:r>
      <w:proofErr w:type="spellStart"/>
      <w:r w:rsidR="00E9344C">
        <w:t>monitoring</w:t>
      </w:r>
      <w:r w:rsidR="00B32E3A">
        <w:t>ą</w:t>
      </w:r>
      <w:proofErr w:type="spellEnd"/>
      <w:r w:rsidR="00E9344C">
        <w:t>:</w:t>
      </w:r>
    </w:p>
    <w:p w14:paraId="714C5698" w14:textId="4336D503" w:rsidR="00D7137C" w:rsidRDefault="005F1C73" w:rsidP="00D7137C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2.1.6.1.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informacijos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apie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gyvūnų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rūšių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populiacijų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būklę</w:t>
      </w:r>
      <w:proofErr w:type="spellEnd"/>
      <w:r w:rsidR="00E9344C">
        <w:rPr>
          <w:rFonts w:asciiTheme="majorBidi" w:hAnsiTheme="majorBidi" w:cstheme="majorBidi"/>
        </w:rPr>
        <w:t xml:space="preserve">, </w:t>
      </w:r>
      <w:proofErr w:type="spellStart"/>
      <w:r w:rsidR="00E9344C">
        <w:rPr>
          <w:rFonts w:asciiTheme="majorBidi" w:hAnsiTheme="majorBidi" w:cstheme="majorBidi"/>
        </w:rPr>
        <w:t>ypač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apie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rūšis</w:t>
      </w:r>
      <w:proofErr w:type="spellEnd"/>
      <w:r w:rsidR="00E9344C">
        <w:rPr>
          <w:rFonts w:asciiTheme="majorBidi" w:hAnsiTheme="majorBidi" w:cstheme="majorBidi"/>
        </w:rPr>
        <w:t xml:space="preserve">, </w:t>
      </w:r>
      <w:proofErr w:type="spellStart"/>
      <w:r w:rsidR="00E9344C">
        <w:rPr>
          <w:rFonts w:asciiTheme="majorBidi" w:hAnsiTheme="majorBidi" w:cstheme="majorBidi"/>
        </w:rPr>
        <w:t>kurioms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reikalinga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nuolatinė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ar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sezoninė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apsauga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surinkimą</w:t>
      </w:r>
      <w:proofErr w:type="spellEnd"/>
      <w:r w:rsidR="00E9344C">
        <w:rPr>
          <w:rFonts w:asciiTheme="majorBidi" w:hAnsiTheme="majorBidi" w:cstheme="majorBidi"/>
        </w:rPr>
        <w:t>;</w:t>
      </w:r>
    </w:p>
    <w:p w14:paraId="69921B7C" w14:textId="067B4C9D" w:rsidR="00D7137C" w:rsidRDefault="005F1C73" w:rsidP="00D7137C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2.1.6.2.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informacijos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apie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intensyviai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naudojamas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ir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ekonominę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vertę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turinčias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gyvūnų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rūšis</w:t>
      </w:r>
      <w:proofErr w:type="spellEnd"/>
      <w:r w:rsidR="00E9344C">
        <w:rPr>
          <w:rFonts w:asciiTheme="majorBidi" w:hAnsiTheme="majorBidi" w:cstheme="majorBidi"/>
        </w:rPr>
        <w:t xml:space="preserve">, </w:t>
      </w:r>
      <w:proofErr w:type="spellStart"/>
      <w:r w:rsidR="00E9344C">
        <w:rPr>
          <w:rFonts w:asciiTheme="majorBidi" w:hAnsiTheme="majorBidi" w:cstheme="majorBidi"/>
        </w:rPr>
        <w:t>indikatorines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rūšis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bei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invazines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rūšis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gavimą</w:t>
      </w:r>
      <w:proofErr w:type="spellEnd"/>
      <w:r w:rsidR="00E9344C">
        <w:rPr>
          <w:rFonts w:asciiTheme="majorBidi" w:hAnsiTheme="majorBidi" w:cstheme="majorBidi"/>
        </w:rPr>
        <w:t>;</w:t>
      </w:r>
    </w:p>
    <w:p w14:paraId="49506923" w14:textId="2181AA9F" w:rsidR="0043007D" w:rsidRDefault="005F1C73">
      <w:pPr>
        <w:pStyle w:val="Sraopastraipa"/>
        <w:spacing w:after="0"/>
        <w:ind w:left="0"/>
        <w:jc w:val="both"/>
      </w:pPr>
      <w:r>
        <w:lastRenderedPageBreak/>
        <w:tab/>
        <w:t>2.1.6.3.</w:t>
      </w:r>
      <w:r w:rsidR="00351B1E">
        <w:t xml:space="preserve"> </w:t>
      </w:r>
      <w:proofErr w:type="spellStart"/>
      <w:r w:rsidR="00FB5A5A" w:rsidRPr="00FB5A5A">
        <w:t>invazinių</w:t>
      </w:r>
      <w:proofErr w:type="spellEnd"/>
      <w:r w:rsidR="00FB5A5A" w:rsidRPr="00FB5A5A">
        <w:t xml:space="preserve"> </w:t>
      </w:r>
      <w:proofErr w:type="spellStart"/>
      <w:r w:rsidR="00FB5A5A" w:rsidRPr="00FB5A5A">
        <w:t>augalų</w:t>
      </w:r>
      <w:proofErr w:type="spellEnd"/>
      <w:r w:rsidR="00FB5A5A" w:rsidRPr="00FB5A5A">
        <w:t xml:space="preserve"> </w:t>
      </w:r>
      <w:proofErr w:type="spellStart"/>
      <w:r w:rsidR="00FB5A5A" w:rsidRPr="00FB5A5A">
        <w:t>rūšių</w:t>
      </w:r>
      <w:proofErr w:type="spellEnd"/>
      <w:r w:rsidR="00FB5A5A" w:rsidRPr="00FB5A5A">
        <w:t xml:space="preserve"> </w:t>
      </w:r>
      <w:proofErr w:type="spellStart"/>
      <w:r w:rsidR="00FB5A5A" w:rsidRPr="00FB5A5A">
        <w:t>stebėjimo</w:t>
      </w:r>
      <w:proofErr w:type="spellEnd"/>
      <w:r w:rsidR="00FB5A5A" w:rsidRPr="00FB5A5A">
        <w:t xml:space="preserve"> </w:t>
      </w:r>
      <w:proofErr w:type="spellStart"/>
      <w:r w:rsidR="00FB5A5A" w:rsidRPr="00FB5A5A">
        <w:t>vietų</w:t>
      </w:r>
      <w:proofErr w:type="spellEnd"/>
      <w:r w:rsidR="00FB5A5A" w:rsidRPr="00FB5A5A">
        <w:t xml:space="preserve"> </w:t>
      </w:r>
      <w:proofErr w:type="spellStart"/>
      <w:r w:rsidR="00FB5A5A" w:rsidRPr="00FB5A5A">
        <w:t>ir</w:t>
      </w:r>
      <w:proofErr w:type="spellEnd"/>
      <w:r w:rsidR="00FB5A5A" w:rsidRPr="00FB5A5A">
        <w:t xml:space="preserve"> </w:t>
      </w:r>
      <w:proofErr w:type="spellStart"/>
      <w:r w:rsidR="00FB5A5A" w:rsidRPr="00FB5A5A">
        <w:t>duomenų</w:t>
      </w:r>
      <w:proofErr w:type="spellEnd"/>
      <w:r w:rsidR="00FB5A5A" w:rsidRPr="00FB5A5A">
        <w:t xml:space="preserve"> </w:t>
      </w:r>
      <w:proofErr w:type="spellStart"/>
      <w:r w:rsidR="00FB5A5A" w:rsidRPr="00FB5A5A">
        <w:t>atnaujinimą</w:t>
      </w:r>
      <w:proofErr w:type="spellEnd"/>
      <w:r w:rsidR="00FB5A5A" w:rsidRPr="00FB5A5A">
        <w:t xml:space="preserve"> </w:t>
      </w:r>
      <w:proofErr w:type="spellStart"/>
      <w:r w:rsidR="00FB5A5A" w:rsidRPr="00FB5A5A">
        <w:t>pagal</w:t>
      </w:r>
      <w:proofErr w:type="spellEnd"/>
      <w:r w:rsidR="00FB5A5A" w:rsidRPr="00FB5A5A">
        <w:t xml:space="preserve"> </w:t>
      </w:r>
      <w:proofErr w:type="spellStart"/>
      <w:r w:rsidR="00FB5A5A" w:rsidRPr="00FB5A5A">
        <w:t>Programoje</w:t>
      </w:r>
      <w:proofErr w:type="spellEnd"/>
      <w:r w:rsidR="00FB5A5A" w:rsidRPr="00FB5A5A">
        <w:t xml:space="preserve"> </w:t>
      </w:r>
      <w:proofErr w:type="spellStart"/>
      <w:r w:rsidR="00FB5A5A" w:rsidRPr="00FB5A5A">
        <w:t>nustatytus</w:t>
      </w:r>
      <w:proofErr w:type="spellEnd"/>
      <w:r w:rsidR="00FB5A5A" w:rsidRPr="00FB5A5A">
        <w:t xml:space="preserve"> </w:t>
      </w:r>
      <w:proofErr w:type="spellStart"/>
      <w:r w:rsidR="00FB5A5A" w:rsidRPr="00FB5A5A">
        <w:t>principus</w:t>
      </w:r>
      <w:proofErr w:type="spellEnd"/>
      <w:r w:rsidR="00FB5A5A" w:rsidRPr="00FB5A5A">
        <w:t>;</w:t>
      </w:r>
    </w:p>
    <w:p w14:paraId="314EB6CF" w14:textId="31298936" w:rsidR="00575138" w:rsidRDefault="005F1C73" w:rsidP="00575138">
      <w:pPr>
        <w:pStyle w:val="Sraopastraipa"/>
        <w:spacing w:after="0" w:line="240" w:lineRule="auto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2.1.6.4.</w:t>
      </w:r>
      <w:r w:rsidR="00351B1E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tyrimų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rezultatų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kaupimui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duomenų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bazėse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pateikimą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ir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surinktos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medžiagos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analizės</w:t>
      </w:r>
      <w:proofErr w:type="spellEnd"/>
      <w:r w:rsidR="00E9344C">
        <w:rPr>
          <w:rFonts w:asciiTheme="majorBidi" w:hAnsiTheme="majorBidi" w:cstheme="majorBidi"/>
        </w:rPr>
        <w:t xml:space="preserve"> </w:t>
      </w:r>
      <w:proofErr w:type="spellStart"/>
      <w:r w:rsidR="00E9344C">
        <w:rPr>
          <w:rFonts w:asciiTheme="majorBidi" w:hAnsiTheme="majorBidi" w:cstheme="majorBidi"/>
        </w:rPr>
        <w:t>atlikimą</w:t>
      </w:r>
      <w:proofErr w:type="spellEnd"/>
      <w:r w:rsidR="00E9344C">
        <w:rPr>
          <w:rFonts w:asciiTheme="majorBidi" w:hAnsiTheme="majorBidi" w:cstheme="majorBidi"/>
        </w:rPr>
        <w:t>;</w:t>
      </w:r>
    </w:p>
    <w:p w14:paraId="34BEDD07" w14:textId="716947B9" w:rsidR="00B34E44" w:rsidRDefault="007D3B98" w:rsidP="00B34E44">
      <w:pPr>
        <w:pStyle w:val="Sraopastraipa"/>
        <w:spacing w:after="0"/>
        <w:ind w:left="0"/>
        <w:jc w:val="both"/>
      </w:pPr>
      <w:r>
        <w:tab/>
        <w:t>2.1.7.</w:t>
      </w:r>
      <w:r w:rsidR="00351B1E">
        <w:t xml:space="preserve"> </w:t>
      </w:r>
      <w:proofErr w:type="spellStart"/>
      <w:r w:rsidR="004713AD" w:rsidRPr="004713AD">
        <w:t>visuomenės</w:t>
      </w:r>
      <w:proofErr w:type="spellEnd"/>
      <w:r w:rsidR="004713AD" w:rsidRPr="004713AD">
        <w:t xml:space="preserve"> </w:t>
      </w:r>
      <w:proofErr w:type="spellStart"/>
      <w:r w:rsidR="004713AD" w:rsidRPr="004713AD">
        <w:t>informavimą</w:t>
      </w:r>
      <w:proofErr w:type="spellEnd"/>
      <w:r w:rsidR="004713AD" w:rsidRPr="004713AD">
        <w:t xml:space="preserve"> </w:t>
      </w:r>
      <w:proofErr w:type="spellStart"/>
      <w:r w:rsidR="004713AD" w:rsidRPr="004713AD">
        <w:t>apie</w:t>
      </w:r>
      <w:proofErr w:type="spellEnd"/>
      <w:r w:rsidR="004713AD" w:rsidRPr="004713AD">
        <w:t xml:space="preserve"> </w:t>
      </w:r>
      <w:proofErr w:type="spellStart"/>
      <w:r w:rsidR="004713AD" w:rsidRPr="004713AD">
        <w:t>monitoringo</w:t>
      </w:r>
      <w:proofErr w:type="spellEnd"/>
      <w:r w:rsidR="004713AD" w:rsidRPr="004713AD">
        <w:t xml:space="preserve"> </w:t>
      </w:r>
      <w:proofErr w:type="spellStart"/>
      <w:r w:rsidR="004713AD" w:rsidRPr="004713AD">
        <w:t>rezultatus</w:t>
      </w:r>
      <w:proofErr w:type="spellEnd"/>
      <w:r w:rsidR="004713AD" w:rsidRPr="004713AD">
        <w:t xml:space="preserve"> </w:t>
      </w:r>
      <w:proofErr w:type="spellStart"/>
      <w:r w:rsidR="004713AD" w:rsidRPr="004713AD">
        <w:t>Programoje</w:t>
      </w:r>
      <w:proofErr w:type="spellEnd"/>
      <w:r w:rsidR="004713AD" w:rsidRPr="004713AD">
        <w:t xml:space="preserve"> </w:t>
      </w:r>
      <w:proofErr w:type="spellStart"/>
      <w:r w:rsidR="004713AD" w:rsidRPr="004713AD">
        <w:t>ir</w:t>
      </w:r>
      <w:proofErr w:type="spellEnd"/>
      <w:r w:rsidR="004713AD" w:rsidRPr="004713AD">
        <w:t xml:space="preserve"> </w:t>
      </w:r>
      <w:proofErr w:type="spellStart"/>
      <w:r w:rsidR="004713AD" w:rsidRPr="004713AD">
        <w:t>teisės</w:t>
      </w:r>
      <w:proofErr w:type="spellEnd"/>
      <w:r w:rsidR="004713AD" w:rsidRPr="004713AD">
        <w:t xml:space="preserve"> </w:t>
      </w:r>
      <w:proofErr w:type="spellStart"/>
      <w:r w:rsidR="004713AD" w:rsidRPr="004713AD">
        <w:t>aktuose</w:t>
      </w:r>
      <w:proofErr w:type="spellEnd"/>
      <w:r w:rsidR="004713AD" w:rsidRPr="004713AD">
        <w:t xml:space="preserve"> </w:t>
      </w:r>
      <w:proofErr w:type="spellStart"/>
      <w:r w:rsidR="004713AD" w:rsidRPr="004713AD">
        <w:t>nustatyta</w:t>
      </w:r>
      <w:proofErr w:type="spellEnd"/>
      <w:r w:rsidR="004713AD" w:rsidRPr="004713AD">
        <w:t xml:space="preserve"> </w:t>
      </w:r>
      <w:proofErr w:type="spellStart"/>
      <w:r w:rsidR="004713AD" w:rsidRPr="004713AD">
        <w:t>tvarka</w:t>
      </w:r>
      <w:proofErr w:type="spellEnd"/>
      <w:r>
        <w:t>.</w:t>
      </w:r>
    </w:p>
    <w:p w14:paraId="35234F83" w14:textId="77777777" w:rsidR="007D3B98" w:rsidRDefault="007D3B98" w:rsidP="00B34E44">
      <w:pPr>
        <w:pStyle w:val="Sraopastraipa"/>
        <w:spacing w:after="0"/>
        <w:ind w:left="0"/>
        <w:jc w:val="both"/>
      </w:pPr>
    </w:p>
    <w:p w14:paraId="6ABBCF55" w14:textId="542B44E4" w:rsidR="00431F53" w:rsidRDefault="007D3B98" w:rsidP="007D3B98">
      <w:pPr>
        <w:pStyle w:val="Sraopastraipa"/>
        <w:spacing w:after="0"/>
        <w:ind w:left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</w:rPr>
        <w:t>3.</w:t>
      </w:r>
      <w:r w:rsidR="00351B1E">
        <w:rPr>
          <w:rFonts w:cs="Times New Roman"/>
          <w:b/>
          <w:bCs/>
        </w:rPr>
        <w:t xml:space="preserve"> </w:t>
      </w:r>
      <w:proofErr w:type="spellStart"/>
      <w:r w:rsidR="00876201" w:rsidRPr="00431F53">
        <w:rPr>
          <w:rFonts w:cs="Times New Roman"/>
          <w:b/>
          <w:bCs/>
        </w:rPr>
        <w:t>Paslaug</w:t>
      </w:r>
      <w:r w:rsidR="00B759D2">
        <w:rPr>
          <w:rFonts w:cs="Times New Roman"/>
          <w:b/>
          <w:bCs/>
        </w:rPr>
        <w:t>os</w:t>
      </w:r>
      <w:proofErr w:type="spellEnd"/>
      <w:r w:rsidR="00876201" w:rsidRPr="00431F53">
        <w:rPr>
          <w:rFonts w:cs="Times New Roman"/>
          <w:b/>
          <w:bCs/>
        </w:rPr>
        <w:t xml:space="preserve"> </w:t>
      </w:r>
      <w:proofErr w:type="spellStart"/>
      <w:r w:rsidR="00876201" w:rsidRPr="00431F53">
        <w:rPr>
          <w:rFonts w:cs="Times New Roman"/>
          <w:b/>
          <w:bCs/>
        </w:rPr>
        <w:t>apimtys</w:t>
      </w:r>
      <w:proofErr w:type="spellEnd"/>
      <w:r w:rsidR="00FB7361" w:rsidRPr="00431F53">
        <w:rPr>
          <w:rFonts w:cs="Times New Roman"/>
          <w:b/>
          <w:bCs/>
        </w:rPr>
        <w:t>.</w:t>
      </w:r>
    </w:p>
    <w:p w14:paraId="62536806" w14:textId="77777777" w:rsidR="007D3B98" w:rsidRPr="00B34E44" w:rsidRDefault="007D3B98" w:rsidP="00B34E44">
      <w:pPr>
        <w:pStyle w:val="Sraopastraipa"/>
        <w:spacing w:after="0"/>
        <w:ind w:left="0"/>
        <w:jc w:val="both"/>
      </w:pPr>
    </w:p>
    <w:p w14:paraId="562C26E2" w14:textId="2BEE3099" w:rsidR="0043007D" w:rsidRDefault="006E0ABD">
      <w:pPr>
        <w:pStyle w:val="Sraopastraipa"/>
        <w:spacing w:after="0"/>
        <w:ind w:left="0"/>
      </w:pPr>
      <w:r>
        <w:tab/>
        <w:t>3.1.</w:t>
      </w:r>
      <w:r w:rsidR="00351B1E">
        <w:t xml:space="preserve"> </w:t>
      </w:r>
      <w:proofErr w:type="spellStart"/>
      <w:r w:rsidR="007F21C2">
        <w:t>P</w:t>
      </w:r>
      <w:r w:rsidR="00877C55" w:rsidRPr="00846AB2">
        <w:t>rogramos</w:t>
      </w:r>
      <w:proofErr w:type="spellEnd"/>
      <w:r w:rsidR="00877C55" w:rsidRPr="00846AB2">
        <w:t xml:space="preserve"> </w:t>
      </w:r>
      <w:proofErr w:type="spellStart"/>
      <w:r w:rsidR="00877C55" w:rsidRPr="00846AB2">
        <w:t>vykdymo</w:t>
      </w:r>
      <w:proofErr w:type="spellEnd"/>
      <w:r w:rsidR="00877C55" w:rsidRPr="00846AB2">
        <w:t xml:space="preserve"> </w:t>
      </w:r>
      <w:proofErr w:type="spellStart"/>
      <w:r w:rsidR="00DD7B90">
        <w:t>Mažeikių</w:t>
      </w:r>
      <w:proofErr w:type="spellEnd"/>
      <w:r w:rsidR="00DD7B90">
        <w:t xml:space="preserve"> </w:t>
      </w:r>
      <w:proofErr w:type="spellStart"/>
      <w:r w:rsidR="00DD7B90">
        <w:t>rajono</w:t>
      </w:r>
      <w:proofErr w:type="spellEnd"/>
      <w:r w:rsidR="00DD7B90">
        <w:t xml:space="preserve"> </w:t>
      </w:r>
      <w:proofErr w:type="spellStart"/>
      <w:r w:rsidR="00DD7B90">
        <w:t>savivaldybės</w:t>
      </w:r>
      <w:proofErr w:type="spellEnd"/>
      <w:r w:rsidR="00877C55" w:rsidRPr="00846AB2">
        <w:t xml:space="preserve"> </w:t>
      </w:r>
      <w:proofErr w:type="spellStart"/>
      <w:r w:rsidR="00877C55" w:rsidRPr="00846AB2">
        <w:t>teritorijoje</w:t>
      </w:r>
      <w:proofErr w:type="spellEnd"/>
      <w:r w:rsidR="00877C55" w:rsidRPr="00846AB2">
        <w:t xml:space="preserve"> </w:t>
      </w:r>
      <w:proofErr w:type="spellStart"/>
      <w:r w:rsidR="00877C55" w:rsidRPr="00846AB2">
        <w:t>įgyvendinimo</w:t>
      </w:r>
      <w:proofErr w:type="spellEnd"/>
      <w:r w:rsidR="00877C55" w:rsidRPr="00846AB2">
        <w:t xml:space="preserve"> </w:t>
      </w:r>
      <w:proofErr w:type="spellStart"/>
      <w:r w:rsidR="00877C55" w:rsidRPr="00846AB2">
        <w:t>grafikas</w:t>
      </w:r>
      <w:proofErr w:type="spellEnd"/>
      <w:r w:rsidR="00877C55" w:rsidRPr="00846AB2">
        <w:t xml:space="preserve"> </w:t>
      </w:r>
      <w:proofErr w:type="spellStart"/>
      <w:r w:rsidR="00877C55" w:rsidRPr="00846AB2">
        <w:t>ir</w:t>
      </w:r>
      <w:proofErr w:type="spellEnd"/>
      <w:r w:rsidR="00877C55" w:rsidRPr="00846AB2">
        <w:t xml:space="preserve"> </w:t>
      </w:r>
      <w:proofErr w:type="spellStart"/>
      <w:r w:rsidR="00877C55" w:rsidRPr="00846AB2">
        <w:t>apimtys</w:t>
      </w:r>
      <w:proofErr w:type="spellEnd"/>
      <w:r w:rsidR="00877C55" w:rsidRPr="00846AB2">
        <w:t xml:space="preserve"> </w:t>
      </w:r>
      <w:proofErr w:type="spellStart"/>
      <w:r w:rsidR="00877C55" w:rsidRPr="00846AB2">
        <w:t>pateikiamos</w:t>
      </w:r>
      <w:proofErr w:type="spellEnd"/>
      <w:r w:rsidR="00877C55" w:rsidRPr="00846AB2">
        <w:t xml:space="preserve"> </w:t>
      </w:r>
      <w:proofErr w:type="spellStart"/>
      <w:r w:rsidR="00877C55" w:rsidRPr="00846AB2">
        <w:t>lentelėje</w:t>
      </w:r>
      <w:proofErr w:type="spellEnd"/>
      <w:r w:rsidR="00877C55" w:rsidRPr="00846AB2">
        <w:t>:</w:t>
      </w:r>
    </w:p>
    <w:p w14:paraId="380F9F2C" w14:textId="77777777" w:rsidR="001376DE" w:rsidRDefault="001376DE">
      <w:pPr>
        <w:pStyle w:val="Sraopastraipa"/>
        <w:spacing w:after="0"/>
        <w:ind w:left="0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200"/>
        <w:gridCol w:w="2656"/>
        <w:gridCol w:w="2329"/>
        <w:gridCol w:w="2345"/>
      </w:tblGrid>
      <w:tr w:rsidR="00FB7361" w:rsidRPr="00253C45" w14:paraId="1C6A2AAA" w14:textId="77777777" w:rsidTr="006F1E6A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D2097D1" w14:textId="21B470BC" w:rsidR="00FC0397" w:rsidRPr="00253C45" w:rsidRDefault="00477CD9" w:rsidP="003C6FC7">
            <w:pPr>
              <w:jc w:val="center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cs="Times New Roman"/>
                <w:b/>
                <w:bCs/>
              </w:rPr>
              <w:t>Monitoringo</w:t>
            </w:r>
            <w:proofErr w:type="spellEnd"/>
            <w:r>
              <w:rPr>
                <w:rFonts w:cs="Times New Roman"/>
                <w:b/>
                <w:bCs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</w:rPr>
              <w:t>vietų</w:t>
            </w:r>
            <w:proofErr w:type="spellEnd"/>
            <w:r>
              <w:rPr>
                <w:rFonts w:cs="Times New Roman"/>
                <w:b/>
                <w:bCs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</w:rPr>
              <w:t>skaičius</w:t>
            </w:r>
            <w:proofErr w:type="spellEnd"/>
          </w:p>
        </w:tc>
        <w:tc>
          <w:tcPr>
            <w:tcW w:w="0" w:type="auto"/>
            <w:hideMark/>
          </w:tcPr>
          <w:p w14:paraId="066CDC5C" w14:textId="7C7F9297" w:rsidR="00FC0397" w:rsidRPr="00253C45" w:rsidRDefault="00477CD9" w:rsidP="003C6FC7">
            <w:pPr>
              <w:jc w:val="center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cs="Times New Roman"/>
                <w:b/>
                <w:bCs/>
              </w:rPr>
              <w:t>Stebimi</w:t>
            </w:r>
            <w:proofErr w:type="spellEnd"/>
            <w:r>
              <w:rPr>
                <w:rFonts w:cs="Times New Roman"/>
                <w:b/>
                <w:bCs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</w:rPr>
              <w:t>parametrai</w:t>
            </w:r>
            <w:proofErr w:type="spellEnd"/>
          </w:p>
        </w:tc>
        <w:tc>
          <w:tcPr>
            <w:tcW w:w="0" w:type="auto"/>
            <w:hideMark/>
          </w:tcPr>
          <w:p w14:paraId="194E6813" w14:textId="2EEC4A44" w:rsidR="00FC0397" w:rsidRPr="00253C45" w:rsidRDefault="00943744" w:rsidP="003C6FC7">
            <w:pPr>
              <w:jc w:val="center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cs="Times New Roman"/>
                <w:b/>
                <w:bCs/>
              </w:rPr>
              <w:t>Stebėjimų</w:t>
            </w:r>
            <w:proofErr w:type="spellEnd"/>
            <w:r w:rsidR="00477CD9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="00477CD9">
              <w:rPr>
                <w:rFonts w:cs="Times New Roman"/>
                <w:b/>
                <w:bCs/>
              </w:rPr>
              <w:t>periodiškumas</w:t>
            </w:r>
            <w:proofErr w:type="spellEnd"/>
          </w:p>
        </w:tc>
        <w:tc>
          <w:tcPr>
            <w:tcW w:w="0" w:type="auto"/>
            <w:hideMark/>
          </w:tcPr>
          <w:p w14:paraId="6FFB72A6" w14:textId="2CA41AC3" w:rsidR="00FC0397" w:rsidRPr="00253C45" w:rsidRDefault="00477CD9" w:rsidP="003C6FC7">
            <w:pPr>
              <w:jc w:val="center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cs="Times New Roman"/>
                <w:b/>
                <w:bCs/>
              </w:rPr>
              <w:t>Matavimo</w:t>
            </w:r>
            <w:proofErr w:type="spellEnd"/>
            <w:r>
              <w:rPr>
                <w:rFonts w:cs="Times New Roman"/>
                <w:b/>
                <w:bCs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</w:rPr>
              <w:t>metodai</w:t>
            </w:r>
            <w:proofErr w:type="spellEnd"/>
            <w:r>
              <w:rPr>
                <w:rFonts w:cs="Times New Roman"/>
                <w:b/>
                <w:bCs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</w:rPr>
              <w:t>ir</w:t>
            </w:r>
            <w:proofErr w:type="spellEnd"/>
            <w:r>
              <w:rPr>
                <w:rFonts w:cs="Times New Roman"/>
                <w:b/>
                <w:bCs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</w:rPr>
              <w:t>procedūros</w:t>
            </w:r>
            <w:proofErr w:type="spellEnd"/>
          </w:p>
        </w:tc>
      </w:tr>
      <w:tr w:rsidR="006F1E6A" w:rsidRPr="00253C45" w14:paraId="3C5302DC" w14:textId="77777777" w:rsidTr="009509CF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5DE88569" w14:textId="5FBDDFF6" w:rsidR="006F1E6A" w:rsidRPr="00253C45" w:rsidRDefault="006F1E6A" w:rsidP="003C6FC7">
            <w:pPr>
              <w:rPr>
                <w:rFonts w:cs="Times New Roman"/>
              </w:rPr>
            </w:pPr>
            <w:proofErr w:type="spellStart"/>
            <w:r w:rsidRPr="00BE4613">
              <w:rPr>
                <w:rFonts w:cs="Times New Roman"/>
                <w:b/>
                <w:bCs/>
              </w:rPr>
              <w:t>Aplinkos</w:t>
            </w:r>
            <w:proofErr w:type="spellEnd"/>
            <w:r w:rsidRPr="00BE4613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BE4613">
              <w:rPr>
                <w:rFonts w:cs="Times New Roman"/>
                <w:b/>
                <w:bCs/>
              </w:rPr>
              <w:t>oro</w:t>
            </w:r>
            <w:proofErr w:type="spellEnd"/>
            <w:r w:rsidRPr="00BE4613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BE4613">
              <w:rPr>
                <w:rFonts w:cs="Times New Roman"/>
                <w:b/>
                <w:bCs/>
              </w:rPr>
              <w:t>monitoringas</w:t>
            </w:r>
            <w:proofErr w:type="spellEnd"/>
          </w:p>
        </w:tc>
      </w:tr>
      <w:tr w:rsidR="00581B13" w:rsidRPr="00253C45" w14:paraId="090AD950" w14:textId="77777777" w:rsidTr="004713AD">
        <w:tc>
          <w:tcPr>
            <w:tcW w:w="0" w:type="auto"/>
            <w:tcBorders>
              <w:top w:val="single" w:sz="4" w:space="0" w:color="auto"/>
            </w:tcBorders>
          </w:tcPr>
          <w:p w14:paraId="1169C21B" w14:textId="3E4FBFD1" w:rsidR="00581B13" w:rsidRPr="00253C45" w:rsidRDefault="00663DDC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14 </w:t>
            </w:r>
            <w:proofErr w:type="spellStart"/>
            <w:r w:rsidR="00943744">
              <w:rPr>
                <w:rFonts w:cs="Times New Roman"/>
              </w:rPr>
              <w:t>vietų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847BF" w14:textId="16A1982D" w:rsidR="00581B13" w:rsidRPr="00253C45" w:rsidRDefault="004713AD" w:rsidP="004713AD">
            <w:pPr>
              <w:rPr>
                <w:rFonts w:cs="Times New Roman"/>
              </w:rPr>
            </w:pPr>
            <w:r>
              <w:t>SO</w:t>
            </w:r>
            <w:r>
              <w:rPr>
                <w:vertAlign w:val="subscript"/>
              </w:rPr>
              <w:t>2</w:t>
            </w:r>
            <w:r>
              <w:t>, NO</w:t>
            </w:r>
            <w:r>
              <w:rPr>
                <w:vertAlign w:val="subscript"/>
              </w:rPr>
              <w:t>2</w:t>
            </w:r>
            <w:r>
              <w:t>, LOJ (</w:t>
            </w:r>
            <w:proofErr w:type="spellStart"/>
            <w:r>
              <w:t>benzenas</w:t>
            </w:r>
            <w:proofErr w:type="spellEnd"/>
            <w:r>
              <w:t xml:space="preserve">, </w:t>
            </w:r>
            <w:proofErr w:type="spellStart"/>
            <w:r>
              <w:t>toluenas</w:t>
            </w:r>
            <w:proofErr w:type="spellEnd"/>
            <w:r>
              <w:t xml:space="preserve">, </w:t>
            </w:r>
            <w:proofErr w:type="spellStart"/>
            <w:r>
              <w:t>etilbenzenas</w:t>
            </w:r>
            <w:proofErr w:type="spellEnd"/>
            <w:r>
              <w:t>, m/p-</w:t>
            </w:r>
            <w:proofErr w:type="spellStart"/>
            <w:r>
              <w:t>ksilenas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o-</w:t>
            </w:r>
            <w:proofErr w:type="spellStart"/>
            <w:r>
              <w:t>ksilenas</w:t>
            </w:r>
            <w:proofErr w:type="spellEnd"/>
            <w:r>
              <w:t>), KD</w:t>
            </w:r>
            <w:r>
              <w:rPr>
                <w:vertAlign w:val="subscript"/>
              </w:rPr>
              <w:t>2,5</w:t>
            </w:r>
            <w:r>
              <w:t>, KD</w:t>
            </w:r>
            <w:r>
              <w:rPr>
                <w:vertAlign w:val="subscript"/>
              </w:rPr>
              <w:t>10</w:t>
            </w:r>
            <w:r>
              <w:t xml:space="preserve">, CO; </w:t>
            </w:r>
            <w:proofErr w:type="spellStart"/>
            <w:r>
              <w:t>tyrimų</w:t>
            </w:r>
            <w:proofErr w:type="spellEnd"/>
            <w:r>
              <w:t xml:space="preserve"> </w:t>
            </w:r>
            <w:proofErr w:type="spellStart"/>
            <w:r>
              <w:t>metu</w:t>
            </w:r>
            <w:proofErr w:type="spellEnd"/>
            <w:r>
              <w:t xml:space="preserve"> </w:t>
            </w:r>
            <w:proofErr w:type="spellStart"/>
            <w:r>
              <w:t>registruojami</w:t>
            </w:r>
            <w:proofErr w:type="spellEnd"/>
            <w:r>
              <w:t xml:space="preserve"> </w:t>
            </w:r>
            <w:proofErr w:type="spellStart"/>
            <w:r>
              <w:t>meteorologiniai</w:t>
            </w:r>
            <w:proofErr w:type="spellEnd"/>
            <w:r>
              <w:t xml:space="preserve"> </w:t>
            </w:r>
            <w:proofErr w:type="spellStart"/>
            <w:r>
              <w:t>parametrai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53E3B" w14:textId="1292FD70" w:rsidR="00581B13" w:rsidRPr="00253C45" w:rsidRDefault="004713AD" w:rsidP="004713AD">
            <w:pPr>
              <w:rPr>
                <w:rFonts w:cs="Times New Roman"/>
              </w:rPr>
            </w:pPr>
            <w:r>
              <w:t>SO</w:t>
            </w:r>
            <w:r>
              <w:rPr>
                <w:vertAlign w:val="subscript"/>
              </w:rPr>
              <w:t>2</w:t>
            </w:r>
            <w:r>
              <w:t>, NO</w:t>
            </w:r>
            <w:r>
              <w:rPr>
                <w:vertAlign w:val="subscript"/>
              </w:rPr>
              <w:t>2</w:t>
            </w:r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LOJ – 4 </w:t>
            </w:r>
            <w:proofErr w:type="spellStart"/>
            <w:r>
              <w:t>kartus</w:t>
            </w:r>
            <w:proofErr w:type="spellEnd"/>
            <w:r>
              <w:t xml:space="preserve"> per </w:t>
            </w:r>
            <w:proofErr w:type="spellStart"/>
            <w:r>
              <w:t>metus</w:t>
            </w:r>
            <w:proofErr w:type="spellEnd"/>
            <w:r>
              <w:t xml:space="preserve">, po </w:t>
            </w:r>
            <w:proofErr w:type="spellStart"/>
            <w:r>
              <w:t>vieną</w:t>
            </w:r>
            <w:proofErr w:type="spellEnd"/>
            <w:r>
              <w:t xml:space="preserve"> </w:t>
            </w:r>
            <w:proofErr w:type="spellStart"/>
            <w:r>
              <w:t>kartą</w:t>
            </w:r>
            <w:proofErr w:type="spellEnd"/>
            <w:r>
              <w:t xml:space="preserve"> </w:t>
            </w:r>
            <w:proofErr w:type="spellStart"/>
            <w:r>
              <w:t>kiekvienu</w:t>
            </w:r>
            <w:proofErr w:type="spellEnd"/>
            <w:r>
              <w:t xml:space="preserve"> </w:t>
            </w:r>
            <w:proofErr w:type="spellStart"/>
            <w:r>
              <w:t>metų</w:t>
            </w:r>
            <w:proofErr w:type="spellEnd"/>
            <w:r>
              <w:t xml:space="preserve"> </w:t>
            </w:r>
            <w:proofErr w:type="spellStart"/>
            <w:r>
              <w:t>sezonu</w:t>
            </w:r>
            <w:proofErr w:type="spellEnd"/>
            <w:r>
              <w:t xml:space="preserve">, </w:t>
            </w:r>
            <w:proofErr w:type="spellStart"/>
            <w:r>
              <w:t>eksponuojant</w:t>
            </w:r>
            <w:proofErr w:type="spellEnd"/>
            <w:r>
              <w:t xml:space="preserve"> </w:t>
            </w:r>
            <w:proofErr w:type="spellStart"/>
            <w:r>
              <w:t>difuzinius</w:t>
            </w:r>
            <w:proofErr w:type="spellEnd"/>
            <w:r>
              <w:t xml:space="preserve"> </w:t>
            </w:r>
            <w:proofErr w:type="spellStart"/>
            <w:r>
              <w:t>ėmiklius</w:t>
            </w:r>
            <w:proofErr w:type="spellEnd"/>
            <w:r>
              <w:t xml:space="preserve"> </w:t>
            </w:r>
            <w:proofErr w:type="spellStart"/>
            <w:r>
              <w:t>dviejų</w:t>
            </w:r>
            <w:proofErr w:type="spellEnd"/>
            <w:r>
              <w:t xml:space="preserve"> </w:t>
            </w:r>
            <w:proofErr w:type="spellStart"/>
            <w:r>
              <w:t>savaičių</w:t>
            </w:r>
            <w:proofErr w:type="spellEnd"/>
            <w:r>
              <w:t xml:space="preserve"> </w:t>
            </w:r>
            <w:proofErr w:type="spellStart"/>
            <w:r>
              <w:t>laikotarpiu</w:t>
            </w:r>
            <w:proofErr w:type="spellEnd"/>
            <w:r>
              <w:t>. KD</w:t>
            </w:r>
            <w:r>
              <w:rPr>
                <w:vertAlign w:val="subscript"/>
              </w:rPr>
              <w:t>2,5</w:t>
            </w:r>
            <w:r>
              <w:t>, KD</w:t>
            </w:r>
            <w:r>
              <w:rPr>
                <w:vertAlign w:val="subscript"/>
              </w:rPr>
              <w:t>10</w:t>
            </w:r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CO – </w:t>
            </w: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Programoje</w:t>
            </w:r>
            <w:proofErr w:type="spellEnd"/>
            <w:r>
              <w:t xml:space="preserve"> </w:t>
            </w:r>
            <w:proofErr w:type="spellStart"/>
            <w:r>
              <w:t>nustatytą</w:t>
            </w:r>
            <w:proofErr w:type="spellEnd"/>
            <w:r>
              <w:t xml:space="preserve"> </w:t>
            </w:r>
            <w:proofErr w:type="spellStart"/>
            <w:r>
              <w:t>periodiškumą</w:t>
            </w:r>
            <w:proofErr w:type="spellEnd"/>
            <w:r>
              <w:t xml:space="preserve">,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t>viso</w:t>
            </w:r>
            <w:proofErr w:type="spellEnd"/>
            <w:r>
              <w:t xml:space="preserve"> 8 </w:t>
            </w:r>
            <w:proofErr w:type="spellStart"/>
            <w:r>
              <w:t>matavimai</w:t>
            </w:r>
            <w:proofErr w:type="spellEnd"/>
            <w:r>
              <w:t xml:space="preserve"> per </w:t>
            </w:r>
            <w:proofErr w:type="spellStart"/>
            <w:r>
              <w:t>metus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17614117" w14:textId="0AFA0D20" w:rsidR="00581B13" w:rsidRPr="00253C45" w:rsidRDefault="00CF7850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Programoje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numatyti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metodai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procedūros</w:t>
            </w:r>
            <w:proofErr w:type="spellEnd"/>
          </w:p>
        </w:tc>
      </w:tr>
      <w:tr w:rsidR="006F1E6A" w:rsidRPr="00253C45" w14:paraId="2881253B" w14:textId="77777777" w:rsidTr="00C7557A">
        <w:tc>
          <w:tcPr>
            <w:tcW w:w="0" w:type="auto"/>
            <w:gridSpan w:val="4"/>
          </w:tcPr>
          <w:p w14:paraId="3EC1B673" w14:textId="74898EB1" w:rsidR="006F1E6A" w:rsidRPr="00253C45" w:rsidRDefault="006F1E6A" w:rsidP="003C6FC7">
            <w:pPr>
              <w:rPr>
                <w:rFonts w:cs="Times New Roman"/>
              </w:rPr>
            </w:pPr>
            <w:proofErr w:type="spellStart"/>
            <w:r w:rsidRPr="00BE4613">
              <w:rPr>
                <w:rFonts w:cs="Times New Roman"/>
                <w:b/>
                <w:bCs/>
              </w:rPr>
              <w:t>Vandens</w:t>
            </w:r>
            <w:proofErr w:type="spellEnd"/>
            <w:r w:rsidRPr="00BE4613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BE4613">
              <w:rPr>
                <w:rFonts w:cs="Times New Roman"/>
                <w:b/>
                <w:bCs/>
              </w:rPr>
              <w:t>kokybės</w:t>
            </w:r>
            <w:proofErr w:type="spellEnd"/>
            <w:r w:rsidRPr="00BE4613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BE4613">
              <w:rPr>
                <w:rFonts w:cs="Times New Roman"/>
                <w:b/>
                <w:bCs/>
              </w:rPr>
              <w:t>monitoringas</w:t>
            </w:r>
            <w:proofErr w:type="spellEnd"/>
            <w:r w:rsidRPr="00BE4613">
              <w:rPr>
                <w:rFonts w:cs="Times New Roman"/>
                <w:b/>
                <w:bCs/>
              </w:rPr>
              <w:t xml:space="preserve"> </w:t>
            </w:r>
          </w:p>
        </w:tc>
      </w:tr>
      <w:tr w:rsidR="00581B13" w:rsidRPr="00253C45" w14:paraId="5E5FBDB3" w14:textId="77777777" w:rsidTr="004713AD">
        <w:tc>
          <w:tcPr>
            <w:tcW w:w="0" w:type="auto"/>
          </w:tcPr>
          <w:p w14:paraId="7DDC4888" w14:textId="77777777" w:rsidR="00581B13" w:rsidRDefault="001954B4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26 </w:t>
            </w:r>
            <w:proofErr w:type="spellStart"/>
            <w:r w:rsidR="00C056F2">
              <w:rPr>
                <w:rFonts w:cs="Times New Roman"/>
              </w:rPr>
              <w:t>vietos</w:t>
            </w:r>
            <w:proofErr w:type="spellEnd"/>
            <w:r w:rsidR="00C056F2">
              <w:rPr>
                <w:rFonts w:cs="Times New Roman"/>
              </w:rPr>
              <w:t>:</w:t>
            </w:r>
          </w:p>
          <w:p w14:paraId="1092754A" w14:textId="77777777" w:rsidR="00C056F2" w:rsidRDefault="00C056F2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16 </w:t>
            </w:r>
            <w:proofErr w:type="spellStart"/>
            <w:r>
              <w:rPr>
                <w:rFonts w:cs="Times New Roman"/>
              </w:rPr>
              <w:t>vietų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upėse</w:t>
            </w:r>
            <w:proofErr w:type="spellEnd"/>
          </w:p>
          <w:p w14:paraId="34ECCE9A" w14:textId="77777777" w:rsidR="00C056F2" w:rsidRDefault="00C056F2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 8 </w:t>
            </w:r>
            <w:proofErr w:type="spellStart"/>
            <w:r>
              <w:rPr>
                <w:rFonts w:cs="Times New Roman"/>
              </w:rPr>
              <w:t>vietos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tvenkiniuose</w:t>
            </w:r>
            <w:proofErr w:type="spellEnd"/>
          </w:p>
          <w:p w14:paraId="13D90223" w14:textId="1AE17473" w:rsidR="00C056F2" w:rsidRPr="00253C45" w:rsidRDefault="00C056F2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 2 </w:t>
            </w:r>
            <w:proofErr w:type="spellStart"/>
            <w:r>
              <w:rPr>
                <w:rFonts w:cs="Times New Roman"/>
              </w:rPr>
              <w:t>vietos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ežeruose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07665" w14:textId="77777777" w:rsidR="004713AD" w:rsidRDefault="004713AD">
            <w:pPr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u w:val="single"/>
              </w:rPr>
              <w:t>Upėse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ir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upeliuose</w:t>
            </w:r>
            <w:proofErr w:type="spellEnd"/>
            <w:r>
              <w:t xml:space="preserve">: </w:t>
            </w:r>
            <w:proofErr w:type="spellStart"/>
            <w:r>
              <w:t>temperatūra</w:t>
            </w:r>
            <w:proofErr w:type="spellEnd"/>
            <w:r>
              <w:t xml:space="preserve">, </w:t>
            </w:r>
            <w:proofErr w:type="spellStart"/>
            <w:r>
              <w:t>ištirpęs</w:t>
            </w:r>
            <w:proofErr w:type="spellEnd"/>
            <w:r>
              <w:t xml:space="preserve"> </w:t>
            </w:r>
            <w:proofErr w:type="spellStart"/>
            <w:r>
              <w:t>deguonis</w:t>
            </w:r>
            <w:proofErr w:type="spellEnd"/>
            <w:r>
              <w:t>, pH, BDS</w:t>
            </w:r>
            <w:r>
              <w:rPr>
                <w:vertAlign w:val="subscript"/>
              </w:rPr>
              <w:t>7</w:t>
            </w:r>
            <w:r>
              <w:t>, NO</w:t>
            </w:r>
            <w:r>
              <w:rPr>
                <w:vertAlign w:val="subscript"/>
              </w:rPr>
              <w:t>2</w:t>
            </w:r>
            <w:r>
              <w:t>, NO</w:t>
            </w:r>
            <w:r>
              <w:rPr>
                <w:vertAlign w:val="subscript"/>
              </w:rPr>
              <w:t>3</w:t>
            </w:r>
            <w:r>
              <w:t>-N, NH</w:t>
            </w:r>
            <w:r>
              <w:rPr>
                <w:vertAlign w:val="subscript"/>
              </w:rPr>
              <w:t>4</w:t>
            </w:r>
            <w:r>
              <w:t>-N, PO</w:t>
            </w:r>
            <w:r>
              <w:rPr>
                <w:vertAlign w:val="subscript"/>
              </w:rPr>
              <w:t>4</w:t>
            </w:r>
            <w:r>
              <w:t xml:space="preserve">-P, </w:t>
            </w:r>
            <w:proofErr w:type="spellStart"/>
            <w:r>
              <w:t>P</w:t>
            </w:r>
            <w:r>
              <w:rPr>
                <w:vertAlign w:val="subscript"/>
              </w:rPr>
              <w:t>bendras</w:t>
            </w:r>
            <w:proofErr w:type="spellEnd"/>
            <w:r>
              <w:t xml:space="preserve">, </w:t>
            </w:r>
            <w:proofErr w:type="spellStart"/>
            <w:r>
              <w:t>N</w:t>
            </w:r>
            <w:r>
              <w:rPr>
                <w:vertAlign w:val="subscript"/>
              </w:rPr>
              <w:t>bendras</w:t>
            </w:r>
            <w:proofErr w:type="spellEnd"/>
            <w:r>
              <w:t xml:space="preserve">, </w:t>
            </w:r>
            <w:proofErr w:type="spellStart"/>
            <w:r>
              <w:t>naftos</w:t>
            </w:r>
            <w:proofErr w:type="spellEnd"/>
            <w:r>
              <w:t xml:space="preserve"> </w:t>
            </w:r>
            <w:proofErr w:type="spellStart"/>
            <w:r>
              <w:t>produktai</w:t>
            </w:r>
            <w:proofErr w:type="spellEnd"/>
            <w:r>
              <w:t xml:space="preserve"> C</w:t>
            </w:r>
            <w:r>
              <w:rPr>
                <w:vertAlign w:val="subscript"/>
              </w:rPr>
              <w:t>10</w:t>
            </w:r>
            <w:r>
              <w:t>–C</w:t>
            </w:r>
            <w:r>
              <w:rPr>
                <w:vertAlign w:val="subscript"/>
              </w:rPr>
              <w:t>40</w:t>
            </w:r>
            <w:r>
              <w:t>.</w:t>
            </w:r>
          </w:p>
          <w:p w14:paraId="0733A53A" w14:textId="054ACCE6" w:rsidR="00E51EC3" w:rsidRPr="00253C45" w:rsidRDefault="004713AD" w:rsidP="004713AD">
            <w:pPr>
              <w:rPr>
                <w:rFonts w:cs="Times New Roman"/>
              </w:rPr>
            </w:pPr>
            <w:proofErr w:type="spellStart"/>
            <w:r>
              <w:rPr>
                <w:u w:val="single"/>
              </w:rPr>
              <w:t>Ežeruose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ir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tvenkiniuose</w:t>
            </w:r>
            <w:proofErr w:type="spellEnd"/>
            <w:r>
              <w:t>: BDS</w:t>
            </w:r>
            <w:r>
              <w:rPr>
                <w:vertAlign w:val="subscript"/>
              </w:rPr>
              <w:t>7</w:t>
            </w:r>
            <w:r>
              <w:t xml:space="preserve">, </w:t>
            </w:r>
            <w:proofErr w:type="spellStart"/>
            <w:r>
              <w:t>P</w:t>
            </w:r>
            <w:r>
              <w:rPr>
                <w:vertAlign w:val="subscript"/>
              </w:rPr>
              <w:t>bendras</w:t>
            </w:r>
            <w:proofErr w:type="spellEnd"/>
            <w:r>
              <w:t xml:space="preserve">, </w:t>
            </w:r>
            <w:proofErr w:type="spellStart"/>
            <w:r>
              <w:t>N</w:t>
            </w:r>
            <w:r>
              <w:rPr>
                <w:vertAlign w:val="subscript"/>
              </w:rPr>
              <w:t>bendras</w:t>
            </w:r>
            <w:proofErr w:type="spellEnd"/>
            <w:r>
              <w:t xml:space="preserve">, </w:t>
            </w:r>
            <w:proofErr w:type="spellStart"/>
            <w:r>
              <w:t>skaidrumas</w:t>
            </w:r>
            <w:proofErr w:type="spellEnd"/>
            <w:r>
              <w:t xml:space="preserve">, </w:t>
            </w:r>
            <w:proofErr w:type="spellStart"/>
            <w:r>
              <w:t>naftos</w:t>
            </w:r>
            <w:proofErr w:type="spellEnd"/>
            <w:r>
              <w:t xml:space="preserve"> </w:t>
            </w:r>
            <w:proofErr w:type="spellStart"/>
            <w:r>
              <w:t>produktai</w:t>
            </w:r>
            <w:proofErr w:type="spellEnd"/>
            <w:r>
              <w:t xml:space="preserve"> C</w:t>
            </w:r>
            <w:r>
              <w:rPr>
                <w:vertAlign w:val="subscript"/>
              </w:rPr>
              <w:t>10</w:t>
            </w:r>
            <w:r>
              <w:t>–C</w:t>
            </w:r>
            <w:r>
              <w:rPr>
                <w:vertAlign w:val="subscript"/>
              </w:rPr>
              <w:t>40</w:t>
            </w:r>
            <w:r>
              <w:t xml:space="preserve">. </w:t>
            </w:r>
            <w:proofErr w:type="spellStart"/>
            <w:r>
              <w:t>Mėginių</w:t>
            </w:r>
            <w:proofErr w:type="spellEnd"/>
            <w:r>
              <w:t xml:space="preserve"> </w:t>
            </w:r>
            <w:proofErr w:type="spellStart"/>
            <w:r>
              <w:t>ėmimo</w:t>
            </w:r>
            <w:proofErr w:type="spellEnd"/>
            <w:r>
              <w:t xml:space="preserve"> </w:t>
            </w:r>
            <w:proofErr w:type="spellStart"/>
            <w:r>
              <w:t>metu</w:t>
            </w:r>
            <w:proofErr w:type="spellEnd"/>
            <w:r>
              <w:t xml:space="preserve"> </w:t>
            </w:r>
            <w:proofErr w:type="spellStart"/>
            <w:r>
              <w:t>registruojama</w:t>
            </w:r>
            <w:proofErr w:type="spellEnd"/>
            <w:r>
              <w:t xml:space="preserve"> </w:t>
            </w:r>
            <w:proofErr w:type="spellStart"/>
            <w:r>
              <w:t>aplinkos</w:t>
            </w:r>
            <w:proofErr w:type="spellEnd"/>
            <w:r>
              <w:t xml:space="preserve"> </w:t>
            </w:r>
            <w:proofErr w:type="spellStart"/>
            <w:r>
              <w:t>oro</w:t>
            </w:r>
            <w:proofErr w:type="spellEnd"/>
            <w:r>
              <w:t xml:space="preserve"> </w:t>
            </w:r>
            <w:proofErr w:type="spellStart"/>
            <w:r>
              <w:t>temperatūra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3CE6A" w14:textId="77777777" w:rsidR="004713AD" w:rsidRDefault="004713AD">
            <w:pPr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t>Upėse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upeliuose</w:t>
            </w:r>
            <w:proofErr w:type="spellEnd"/>
            <w:r>
              <w:t xml:space="preserve"> – kas 3 </w:t>
            </w:r>
            <w:proofErr w:type="spellStart"/>
            <w:r>
              <w:t>mėnesius</w:t>
            </w:r>
            <w:proofErr w:type="spellEnd"/>
            <w:r>
              <w:t xml:space="preserve">, </w:t>
            </w:r>
            <w:proofErr w:type="spellStart"/>
            <w:r>
              <w:t>kartą</w:t>
            </w:r>
            <w:proofErr w:type="spellEnd"/>
            <w:r>
              <w:t xml:space="preserve"> per </w:t>
            </w:r>
            <w:proofErr w:type="spellStart"/>
            <w:r>
              <w:t>sezoną</w:t>
            </w:r>
            <w:proofErr w:type="spellEnd"/>
            <w:r>
              <w:t xml:space="preserve">, </w:t>
            </w:r>
            <w:proofErr w:type="spellStart"/>
            <w:r>
              <w:t>kasmet</w:t>
            </w:r>
            <w:proofErr w:type="spellEnd"/>
            <w:r>
              <w:t>.</w:t>
            </w:r>
          </w:p>
          <w:p w14:paraId="63565180" w14:textId="3332A78D" w:rsidR="00AB1ECD" w:rsidRPr="00253C45" w:rsidRDefault="004713AD" w:rsidP="004713AD">
            <w:pPr>
              <w:rPr>
                <w:rFonts w:cs="Times New Roman"/>
              </w:rPr>
            </w:pPr>
            <w:proofErr w:type="spellStart"/>
            <w:r>
              <w:t>Ežeruose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tvenkiniuose</w:t>
            </w:r>
            <w:proofErr w:type="spellEnd"/>
            <w:r>
              <w:t xml:space="preserve"> – 4 </w:t>
            </w:r>
            <w:proofErr w:type="spellStart"/>
            <w:r>
              <w:t>kartus</w:t>
            </w:r>
            <w:proofErr w:type="spellEnd"/>
            <w:r>
              <w:t xml:space="preserve"> per </w:t>
            </w:r>
            <w:proofErr w:type="spellStart"/>
            <w:r>
              <w:t>metus</w:t>
            </w:r>
            <w:proofErr w:type="spellEnd"/>
            <w:r>
              <w:t xml:space="preserve"> </w:t>
            </w:r>
            <w:proofErr w:type="spellStart"/>
            <w:r>
              <w:t>šiltuoju</w:t>
            </w:r>
            <w:proofErr w:type="spellEnd"/>
            <w:r>
              <w:t xml:space="preserve"> </w:t>
            </w:r>
            <w:proofErr w:type="spellStart"/>
            <w:r>
              <w:t>metų</w:t>
            </w:r>
            <w:proofErr w:type="spellEnd"/>
            <w:r>
              <w:t xml:space="preserve"> </w:t>
            </w:r>
            <w:proofErr w:type="spellStart"/>
            <w:r>
              <w:t>periodu</w:t>
            </w:r>
            <w:proofErr w:type="spellEnd"/>
            <w:r>
              <w:t xml:space="preserve">: </w:t>
            </w:r>
            <w:proofErr w:type="spellStart"/>
            <w:r>
              <w:t>balandžio</w:t>
            </w:r>
            <w:proofErr w:type="spellEnd"/>
            <w:r>
              <w:t xml:space="preserve"> </w:t>
            </w:r>
            <w:proofErr w:type="spellStart"/>
            <w:r>
              <w:t>mėn</w:t>
            </w:r>
            <w:proofErr w:type="spellEnd"/>
            <w:r>
              <w:t xml:space="preserve">. II </w:t>
            </w:r>
            <w:proofErr w:type="spellStart"/>
            <w:r>
              <w:t>pusėje</w:t>
            </w:r>
            <w:proofErr w:type="spellEnd"/>
            <w:r>
              <w:t>–</w:t>
            </w:r>
            <w:proofErr w:type="spellStart"/>
            <w:r>
              <w:t>gegužės</w:t>
            </w:r>
            <w:proofErr w:type="spellEnd"/>
            <w:r>
              <w:t xml:space="preserve"> </w:t>
            </w:r>
            <w:proofErr w:type="spellStart"/>
            <w:r>
              <w:t>mėn</w:t>
            </w:r>
            <w:proofErr w:type="spellEnd"/>
            <w:r>
              <w:t xml:space="preserve">., </w:t>
            </w:r>
            <w:proofErr w:type="spellStart"/>
            <w:r>
              <w:t>liepos</w:t>
            </w:r>
            <w:proofErr w:type="spellEnd"/>
            <w:r>
              <w:t xml:space="preserve"> </w:t>
            </w:r>
            <w:proofErr w:type="spellStart"/>
            <w:r>
              <w:t>mėn</w:t>
            </w:r>
            <w:proofErr w:type="spellEnd"/>
            <w:r>
              <w:t xml:space="preserve">. II </w:t>
            </w:r>
            <w:proofErr w:type="spellStart"/>
            <w:r>
              <w:t>pusėje</w:t>
            </w:r>
            <w:proofErr w:type="spellEnd"/>
            <w:r>
              <w:t xml:space="preserve">, </w:t>
            </w:r>
            <w:proofErr w:type="spellStart"/>
            <w:r>
              <w:t>rugpjūčio</w:t>
            </w:r>
            <w:proofErr w:type="spellEnd"/>
            <w:r>
              <w:t xml:space="preserve"> </w:t>
            </w:r>
            <w:proofErr w:type="spellStart"/>
            <w:r>
              <w:t>mėn</w:t>
            </w:r>
            <w:proofErr w:type="spellEnd"/>
            <w:r>
              <w:t xml:space="preserve">. II </w:t>
            </w:r>
            <w:proofErr w:type="spellStart"/>
            <w:r>
              <w:t>pusėje</w:t>
            </w:r>
            <w:proofErr w:type="spellEnd"/>
            <w:r>
              <w:t xml:space="preserve">, </w:t>
            </w:r>
            <w:proofErr w:type="spellStart"/>
            <w:r>
              <w:t>rugsėjo</w:t>
            </w:r>
            <w:proofErr w:type="spellEnd"/>
            <w:r>
              <w:t xml:space="preserve"> </w:t>
            </w:r>
            <w:proofErr w:type="spellStart"/>
            <w:r>
              <w:t>mėn</w:t>
            </w:r>
            <w:proofErr w:type="spellEnd"/>
            <w:r>
              <w:t xml:space="preserve">. II </w:t>
            </w:r>
            <w:proofErr w:type="spellStart"/>
            <w:r>
              <w:t>pusėje</w:t>
            </w:r>
            <w:proofErr w:type="spellEnd"/>
            <w:r>
              <w:t>–</w:t>
            </w:r>
            <w:proofErr w:type="spellStart"/>
            <w:r>
              <w:t>spalio</w:t>
            </w:r>
            <w:proofErr w:type="spellEnd"/>
            <w:r>
              <w:t xml:space="preserve"> </w:t>
            </w:r>
            <w:proofErr w:type="spellStart"/>
            <w:r>
              <w:t>mėn</w:t>
            </w:r>
            <w:proofErr w:type="spellEnd"/>
            <w:r>
              <w:t xml:space="preserve">. I </w:t>
            </w:r>
            <w:proofErr w:type="spellStart"/>
            <w:r>
              <w:t>pusėje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01817485" w14:textId="1EF45CA4" w:rsidR="00581B13" w:rsidRPr="00253C45" w:rsidRDefault="001954B4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Programoje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numatyti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metodai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procedūros</w:t>
            </w:r>
            <w:proofErr w:type="spellEnd"/>
          </w:p>
        </w:tc>
      </w:tr>
      <w:tr w:rsidR="006F1E6A" w:rsidRPr="00253C45" w14:paraId="588240C8" w14:textId="77777777" w:rsidTr="00AF60AD">
        <w:tc>
          <w:tcPr>
            <w:tcW w:w="0" w:type="auto"/>
            <w:gridSpan w:val="4"/>
          </w:tcPr>
          <w:p w14:paraId="263BA052" w14:textId="0C18D158" w:rsidR="006F1E6A" w:rsidRPr="00253C45" w:rsidRDefault="006F1E6A" w:rsidP="003C6FC7">
            <w:pPr>
              <w:rPr>
                <w:rFonts w:cs="Times New Roman"/>
              </w:rPr>
            </w:pPr>
            <w:proofErr w:type="spellStart"/>
            <w:r w:rsidRPr="00693D36">
              <w:rPr>
                <w:rFonts w:cs="Times New Roman"/>
                <w:b/>
                <w:bCs/>
              </w:rPr>
              <w:t>Dirvožemio</w:t>
            </w:r>
            <w:proofErr w:type="spellEnd"/>
            <w:r w:rsidRPr="00693D36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693D36">
              <w:rPr>
                <w:rFonts w:cs="Times New Roman"/>
                <w:b/>
                <w:bCs/>
              </w:rPr>
              <w:t>monit</w:t>
            </w:r>
            <w:r>
              <w:rPr>
                <w:rFonts w:cs="Times New Roman"/>
                <w:b/>
                <w:bCs/>
              </w:rPr>
              <w:t>o</w:t>
            </w:r>
            <w:r w:rsidRPr="00693D36">
              <w:rPr>
                <w:rFonts w:cs="Times New Roman"/>
                <w:b/>
                <w:bCs/>
              </w:rPr>
              <w:t>ringas</w:t>
            </w:r>
            <w:proofErr w:type="spellEnd"/>
            <w:r w:rsidRPr="00693D36">
              <w:rPr>
                <w:rFonts w:cs="Times New Roman"/>
                <w:b/>
                <w:bCs/>
              </w:rPr>
              <w:t xml:space="preserve"> </w:t>
            </w:r>
          </w:p>
        </w:tc>
      </w:tr>
      <w:tr w:rsidR="00C2747A" w:rsidRPr="00253C45" w14:paraId="38087AB4" w14:textId="77777777" w:rsidTr="004713AD">
        <w:tc>
          <w:tcPr>
            <w:tcW w:w="0" w:type="auto"/>
          </w:tcPr>
          <w:p w14:paraId="000F63D1" w14:textId="078B14C6" w:rsidR="00C2747A" w:rsidRPr="00253C45" w:rsidRDefault="00466FE4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11 </w:t>
            </w:r>
            <w:proofErr w:type="spellStart"/>
            <w:r>
              <w:rPr>
                <w:rFonts w:cs="Times New Roman"/>
              </w:rPr>
              <w:t>taškų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5028B" w14:textId="6DBF7293" w:rsidR="00C2747A" w:rsidRPr="00253C45" w:rsidRDefault="004713AD" w:rsidP="004713AD">
            <w:pPr>
              <w:rPr>
                <w:rFonts w:cs="Times New Roman"/>
              </w:rPr>
            </w:pPr>
            <w:r>
              <w:t xml:space="preserve">Chromas (Cr), </w:t>
            </w:r>
            <w:proofErr w:type="spellStart"/>
            <w:r>
              <w:t>varis</w:t>
            </w:r>
            <w:proofErr w:type="spellEnd"/>
            <w:r>
              <w:t xml:space="preserve"> (Cu), </w:t>
            </w:r>
            <w:proofErr w:type="spellStart"/>
            <w:r>
              <w:t>nikelis</w:t>
            </w:r>
            <w:proofErr w:type="spellEnd"/>
            <w:r>
              <w:t xml:space="preserve"> (Ni), </w:t>
            </w:r>
            <w:proofErr w:type="spellStart"/>
            <w:r>
              <w:t>švinas</w:t>
            </w:r>
            <w:proofErr w:type="spellEnd"/>
            <w:r>
              <w:t xml:space="preserve"> (Pb), </w:t>
            </w:r>
            <w:proofErr w:type="spellStart"/>
            <w:r>
              <w:t>cinkas</w:t>
            </w:r>
            <w:proofErr w:type="spellEnd"/>
            <w:r>
              <w:t xml:space="preserve"> (Zn), </w:t>
            </w:r>
            <w:proofErr w:type="spellStart"/>
            <w:r>
              <w:t>manganas</w:t>
            </w:r>
            <w:proofErr w:type="spellEnd"/>
            <w:r>
              <w:t xml:space="preserve"> (Mn), </w:t>
            </w:r>
            <w:proofErr w:type="spellStart"/>
            <w:r>
              <w:t>alavas</w:t>
            </w:r>
            <w:proofErr w:type="spellEnd"/>
            <w:r>
              <w:t xml:space="preserve"> (Sn)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naftos</w:t>
            </w:r>
            <w:proofErr w:type="spellEnd"/>
            <w:r>
              <w:t xml:space="preserve"> </w:t>
            </w:r>
            <w:proofErr w:type="spellStart"/>
            <w:r>
              <w:t>produktų</w:t>
            </w:r>
            <w:proofErr w:type="spellEnd"/>
            <w:r>
              <w:t xml:space="preserve"> </w:t>
            </w:r>
            <w:proofErr w:type="spellStart"/>
            <w:r>
              <w:t>indeksas</w:t>
            </w:r>
            <w:proofErr w:type="spellEnd"/>
            <w:r>
              <w:t xml:space="preserve"> (</w:t>
            </w:r>
            <w:proofErr w:type="spellStart"/>
            <w:r>
              <w:t>angliavandenilių</w:t>
            </w:r>
            <w:proofErr w:type="spellEnd"/>
            <w:r>
              <w:t xml:space="preserve"> C</w:t>
            </w:r>
            <w:r>
              <w:rPr>
                <w:vertAlign w:val="subscript"/>
              </w:rPr>
              <w:t>10</w:t>
            </w:r>
            <w:r>
              <w:t>–C</w:t>
            </w:r>
            <w:r>
              <w:rPr>
                <w:vertAlign w:val="subscript"/>
              </w:rPr>
              <w:t>40</w:t>
            </w:r>
            <w:r>
              <w:t xml:space="preserve"> </w:t>
            </w:r>
            <w:proofErr w:type="spellStart"/>
            <w:r>
              <w:t>suma</w:t>
            </w:r>
            <w:proofErr w:type="spellEnd"/>
            <w:r>
              <w:t>).</w:t>
            </w:r>
          </w:p>
        </w:tc>
        <w:tc>
          <w:tcPr>
            <w:tcW w:w="0" w:type="auto"/>
          </w:tcPr>
          <w:p w14:paraId="48EF827C" w14:textId="1EF19937" w:rsidR="00C2747A" w:rsidRPr="00253C45" w:rsidRDefault="00A37D7F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2028 </w:t>
            </w:r>
            <w:proofErr w:type="spellStart"/>
            <w:r>
              <w:rPr>
                <w:rFonts w:cs="Times New Roman"/>
              </w:rPr>
              <w:t>metų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pavasarį</w:t>
            </w:r>
            <w:proofErr w:type="spellEnd"/>
          </w:p>
        </w:tc>
        <w:tc>
          <w:tcPr>
            <w:tcW w:w="0" w:type="auto"/>
          </w:tcPr>
          <w:p w14:paraId="276DBD6B" w14:textId="5C862D14" w:rsidR="00C2747A" w:rsidRPr="00253C45" w:rsidRDefault="00C608A4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Programoje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numatyti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metodai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procedūros</w:t>
            </w:r>
            <w:proofErr w:type="spellEnd"/>
          </w:p>
        </w:tc>
      </w:tr>
      <w:tr w:rsidR="006F1E6A" w:rsidRPr="00253C45" w14:paraId="7D372067" w14:textId="77777777" w:rsidTr="00DC240B"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82D85" w14:textId="4347D997" w:rsidR="006F1E6A" w:rsidRPr="00253C45" w:rsidRDefault="00654150" w:rsidP="00654150">
            <w:pPr>
              <w:rPr>
                <w:rFonts w:cs="Times New Roman"/>
              </w:rPr>
            </w:pPr>
            <w:proofErr w:type="spellStart"/>
            <w:r>
              <w:rPr>
                <w:b/>
                <w:bCs/>
              </w:rPr>
              <w:t>Potencialiai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užterštų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teritorijų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dalis</w:t>
            </w:r>
            <w:proofErr w:type="spellEnd"/>
          </w:p>
        </w:tc>
      </w:tr>
      <w:tr w:rsidR="00581B13" w:rsidRPr="00253C45" w14:paraId="64EB9839" w14:textId="77777777" w:rsidTr="00DC240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EDE9D" w14:textId="392C1754" w:rsidR="00581B13" w:rsidRPr="00253C45" w:rsidRDefault="00654150" w:rsidP="00654150">
            <w:pPr>
              <w:rPr>
                <w:rFonts w:cs="Times New Roman"/>
              </w:rPr>
            </w:pPr>
            <w:proofErr w:type="spellStart"/>
            <w:r>
              <w:t>Konkrečios</w:t>
            </w:r>
            <w:proofErr w:type="spellEnd"/>
            <w:r>
              <w:t xml:space="preserve"> </w:t>
            </w:r>
            <w:proofErr w:type="spellStart"/>
            <w:r>
              <w:t>tyrimų</w:t>
            </w:r>
            <w:proofErr w:type="spellEnd"/>
            <w:r>
              <w:t xml:space="preserve"> </w:t>
            </w:r>
            <w:proofErr w:type="spellStart"/>
            <w:r>
              <w:t>vietos</w:t>
            </w:r>
            <w:proofErr w:type="spellEnd"/>
            <w:r>
              <w:t xml:space="preserve"> </w:t>
            </w:r>
            <w:proofErr w:type="spellStart"/>
            <w:r>
              <w:t>šio</w:t>
            </w:r>
            <w:proofErr w:type="spellEnd"/>
            <w:r>
              <w:t xml:space="preserve"> </w:t>
            </w:r>
            <w:proofErr w:type="spellStart"/>
            <w:r>
              <w:t>pirkimo</w:t>
            </w:r>
            <w:proofErr w:type="spellEnd"/>
            <w:r>
              <w:t xml:space="preserve"> </w:t>
            </w:r>
            <w:proofErr w:type="spellStart"/>
            <w:r>
              <w:t>apimtyje</w:t>
            </w:r>
            <w:proofErr w:type="spellEnd"/>
            <w:r>
              <w:t xml:space="preserve"> </w:t>
            </w:r>
            <w:proofErr w:type="spellStart"/>
            <w:r>
              <w:t>nenustatomos</w:t>
            </w:r>
            <w:proofErr w:type="spellEnd"/>
            <w:r>
              <w:t xml:space="preserve">. </w:t>
            </w:r>
            <w:proofErr w:type="spellStart"/>
            <w:r>
              <w:t>Programoje</w:t>
            </w:r>
            <w:proofErr w:type="spellEnd"/>
            <w:r>
              <w:t xml:space="preserve"> </w:t>
            </w:r>
            <w:proofErr w:type="spellStart"/>
            <w:r>
              <w:t>identifikuotos</w:t>
            </w:r>
            <w:proofErr w:type="spellEnd"/>
            <w:r>
              <w:t xml:space="preserve"> </w:t>
            </w:r>
            <w:proofErr w:type="spellStart"/>
            <w:r>
              <w:t>ypatingai</w:t>
            </w:r>
            <w:proofErr w:type="spellEnd"/>
            <w:r>
              <w:t xml:space="preserve"> </w:t>
            </w:r>
            <w:proofErr w:type="spellStart"/>
            <w:r>
              <w:t>pavojingos</w:t>
            </w:r>
            <w:proofErr w:type="spellEnd"/>
            <w:r>
              <w:t xml:space="preserve"> </w:t>
            </w:r>
            <w:proofErr w:type="spellStart"/>
            <w:r>
              <w:t>potencialiai</w:t>
            </w:r>
            <w:proofErr w:type="spellEnd"/>
            <w:r>
              <w:t xml:space="preserve"> </w:t>
            </w:r>
            <w:proofErr w:type="spellStart"/>
            <w:r>
              <w:t>užterštos</w:t>
            </w:r>
            <w:proofErr w:type="spellEnd"/>
            <w:r>
              <w:t xml:space="preserve"> </w:t>
            </w:r>
            <w:proofErr w:type="spellStart"/>
            <w:r>
              <w:t>teritorijos</w:t>
            </w:r>
            <w:proofErr w:type="spellEnd"/>
            <w:r>
              <w:t xml:space="preserve">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privačiose</w:t>
            </w:r>
            <w:proofErr w:type="spellEnd"/>
            <w:r>
              <w:t xml:space="preserve"> </w:t>
            </w:r>
            <w:proofErr w:type="spellStart"/>
            <w:r>
              <w:t>teritorijose</w:t>
            </w:r>
            <w:proofErr w:type="spellEnd"/>
            <w:r>
              <w:t xml:space="preserve">, </w:t>
            </w:r>
            <w:proofErr w:type="spellStart"/>
            <w:r>
              <w:t>todėl</w:t>
            </w:r>
            <w:proofErr w:type="spellEnd"/>
            <w:r>
              <w:t xml:space="preserve"> </w:t>
            </w:r>
            <w:proofErr w:type="spellStart"/>
            <w:r>
              <w:t>tyrimai</w:t>
            </w:r>
            <w:proofErr w:type="spellEnd"/>
            <w:r>
              <w:t xml:space="preserve"> </w:t>
            </w:r>
            <w:proofErr w:type="spellStart"/>
            <w:r>
              <w:t>jose</w:t>
            </w:r>
            <w:proofErr w:type="spellEnd"/>
            <w:r>
              <w:t xml:space="preserve"> </w:t>
            </w:r>
            <w:proofErr w:type="spellStart"/>
            <w:r>
              <w:t>galimi</w:t>
            </w:r>
            <w:proofErr w:type="spellEnd"/>
            <w:r>
              <w:t xml:space="preserve"> tik </w:t>
            </w:r>
            <w:proofErr w:type="spellStart"/>
            <w:r>
              <w:t>užtikrinus</w:t>
            </w:r>
            <w:proofErr w:type="spellEnd"/>
            <w:r>
              <w:t xml:space="preserve"> </w:t>
            </w:r>
            <w:proofErr w:type="spellStart"/>
            <w:r>
              <w:t>teisėtą</w:t>
            </w:r>
            <w:proofErr w:type="spellEnd"/>
            <w:r>
              <w:t xml:space="preserve"> </w:t>
            </w:r>
            <w:proofErr w:type="spellStart"/>
            <w:r>
              <w:t>patekimą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EED19" w14:textId="7745DC59" w:rsidR="00581B13" w:rsidRPr="00253C45" w:rsidRDefault="00654150" w:rsidP="00654150">
            <w:pPr>
              <w:rPr>
                <w:rFonts w:cs="Times New Roman"/>
              </w:rPr>
            </w:pPr>
            <w:proofErr w:type="spellStart"/>
            <w:r>
              <w:t>Duomenų</w:t>
            </w:r>
            <w:proofErr w:type="spellEnd"/>
            <w:r>
              <w:t xml:space="preserve"> </w:t>
            </w:r>
            <w:proofErr w:type="spellStart"/>
            <w:r>
              <w:t>analizė</w:t>
            </w:r>
            <w:proofErr w:type="spellEnd"/>
            <w:r>
              <w:t xml:space="preserve">, </w:t>
            </w:r>
            <w:proofErr w:type="spellStart"/>
            <w:r>
              <w:t>rizikos</w:t>
            </w:r>
            <w:proofErr w:type="spellEnd"/>
            <w:r>
              <w:t xml:space="preserve"> </w:t>
            </w:r>
            <w:proofErr w:type="spellStart"/>
            <w:r>
              <w:t>apibendrinimas</w:t>
            </w:r>
            <w:proofErr w:type="spellEnd"/>
            <w:r>
              <w:t xml:space="preserve">, </w:t>
            </w:r>
            <w:proofErr w:type="spellStart"/>
            <w:r>
              <w:t>teritorijų</w:t>
            </w:r>
            <w:proofErr w:type="spellEnd"/>
            <w:r>
              <w:t xml:space="preserve"> </w:t>
            </w:r>
            <w:proofErr w:type="spellStart"/>
            <w:r>
              <w:t>prieinamumo</w:t>
            </w:r>
            <w:proofErr w:type="spellEnd"/>
            <w:r>
              <w:t xml:space="preserve"> </w:t>
            </w:r>
            <w:proofErr w:type="spellStart"/>
            <w:r>
              <w:t>įvertinimas</w:t>
            </w:r>
            <w:proofErr w:type="spellEnd"/>
            <w:r>
              <w:t xml:space="preserve">, </w:t>
            </w:r>
            <w:proofErr w:type="spellStart"/>
            <w:r>
              <w:t>informacijos</w:t>
            </w:r>
            <w:proofErr w:type="spellEnd"/>
            <w:r>
              <w:t xml:space="preserve"> </w:t>
            </w:r>
            <w:proofErr w:type="spellStart"/>
            <w:r>
              <w:t>apie</w:t>
            </w:r>
            <w:proofErr w:type="spellEnd"/>
            <w:r>
              <w:t xml:space="preserve"> </w:t>
            </w:r>
            <w:proofErr w:type="spellStart"/>
            <w:r>
              <w:t>potencialius</w:t>
            </w:r>
            <w:proofErr w:type="spellEnd"/>
            <w:r>
              <w:t xml:space="preserve"> </w:t>
            </w:r>
            <w:proofErr w:type="spellStart"/>
            <w:r>
              <w:t>taršos</w:t>
            </w:r>
            <w:proofErr w:type="spellEnd"/>
            <w:r>
              <w:t xml:space="preserve"> </w:t>
            </w:r>
            <w:proofErr w:type="spellStart"/>
            <w:r>
              <w:t>židinius</w:t>
            </w:r>
            <w:proofErr w:type="spellEnd"/>
            <w:r>
              <w:t xml:space="preserve"> </w:t>
            </w:r>
            <w:proofErr w:type="spellStart"/>
            <w:r>
              <w:t>atnaujinimas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rekomendacijų</w:t>
            </w:r>
            <w:proofErr w:type="spellEnd"/>
            <w:r>
              <w:t xml:space="preserve"> </w:t>
            </w:r>
            <w:proofErr w:type="spellStart"/>
            <w:r>
              <w:t>dėl</w:t>
            </w:r>
            <w:proofErr w:type="spellEnd"/>
            <w:r>
              <w:t xml:space="preserve"> </w:t>
            </w:r>
            <w:proofErr w:type="spellStart"/>
            <w:r>
              <w:t>tolesnių</w:t>
            </w:r>
            <w:proofErr w:type="spellEnd"/>
            <w:r>
              <w:t xml:space="preserve"> </w:t>
            </w:r>
            <w:proofErr w:type="spellStart"/>
            <w:r>
              <w:t>veiksmų</w:t>
            </w:r>
            <w:proofErr w:type="spellEnd"/>
            <w:r>
              <w:t xml:space="preserve"> </w:t>
            </w:r>
            <w:proofErr w:type="spellStart"/>
            <w:r>
              <w:t>parengimas</w:t>
            </w:r>
            <w:proofErr w:type="spellEnd"/>
            <w:r>
              <w:t xml:space="preserve">. </w:t>
            </w:r>
            <w:proofErr w:type="spellStart"/>
            <w:r>
              <w:t>Tyrimų</w:t>
            </w:r>
            <w:proofErr w:type="spellEnd"/>
            <w:r>
              <w:t xml:space="preserve"> </w:t>
            </w:r>
            <w:proofErr w:type="spellStart"/>
            <w:r>
              <w:t>parametrai</w:t>
            </w:r>
            <w:proofErr w:type="spellEnd"/>
            <w:r>
              <w:t xml:space="preserve"> </w:t>
            </w:r>
            <w:proofErr w:type="spellStart"/>
            <w:r>
              <w:t>nustatomi</w:t>
            </w:r>
            <w:proofErr w:type="spellEnd"/>
            <w:r>
              <w:t xml:space="preserve"> tik </w:t>
            </w:r>
            <w:proofErr w:type="spellStart"/>
            <w:r>
              <w:t>tuo</w:t>
            </w:r>
            <w:proofErr w:type="spellEnd"/>
            <w:r>
              <w:t xml:space="preserve"> </w:t>
            </w:r>
            <w:proofErr w:type="spellStart"/>
            <w:r>
              <w:t>atveju</w:t>
            </w:r>
            <w:proofErr w:type="spellEnd"/>
            <w:r>
              <w:t xml:space="preserve">, </w:t>
            </w:r>
            <w:proofErr w:type="spellStart"/>
            <w:r>
              <w:t>jei</w:t>
            </w:r>
            <w:proofErr w:type="spellEnd"/>
            <w:r>
              <w:t xml:space="preserve"> </w:t>
            </w:r>
            <w:proofErr w:type="spellStart"/>
            <w:r>
              <w:t>Savivaldybė</w:t>
            </w:r>
            <w:proofErr w:type="spellEnd"/>
            <w:r>
              <w:t xml:space="preserve"> </w:t>
            </w:r>
            <w:proofErr w:type="spellStart"/>
            <w:r>
              <w:t>atskirai</w:t>
            </w:r>
            <w:proofErr w:type="spellEnd"/>
            <w:r>
              <w:t xml:space="preserve"> </w:t>
            </w:r>
            <w:proofErr w:type="spellStart"/>
            <w:r>
              <w:t>paveda</w:t>
            </w:r>
            <w:proofErr w:type="spellEnd"/>
            <w:r>
              <w:t xml:space="preserve"> </w:t>
            </w:r>
            <w:proofErr w:type="spellStart"/>
            <w:r>
              <w:t>atlikti</w:t>
            </w:r>
            <w:proofErr w:type="spellEnd"/>
            <w:r>
              <w:t xml:space="preserve"> </w:t>
            </w:r>
            <w:proofErr w:type="spellStart"/>
            <w:r>
              <w:t>konkrečius</w:t>
            </w:r>
            <w:proofErr w:type="spellEnd"/>
            <w:r>
              <w:t xml:space="preserve"> </w:t>
            </w:r>
            <w:proofErr w:type="spellStart"/>
            <w:r>
              <w:t>tyrimus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ABD89" w14:textId="20C7BD75" w:rsidR="00581B13" w:rsidRPr="00253C45" w:rsidRDefault="00654150" w:rsidP="00654150">
            <w:pPr>
              <w:rPr>
                <w:rFonts w:cs="Times New Roman"/>
              </w:rPr>
            </w:pPr>
            <w:proofErr w:type="spellStart"/>
            <w:r>
              <w:t>Neperiodinė</w:t>
            </w:r>
            <w:proofErr w:type="spellEnd"/>
            <w:r>
              <w:t xml:space="preserve"> </w:t>
            </w:r>
            <w:proofErr w:type="spellStart"/>
            <w:r>
              <w:t>veikla</w:t>
            </w:r>
            <w:proofErr w:type="spellEnd"/>
            <w:r>
              <w:t xml:space="preserve">. </w:t>
            </w:r>
            <w:proofErr w:type="spellStart"/>
            <w:r>
              <w:t>Atliekama</w:t>
            </w:r>
            <w:proofErr w:type="spellEnd"/>
            <w:r>
              <w:t xml:space="preserve"> </w:t>
            </w:r>
            <w:proofErr w:type="spellStart"/>
            <w:r>
              <w:t>rengiant</w:t>
            </w:r>
            <w:proofErr w:type="spellEnd"/>
            <w:r>
              <w:t xml:space="preserve"> </w:t>
            </w:r>
            <w:proofErr w:type="spellStart"/>
            <w:r>
              <w:t>metines</w:t>
            </w:r>
            <w:proofErr w:type="spellEnd"/>
            <w:r>
              <w:t xml:space="preserve"> </w:t>
            </w:r>
            <w:proofErr w:type="spellStart"/>
            <w:r>
              <w:t>ataskaitas</w:t>
            </w:r>
            <w:proofErr w:type="spellEnd"/>
            <w:r>
              <w:t xml:space="preserve">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Savivaldybei</w:t>
            </w:r>
            <w:proofErr w:type="spellEnd"/>
            <w:r>
              <w:t xml:space="preserve"> </w:t>
            </w:r>
            <w:proofErr w:type="spellStart"/>
            <w:r>
              <w:t>pateikus</w:t>
            </w:r>
            <w:proofErr w:type="spellEnd"/>
            <w:r>
              <w:t xml:space="preserve"> </w:t>
            </w:r>
            <w:proofErr w:type="spellStart"/>
            <w:r>
              <w:t>atskirą</w:t>
            </w:r>
            <w:proofErr w:type="spellEnd"/>
            <w:r>
              <w:t xml:space="preserve"> </w:t>
            </w:r>
            <w:proofErr w:type="spellStart"/>
            <w:r>
              <w:t>pavedimą</w:t>
            </w:r>
            <w:proofErr w:type="spellEnd"/>
            <w:r>
              <w:t xml:space="preserve">. </w:t>
            </w:r>
            <w:proofErr w:type="spellStart"/>
            <w:r>
              <w:t>Mėginių</w:t>
            </w:r>
            <w:proofErr w:type="spellEnd"/>
            <w:r>
              <w:t xml:space="preserve"> </w:t>
            </w:r>
            <w:proofErr w:type="spellStart"/>
            <w:r>
              <w:t>ėmimas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laboratoriniai</w:t>
            </w:r>
            <w:proofErr w:type="spellEnd"/>
            <w:r>
              <w:t xml:space="preserve"> </w:t>
            </w:r>
            <w:proofErr w:type="spellStart"/>
            <w:r>
              <w:t>tyrimai</w:t>
            </w:r>
            <w:proofErr w:type="spellEnd"/>
            <w:r>
              <w:t xml:space="preserve"> </w:t>
            </w:r>
            <w:proofErr w:type="spellStart"/>
            <w:r>
              <w:t>nevykdomi</w:t>
            </w:r>
            <w:proofErr w:type="spellEnd"/>
            <w:r>
              <w:t xml:space="preserve"> be </w:t>
            </w:r>
            <w:proofErr w:type="spellStart"/>
            <w:r>
              <w:t>atskiro</w:t>
            </w:r>
            <w:proofErr w:type="spellEnd"/>
            <w:r>
              <w:t xml:space="preserve"> </w:t>
            </w:r>
            <w:proofErr w:type="spellStart"/>
            <w:r>
              <w:t>suderinimo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teisėto</w:t>
            </w:r>
            <w:proofErr w:type="spellEnd"/>
            <w:r>
              <w:t xml:space="preserve"> </w:t>
            </w:r>
            <w:proofErr w:type="spellStart"/>
            <w:r>
              <w:t>patekimo</w:t>
            </w:r>
            <w:proofErr w:type="spellEnd"/>
            <w:r>
              <w:t xml:space="preserve"> į </w:t>
            </w:r>
            <w:proofErr w:type="spellStart"/>
            <w:r>
              <w:t>teritoriją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6085C" w14:textId="6720B1D4" w:rsidR="00581B13" w:rsidRPr="00253C45" w:rsidRDefault="00654150" w:rsidP="00654150">
            <w:pPr>
              <w:rPr>
                <w:rFonts w:cs="Times New Roman"/>
              </w:rPr>
            </w:pPr>
            <w:proofErr w:type="spellStart"/>
            <w:r>
              <w:t>Vadovaujamasi</w:t>
            </w:r>
            <w:proofErr w:type="spellEnd"/>
            <w:r>
              <w:t xml:space="preserve"> </w:t>
            </w:r>
            <w:proofErr w:type="spellStart"/>
            <w:r>
              <w:t>Programa</w:t>
            </w:r>
            <w:proofErr w:type="spellEnd"/>
            <w:r>
              <w:t xml:space="preserve">, Lietuvos </w:t>
            </w:r>
            <w:proofErr w:type="spellStart"/>
            <w:r>
              <w:t>geologijos</w:t>
            </w:r>
            <w:proofErr w:type="spellEnd"/>
            <w:r>
              <w:t xml:space="preserve"> </w:t>
            </w:r>
            <w:proofErr w:type="spellStart"/>
            <w:r>
              <w:t>tarnybos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kitų</w:t>
            </w:r>
            <w:proofErr w:type="spellEnd"/>
            <w:r>
              <w:t xml:space="preserve"> </w:t>
            </w:r>
            <w:proofErr w:type="spellStart"/>
            <w:r>
              <w:t>kompetentingų</w:t>
            </w:r>
            <w:proofErr w:type="spellEnd"/>
            <w:r>
              <w:t xml:space="preserve"> </w:t>
            </w:r>
            <w:proofErr w:type="spellStart"/>
            <w:r>
              <w:t>institucijų</w:t>
            </w:r>
            <w:proofErr w:type="spellEnd"/>
            <w:r>
              <w:t xml:space="preserve"> </w:t>
            </w:r>
            <w:proofErr w:type="spellStart"/>
            <w:r>
              <w:t>duomenimis</w:t>
            </w:r>
            <w:proofErr w:type="spellEnd"/>
            <w:r>
              <w:t xml:space="preserve">, </w:t>
            </w:r>
            <w:proofErr w:type="spellStart"/>
            <w:r>
              <w:t>galiojančiais</w:t>
            </w:r>
            <w:proofErr w:type="spellEnd"/>
            <w:r>
              <w:t xml:space="preserve"> </w:t>
            </w:r>
            <w:proofErr w:type="spellStart"/>
            <w:r>
              <w:t>teisės</w:t>
            </w:r>
            <w:proofErr w:type="spellEnd"/>
            <w:r>
              <w:t xml:space="preserve"> </w:t>
            </w:r>
            <w:proofErr w:type="spellStart"/>
            <w:r>
              <w:t>aktais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Savivaldybe</w:t>
            </w:r>
            <w:proofErr w:type="spellEnd"/>
            <w:r>
              <w:t xml:space="preserve"> </w:t>
            </w:r>
            <w:proofErr w:type="spellStart"/>
            <w:r>
              <w:t>suderinta</w:t>
            </w:r>
            <w:proofErr w:type="spellEnd"/>
            <w:r>
              <w:t xml:space="preserve"> </w:t>
            </w:r>
            <w:proofErr w:type="spellStart"/>
            <w:r>
              <w:t>užduotimi</w:t>
            </w:r>
            <w:proofErr w:type="spellEnd"/>
            <w:r>
              <w:t xml:space="preserve">. </w:t>
            </w:r>
            <w:proofErr w:type="spellStart"/>
            <w:r>
              <w:t>Tyrimų</w:t>
            </w:r>
            <w:proofErr w:type="spellEnd"/>
            <w:r>
              <w:t xml:space="preserve"> </w:t>
            </w:r>
            <w:proofErr w:type="spellStart"/>
            <w:r>
              <w:t>metodai</w:t>
            </w:r>
            <w:proofErr w:type="spellEnd"/>
            <w:r>
              <w:t xml:space="preserve"> </w:t>
            </w:r>
            <w:proofErr w:type="spellStart"/>
            <w:r>
              <w:t>taikomi</w:t>
            </w:r>
            <w:proofErr w:type="spellEnd"/>
            <w:r>
              <w:t xml:space="preserve"> tik </w:t>
            </w:r>
            <w:proofErr w:type="spellStart"/>
            <w:r>
              <w:t>tuo</w:t>
            </w:r>
            <w:proofErr w:type="spellEnd"/>
            <w:r>
              <w:t xml:space="preserve"> </w:t>
            </w:r>
            <w:proofErr w:type="spellStart"/>
            <w:r>
              <w:t>atveju</w:t>
            </w:r>
            <w:proofErr w:type="spellEnd"/>
            <w:r>
              <w:t xml:space="preserve">, kai </w:t>
            </w:r>
            <w:proofErr w:type="spellStart"/>
            <w:r>
              <w:t>atliekami</w:t>
            </w:r>
            <w:proofErr w:type="spellEnd"/>
            <w:r>
              <w:t xml:space="preserve"> </w:t>
            </w:r>
            <w:proofErr w:type="spellStart"/>
            <w:r>
              <w:t>atskirai</w:t>
            </w:r>
            <w:proofErr w:type="spellEnd"/>
            <w:r>
              <w:t xml:space="preserve"> </w:t>
            </w:r>
            <w:proofErr w:type="spellStart"/>
            <w:r>
              <w:t>pavesti</w:t>
            </w:r>
            <w:proofErr w:type="spellEnd"/>
            <w:r>
              <w:t xml:space="preserve"> </w:t>
            </w:r>
            <w:proofErr w:type="spellStart"/>
            <w:r>
              <w:t>tyrimai</w:t>
            </w:r>
            <w:proofErr w:type="spellEnd"/>
            <w:r>
              <w:t>.</w:t>
            </w:r>
          </w:p>
        </w:tc>
      </w:tr>
      <w:tr w:rsidR="006F1E6A" w:rsidRPr="00253C45" w14:paraId="647B4AA2" w14:textId="77777777" w:rsidTr="00C61367">
        <w:tc>
          <w:tcPr>
            <w:tcW w:w="0" w:type="auto"/>
            <w:gridSpan w:val="4"/>
          </w:tcPr>
          <w:p w14:paraId="21C02C96" w14:textId="074A4912" w:rsidR="006F1E6A" w:rsidRPr="00253C45" w:rsidRDefault="006F1E6A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Kraštovaizdžio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monitoringas</w:t>
            </w:r>
            <w:proofErr w:type="spellEnd"/>
          </w:p>
        </w:tc>
      </w:tr>
      <w:tr w:rsidR="00581B13" w:rsidRPr="00FA7128" w14:paraId="77C5F273" w14:textId="77777777" w:rsidTr="00872AE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DE2CF" w14:textId="3FB98B9E" w:rsidR="00581B13" w:rsidRPr="00253C45" w:rsidRDefault="00872AE1" w:rsidP="00872AE1">
            <w:pPr>
              <w:rPr>
                <w:rFonts w:cs="Times New Roman"/>
              </w:rPr>
            </w:pPr>
            <w:proofErr w:type="spellStart"/>
            <w:r>
              <w:t>Konkrečios</w:t>
            </w:r>
            <w:proofErr w:type="spellEnd"/>
            <w:r>
              <w:t xml:space="preserve"> </w:t>
            </w:r>
            <w:proofErr w:type="spellStart"/>
            <w:r>
              <w:t>kraštovaizdžio</w:t>
            </w:r>
            <w:proofErr w:type="spellEnd"/>
            <w:r>
              <w:t xml:space="preserve"> </w:t>
            </w:r>
            <w:proofErr w:type="spellStart"/>
            <w:r>
              <w:t>monitoringo</w:t>
            </w:r>
            <w:proofErr w:type="spellEnd"/>
            <w:r>
              <w:t xml:space="preserve"> </w:t>
            </w:r>
            <w:proofErr w:type="spellStart"/>
            <w:r>
              <w:t>vietos</w:t>
            </w:r>
            <w:proofErr w:type="spellEnd"/>
            <w:r>
              <w:t xml:space="preserve"> </w:t>
            </w:r>
            <w:proofErr w:type="spellStart"/>
            <w:r>
              <w:t>Programoje</w:t>
            </w:r>
            <w:proofErr w:type="spellEnd"/>
            <w:r>
              <w:t xml:space="preserve"> </w:t>
            </w:r>
            <w:proofErr w:type="spellStart"/>
            <w:r>
              <w:t>nenumatytos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2E4F6" w14:textId="15FF93B7" w:rsidR="00581B13" w:rsidRPr="00253C45" w:rsidRDefault="00872AE1" w:rsidP="00872AE1">
            <w:pPr>
              <w:rPr>
                <w:rFonts w:cs="Times New Roman"/>
              </w:rPr>
            </w:pPr>
            <w:proofErr w:type="spellStart"/>
            <w:r>
              <w:t>Nuolatiniai</w:t>
            </w:r>
            <w:proofErr w:type="spellEnd"/>
            <w:r>
              <w:t xml:space="preserve"> </w:t>
            </w:r>
            <w:proofErr w:type="spellStart"/>
            <w:r>
              <w:t>stebimi</w:t>
            </w:r>
            <w:proofErr w:type="spellEnd"/>
            <w:r>
              <w:t xml:space="preserve"> </w:t>
            </w:r>
            <w:proofErr w:type="spellStart"/>
            <w:r>
              <w:t>parametrai</w:t>
            </w:r>
            <w:proofErr w:type="spellEnd"/>
            <w:r>
              <w:t xml:space="preserve"> </w:t>
            </w:r>
            <w:proofErr w:type="spellStart"/>
            <w:r>
              <w:t>šio</w:t>
            </w:r>
            <w:proofErr w:type="spellEnd"/>
            <w:r>
              <w:t xml:space="preserve"> </w:t>
            </w:r>
            <w:proofErr w:type="spellStart"/>
            <w:r>
              <w:t>pirkimo</w:t>
            </w:r>
            <w:proofErr w:type="spellEnd"/>
            <w:r>
              <w:t xml:space="preserve"> </w:t>
            </w:r>
            <w:proofErr w:type="spellStart"/>
            <w:r>
              <w:t>apimtyje</w:t>
            </w:r>
            <w:proofErr w:type="spellEnd"/>
            <w:r>
              <w:t xml:space="preserve"> </w:t>
            </w:r>
            <w:proofErr w:type="spellStart"/>
            <w:r>
              <w:t>nenustatomi</w:t>
            </w:r>
            <w:proofErr w:type="spellEnd"/>
            <w:r>
              <w:t xml:space="preserve">. </w:t>
            </w:r>
            <w:proofErr w:type="spellStart"/>
            <w:r>
              <w:t>Prireikus</w:t>
            </w:r>
            <w:proofErr w:type="spellEnd"/>
            <w:r>
              <w:t xml:space="preserve"> </w:t>
            </w:r>
            <w:proofErr w:type="spellStart"/>
            <w:r>
              <w:t>vertinami</w:t>
            </w:r>
            <w:proofErr w:type="spellEnd"/>
            <w:r>
              <w:t xml:space="preserve"> </w:t>
            </w:r>
            <w:proofErr w:type="spellStart"/>
            <w:r>
              <w:t>žemės</w:t>
            </w:r>
            <w:proofErr w:type="spellEnd"/>
            <w:r>
              <w:t xml:space="preserve"> </w:t>
            </w:r>
            <w:proofErr w:type="spellStart"/>
            <w:r>
              <w:t>dangos</w:t>
            </w:r>
            <w:proofErr w:type="spellEnd"/>
            <w:r>
              <w:t xml:space="preserve"> </w:t>
            </w:r>
            <w:proofErr w:type="spellStart"/>
            <w:r>
              <w:t>pokyčiai</w:t>
            </w:r>
            <w:proofErr w:type="spellEnd"/>
            <w:r>
              <w:t xml:space="preserve">, </w:t>
            </w:r>
            <w:proofErr w:type="spellStart"/>
            <w:r>
              <w:t>kraštovaizdžio</w:t>
            </w:r>
            <w:proofErr w:type="spellEnd"/>
            <w:r>
              <w:t xml:space="preserve"> </w:t>
            </w:r>
            <w:proofErr w:type="spellStart"/>
            <w:r>
              <w:t>poliarizacijos</w:t>
            </w:r>
            <w:proofErr w:type="spellEnd"/>
            <w:r>
              <w:t xml:space="preserve"> </w:t>
            </w:r>
            <w:proofErr w:type="spellStart"/>
            <w:r>
              <w:t>laipsnis</w:t>
            </w:r>
            <w:proofErr w:type="spellEnd"/>
            <w:r>
              <w:t xml:space="preserve">, </w:t>
            </w:r>
            <w:proofErr w:type="spellStart"/>
            <w:r>
              <w:t>žemės</w:t>
            </w:r>
            <w:proofErr w:type="spellEnd"/>
            <w:r>
              <w:t xml:space="preserve"> </w:t>
            </w:r>
            <w:proofErr w:type="spellStart"/>
            <w:r>
              <w:t>valdų</w:t>
            </w:r>
            <w:proofErr w:type="spellEnd"/>
            <w:r>
              <w:t xml:space="preserve"> </w:t>
            </w:r>
            <w:proofErr w:type="spellStart"/>
            <w:r>
              <w:t>dydžio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miškingumo</w:t>
            </w:r>
            <w:proofErr w:type="spellEnd"/>
            <w:r>
              <w:t xml:space="preserve"> </w:t>
            </w:r>
            <w:proofErr w:type="spellStart"/>
            <w:r>
              <w:t>pokyčiai</w:t>
            </w:r>
            <w:proofErr w:type="spellEnd"/>
            <w:r>
              <w:t xml:space="preserve"> </w:t>
            </w: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Programoje</w:t>
            </w:r>
            <w:proofErr w:type="spellEnd"/>
            <w:r>
              <w:t xml:space="preserve"> </w:t>
            </w:r>
            <w:proofErr w:type="spellStart"/>
            <w:r>
              <w:t>aprašytus</w:t>
            </w:r>
            <w:proofErr w:type="spellEnd"/>
            <w:r>
              <w:t xml:space="preserve"> </w:t>
            </w:r>
            <w:proofErr w:type="spellStart"/>
            <w:r>
              <w:t>principus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668F7" w14:textId="5961BCDE" w:rsidR="00581B13" w:rsidRPr="00253C45" w:rsidRDefault="00872AE1" w:rsidP="00872AE1">
            <w:pPr>
              <w:rPr>
                <w:rFonts w:cs="Times New Roman"/>
              </w:rPr>
            </w:pPr>
            <w:proofErr w:type="spellStart"/>
            <w:r>
              <w:t>Neperiodinis</w:t>
            </w:r>
            <w:proofErr w:type="spellEnd"/>
            <w:r>
              <w:t xml:space="preserve">. Gali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atliekamas</w:t>
            </w:r>
            <w:proofErr w:type="spellEnd"/>
            <w:r>
              <w:t xml:space="preserve"> tik </w:t>
            </w:r>
            <w:proofErr w:type="spellStart"/>
            <w:r>
              <w:t>esant</w:t>
            </w:r>
            <w:proofErr w:type="spellEnd"/>
            <w:r>
              <w:t xml:space="preserve"> </w:t>
            </w:r>
            <w:proofErr w:type="spellStart"/>
            <w:r>
              <w:t>Savivaldybės</w:t>
            </w:r>
            <w:proofErr w:type="spellEnd"/>
            <w:r>
              <w:t xml:space="preserve"> </w:t>
            </w:r>
            <w:proofErr w:type="spellStart"/>
            <w:r>
              <w:t>poreikiui</w:t>
            </w:r>
            <w:proofErr w:type="spellEnd"/>
            <w:r>
              <w:t xml:space="preserve">, </w:t>
            </w:r>
            <w:proofErr w:type="spellStart"/>
            <w:r>
              <w:t>suderinus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Aplinkos</w:t>
            </w:r>
            <w:proofErr w:type="spellEnd"/>
            <w:r>
              <w:t xml:space="preserve"> </w:t>
            </w:r>
            <w:proofErr w:type="spellStart"/>
            <w:r>
              <w:t>apsaugos</w:t>
            </w:r>
            <w:proofErr w:type="spellEnd"/>
            <w:r>
              <w:t xml:space="preserve"> </w:t>
            </w:r>
            <w:proofErr w:type="spellStart"/>
            <w:r>
              <w:t>departamentu</w:t>
            </w:r>
            <w:proofErr w:type="spellEnd"/>
            <w:r>
              <w:t xml:space="preserve">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Aplinkos</w:t>
            </w:r>
            <w:proofErr w:type="spellEnd"/>
            <w:r>
              <w:t xml:space="preserve"> </w:t>
            </w:r>
            <w:proofErr w:type="spellStart"/>
            <w:r>
              <w:t>ministerijos</w:t>
            </w:r>
            <w:proofErr w:type="spellEnd"/>
            <w:r>
              <w:t xml:space="preserve">, </w:t>
            </w:r>
            <w:proofErr w:type="spellStart"/>
            <w:r>
              <w:t>preliminariai</w:t>
            </w:r>
            <w:proofErr w:type="spellEnd"/>
            <w:r>
              <w:t xml:space="preserve"> 2028 </w:t>
            </w:r>
            <w:proofErr w:type="spellStart"/>
            <w:r>
              <w:t>metais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59D08" w14:textId="071FD021" w:rsidR="00581B13" w:rsidRPr="00872AE1" w:rsidRDefault="00872AE1" w:rsidP="00872AE1">
            <w:pPr>
              <w:rPr>
                <w:rFonts w:cs="Times New Roman"/>
                <w:lang w:val="fr-FR"/>
              </w:rPr>
            </w:pPr>
            <w:r w:rsidRPr="00872AE1">
              <w:rPr>
                <w:lang w:val="fr-FR"/>
              </w:rPr>
              <w:t>Pagal Programoje aprašytus principus ir atskirai su Savivaldybe suderintą užduotį, jeigu toks poreikis atsiranda.</w:t>
            </w:r>
          </w:p>
        </w:tc>
      </w:tr>
      <w:tr w:rsidR="006F1E6A" w:rsidRPr="00253C45" w14:paraId="7C840829" w14:textId="77777777" w:rsidTr="005949A9">
        <w:tc>
          <w:tcPr>
            <w:tcW w:w="0" w:type="auto"/>
            <w:gridSpan w:val="4"/>
          </w:tcPr>
          <w:p w14:paraId="0535D048" w14:textId="2851E86E" w:rsidR="006F1E6A" w:rsidRPr="00253C45" w:rsidRDefault="006F1E6A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Gyvosios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gamtos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monitoringas</w:t>
            </w:r>
            <w:proofErr w:type="spellEnd"/>
          </w:p>
        </w:tc>
      </w:tr>
      <w:tr w:rsidR="00EA648F" w:rsidRPr="00253C45" w14:paraId="19048E22" w14:textId="77777777" w:rsidTr="00C05294">
        <w:tc>
          <w:tcPr>
            <w:tcW w:w="0" w:type="auto"/>
          </w:tcPr>
          <w:p w14:paraId="502811C6" w14:textId="62E4E010" w:rsidR="00EA648F" w:rsidRPr="00253C45" w:rsidRDefault="004C41C2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5 </w:t>
            </w:r>
            <w:proofErr w:type="spellStart"/>
            <w:r>
              <w:rPr>
                <w:rFonts w:cs="Times New Roman"/>
              </w:rPr>
              <w:t>parinkti</w:t>
            </w:r>
            <w:proofErr w:type="spellEnd"/>
            <w:r w:rsidR="000220B4">
              <w:rPr>
                <w:rFonts w:cs="Times New Roman"/>
              </w:rPr>
              <w:t xml:space="preserve"> </w:t>
            </w:r>
            <w:proofErr w:type="spellStart"/>
            <w:r w:rsidR="000220B4">
              <w:rPr>
                <w:rFonts w:cs="Times New Roman"/>
              </w:rPr>
              <w:t>tašk</w:t>
            </w:r>
            <w:r>
              <w:rPr>
                <w:rFonts w:cs="Times New Roman"/>
              </w:rPr>
              <w:t>ai</w:t>
            </w:r>
            <w:proofErr w:type="spellEnd"/>
          </w:p>
        </w:tc>
        <w:tc>
          <w:tcPr>
            <w:tcW w:w="0" w:type="auto"/>
          </w:tcPr>
          <w:p w14:paraId="2C3EC341" w14:textId="79A3BF64" w:rsidR="00EA648F" w:rsidRPr="00253C45" w:rsidRDefault="00A11DEE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Ispaninio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ariono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individų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gausumas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radavietėje</w:t>
            </w:r>
            <w:proofErr w:type="spellEnd"/>
          </w:p>
        </w:tc>
        <w:tc>
          <w:tcPr>
            <w:tcW w:w="0" w:type="auto"/>
          </w:tcPr>
          <w:p w14:paraId="7ED564C8" w14:textId="637460D6" w:rsidR="00EA648F" w:rsidRPr="00253C45" w:rsidRDefault="00A11DEE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Kasmet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kartą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metuose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liepos</w:t>
            </w:r>
            <w:proofErr w:type="spellEnd"/>
            <w:r>
              <w:rPr>
                <w:rFonts w:cs="Times New Roman"/>
              </w:rPr>
              <w:t xml:space="preserve"> antra </w:t>
            </w:r>
            <w:proofErr w:type="spellStart"/>
            <w:r>
              <w:rPr>
                <w:rFonts w:cs="Times New Roman"/>
              </w:rPr>
              <w:t>pusė</w:t>
            </w:r>
            <w:proofErr w:type="spellEnd"/>
            <w:r>
              <w:rPr>
                <w:rFonts w:cs="Times New Roman"/>
              </w:rPr>
              <w:t xml:space="preserve"> – </w:t>
            </w:r>
            <w:proofErr w:type="spellStart"/>
            <w:r>
              <w:rPr>
                <w:rFonts w:cs="Times New Roman"/>
              </w:rPr>
              <w:t>rugpjūčio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mėn</w:t>
            </w:r>
            <w:proofErr w:type="spellEnd"/>
            <w:r>
              <w:rPr>
                <w:rFonts w:cs="Times New Roman"/>
              </w:rPr>
              <w:t xml:space="preserve">. </w:t>
            </w:r>
          </w:p>
        </w:tc>
        <w:tc>
          <w:tcPr>
            <w:tcW w:w="0" w:type="auto"/>
          </w:tcPr>
          <w:p w14:paraId="5B885A7F" w14:textId="551642B7" w:rsidR="00EA648F" w:rsidRPr="00253C45" w:rsidRDefault="000220B4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Programoje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numatyti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metodai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procedūros</w:t>
            </w:r>
            <w:proofErr w:type="spellEnd"/>
          </w:p>
        </w:tc>
      </w:tr>
      <w:tr w:rsidR="00EA648F" w:rsidRPr="00253C45" w14:paraId="3182787B" w14:textId="77777777" w:rsidTr="00C05294">
        <w:tc>
          <w:tcPr>
            <w:tcW w:w="0" w:type="auto"/>
          </w:tcPr>
          <w:p w14:paraId="620828BF" w14:textId="46F4E12A" w:rsidR="00EA648F" w:rsidRPr="00253C45" w:rsidRDefault="00A11DEE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5 </w:t>
            </w:r>
            <w:proofErr w:type="spellStart"/>
            <w:r>
              <w:rPr>
                <w:rFonts w:cs="Times New Roman"/>
              </w:rPr>
              <w:t>parinkti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taškai</w:t>
            </w:r>
            <w:proofErr w:type="spellEnd"/>
          </w:p>
        </w:tc>
        <w:tc>
          <w:tcPr>
            <w:tcW w:w="0" w:type="auto"/>
          </w:tcPr>
          <w:p w14:paraId="6E100F9C" w14:textId="0D11BDE2" w:rsidR="00EA648F" w:rsidRPr="00253C45" w:rsidRDefault="00A11DEE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Sosnovskio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barsčių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augaviečių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skaičius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augavietės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plotas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augalų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padengimo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augavietėje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procentas</w:t>
            </w:r>
            <w:proofErr w:type="spellEnd"/>
          </w:p>
        </w:tc>
        <w:tc>
          <w:tcPr>
            <w:tcW w:w="0" w:type="auto"/>
          </w:tcPr>
          <w:p w14:paraId="7933C6E9" w14:textId="6ACA2E6B" w:rsidR="00EA648F" w:rsidRPr="00253C45" w:rsidRDefault="00A11DEE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</w:t>
            </w:r>
            <w:r w:rsidR="00B84CAC">
              <w:rPr>
                <w:rFonts w:cs="Times New Roman"/>
              </w:rPr>
              <w:t>a</w:t>
            </w:r>
            <w:r>
              <w:rPr>
                <w:rFonts w:cs="Times New Roman"/>
              </w:rPr>
              <w:t>smet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birželio</w:t>
            </w:r>
            <w:proofErr w:type="spellEnd"/>
            <w:r>
              <w:rPr>
                <w:rFonts w:cs="Times New Roman"/>
              </w:rPr>
              <w:t xml:space="preserve"> antra </w:t>
            </w:r>
            <w:proofErr w:type="spellStart"/>
            <w:r>
              <w:rPr>
                <w:rFonts w:cs="Times New Roman"/>
              </w:rPr>
              <w:t>pusė</w:t>
            </w:r>
            <w:proofErr w:type="spellEnd"/>
            <w:r>
              <w:rPr>
                <w:rFonts w:cs="Times New Roman"/>
              </w:rPr>
              <w:t xml:space="preserve">- </w:t>
            </w:r>
            <w:proofErr w:type="spellStart"/>
            <w:r>
              <w:rPr>
                <w:rFonts w:cs="Times New Roman"/>
              </w:rPr>
              <w:t>rugpjūčio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mėn</w:t>
            </w:r>
            <w:proofErr w:type="spellEnd"/>
            <w:r>
              <w:rPr>
                <w:rFonts w:cs="Times New Roman"/>
              </w:rPr>
              <w:t xml:space="preserve">. </w:t>
            </w:r>
          </w:p>
        </w:tc>
        <w:tc>
          <w:tcPr>
            <w:tcW w:w="0" w:type="auto"/>
          </w:tcPr>
          <w:p w14:paraId="5262C092" w14:textId="4566A4FA" w:rsidR="00EA648F" w:rsidRPr="00253C45" w:rsidRDefault="00A11DEE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Programoje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numatyti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metodai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procedūros</w:t>
            </w:r>
            <w:proofErr w:type="spellEnd"/>
          </w:p>
        </w:tc>
      </w:tr>
      <w:tr w:rsidR="00FB7361" w:rsidRPr="00253C45" w14:paraId="479E157F" w14:textId="77777777" w:rsidTr="00C05294">
        <w:tc>
          <w:tcPr>
            <w:tcW w:w="0" w:type="auto"/>
          </w:tcPr>
          <w:p w14:paraId="57A1731C" w14:textId="12C2162A" w:rsidR="00FC0397" w:rsidRPr="00253C45" w:rsidRDefault="00A11DEE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Visa </w:t>
            </w:r>
            <w:proofErr w:type="spellStart"/>
            <w:r>
              <w:rPr>
                <w:rFonts w:cs="Times New Roman"/>
              </w:rPr>
              <w:t>savivaldybės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terit</w:t>
            </w:r>
            <w:r w:rsidR="00D603DB">
              <w:rPr>
                <w:rFonts w:cs="Times New Roman"/>
              </w:rPr>
              <w:t>o</w:t>
            </w:r>
            <w:r>
              <w:rPr>
                <w:rFonts w:cs="Times New Roman"/>
              </w:rPr>
              <w:t>rija</w:t>
            </w:r>
            <w:proofErr w:type="spellEnd"/>
          </w:p>
        </w:tc>
        <w:tc>
          <w:tcPr>
            <w:tcW w:w="0" w:type="auto"/>
          </w:tcPr>
          <w:p w14:paraId="67C9D40F" w14:textId="2587AC32" w:rsidR="00FC0397" w:rsidRPr="00253C45" w:rsidRDefault="00A11DEE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Kovų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 w:rsidR="00E02B16">
              <w:rPr>
                <w:rFonts w:cs="Times New Roman"/>
              </w:rPr>
              <w:t>p</w:t>
            </w:r>
            <w:r>
              <w:rPr>
                <w:rFonts w:cs="Times New Roman"/>
              </w:rPr>
              <w:t>erėjimo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kolonijų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skaičius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porų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gausumas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kiekvienoje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kolonijoje</w:t>
            </w:r>
            <w:proofErr w:type="spellEnd"/>
          </w:p>
        </w:tc>
        <w:tc>
          <w:tcPr>
            <w:tcW w:w="0" w:type="auto"/>
          </w:tcPr>
          <w:p w14:paraId="44D929F3" w14:textId="58B00C43" w:rsidR="00FC0397" w:rsidRPr="00253C45" w:rsidRDefault="00A11DEE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</w:t>
            </w:r>
            <w:r w:rsidR="00B84CAC">
              <w:rPr>
                <w:rFonts w:cs="Times New Roman"/>
              </w:rPr>
              <w:t>a</w:t>
            </w:r>
            <w:r>
              <w:rPr>
                <w:rFonts w:cs="Times New Roman"/>
              </w:rPr>
              <w:t>smet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kartą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metuose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gegužės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pirma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pusė</w:t>
            </w:r>
            <w:proofErr w:type="spellEnd"/>
          </w:p>
        </w:tc>
        <w:tc>
          <w:tcPr>
            <w:tcW w:w="0" w:type="auto"/>
          </w:tcPr>
          <w:p w14:paraId="5A2B3BB3" w14:textId="0DD3F6CC" w:rsidR="00FC0397" w:rsidRPr="00253C45" w:rsidRDefault="00A11DEE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Programoje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numatyti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metodai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procedūros</w:t>
            </w:r>
            <w:proofErr w:type="spellEnd"/>
          </w:p>
        </w:tc>
      </w:tr>
      <w:tr w:rsidR="00FB7361" w:rsidRPr="003C5745" w14:paraId="0C22927C" w14:textId="77777777" w:rsidTr="00C05294">
        <w:tc>
          <w:tcPr>
            <w:tcW w:w="0" w:type="auto"/>
          </w:tcPr>
          <w:p w14:paraId="16AB9051" w14:textId="0D9FA138" w:rsidR="00FC0397" w:rsidRPr="00253C45" w:rsidRDefault="001A4178" w:rsidP="003C6FC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1 </w:t>
            </w:r>
            <w:proofErr w:type="spellStart"/>
            <w:r>
              <w:rPr>
                <w:rFonts w:cs="Times New Roman"/>
              </w:rPr>
              <w:t>pasirinkta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teritorija</w:t>
            </w:r>
            <w:proofErr w:type="spellEnd"/>
          </w:p>
        </w:tc>
        <w:tc>
          <w:tcPr>
            <w:tcW w:w="0" w:type="auto"/>
          </w:tcPr>
          <w:p w14:paraId="4ECC2B79" w14:textId="344D0312" w:rsidR="00FC0397" w:rsidRPr="00253C45" w:rsidRDefault="001A4178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Juodųjų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čiurlių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apgyvendintų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daugiaaukščių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namų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skaičius</w:t>
            </w:r>
            <w:proofErr w:type="spellEnd"/>
          </w:p>
        </w:tc>
        <w:tc>
          <w:tcPr>
            <w:tcW w:w="0" w:type="auto"/>
          </w:tcPr>
          <w:p w14:paraId="09AC95B4" w14:textId="33460133" w:rsidR="00FC0397" w:rsidRPr="00253C45" w:rsidRDefault="001A4178" w:rsidP="003C6FC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</w:t>
            </w:r>
            <w:r w:rsidR="00F168DA">
              <w:rPr>
                <w:rFonts w:cs="Times New Roman"/>
              </w:rPr>
              <w:t>a</w:t>
            </w:r>
            <w:r>
              <w:rPr>
                <w:rFonts w:cs="Times New Roman"/>
              </w:rPr>
              <w:t>smet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kartą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metuose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birželio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mėn</w:t>
            </w:r>
            <w:proofErr w:type="spellEnd"/>
            <w:r>
              <w:rPr>
                <w:rFonts w:cs="Times New Roman"/>
              </w:rPr>
              <w:t xml:space="preserve">. </w:t>
            </w:r>
          </w:p>
        </w:tc>
        <w:tc>
          <w:tcPr>
            <w:tcW w:w="0" w:type="auto"/>
          </w:tcPr>
          <w:p w14:paraId="3CF7DE93" w14:textId="17AF99C6" w:rsidR="00FC0397" w:rsidRPr="00253C45" w:rsidRDefault="00A11DEE" w:rsidP="003C6FC7">
            <w:pPr>
              <w:rPr>
                <w:rFonts w:cs="Times New Roman"/>
                <w:lang w:val="fr-FR"/>
              </w:rPr>
            </w:pPr>
            <w:proofErr w:type="spellStart"/>
            <w:r>
              <w:rPr>
                <w:rFonts w:cs="Times New Roman"/>
              </w:rPr>
              <w:t>Programoje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numatyti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metodai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procedūros</w:t>
            </w:r>
            <w:proofErr w:type="spellEnd"/>
          </w:p>
        </w:tc>
      </w:tr>
    </w:tbl>
    <w:p w14:paraId="0DDD2168" w14:textId="77777777" w:rsidR="001376DE" w:rsidRDefault="001376DE" w:rsidP="001376DE">
      <w:pPr>
        <w:pStyle w:val="Sraopastraipa"/>
        <w:spacing w:after="0"/>
        <w:ind w:left="0"/>
      </w:pPr>
    </w:p>
    <w:p w14:paraId="175480ED" w14:textId="1339A0DB" w:rsidR="001376DE" w:rsidRDefault="006E0ABD" w:rsidP="001376DE">
      <w:pPr>
        <w:pStyle w:val="Sraopastraipa"/>
        <w:spacing w:after="0"/>
        <w:ind w:left="0"/>
      </w:pPr>
      <w:r>
        <w:tab/>
        <w:t>3.2.</w:t>
      </w:r>
      <w:r w:rsidR="00351B1E">
        <w:t xml:space="preserve"> </w:t>
      </w:r>
      <w:proofErr w:type="spellStart"/>
      <w:r w:rsidR="001376DE" w:rsidRPr="00E45E4E">
        <w:t>Paslaug</w:t>
      </w:r>
      <w:r w:rsidR="000B6826">
        <w:t>a</w:t>
      </w:r>
      <w:proofErr w:type="spellEnd"/>
      <w:r w:rsidR="001376DE" w:rsidRPr="00E45E4E">
        <w:t xml:space="preserve"> </w:t>
      </w:r>
      <w:proofErr w:type="spellStart"/>
      <w:r w:rsidR="001376DE" w:rsidRPr="00E45E4E">
        <w:t>teikiam</w:t>
      </w:r>
      <w:r w:rsidR="000B6826">
        <w:t>a</w:t>
      </w:r>
      <w:proofErr w:type="spellEnd"/>
      <w:r w:rsidR="001376DE" w:rsidRPr="00E45E4E">
        <w:t xml:space="preserve"> </w:t>
      </w:r>
      <w:r w:rsidR="004C2B24">
        <w:t xml:space="preserve">49 </w:t>
      </w:r>
      <w:proofErr w:type="spellStart"/>
      <w:r w:rsidR="004C2B24">
        <w:t>mėnesius</w:t>
      </w:r>
      <w:proofErr w:type="spellEnd"/>
      <w:r w:rsidR="001376DE" w:rsidRPr="00E45E4E">
        <w:t xml:space="preserve"> </w:t>
      </w:r>
      <w:proofErr w:type="spellStart"/>
      <w:r w:rsidR="001376DE" w:rsidRPr="00E45E4E">
        <w:t>nuo</w:t>
      </w:r>
      <w:proofErr w:type="spellEnd"/>
      <w:r w:rsidR="001376DE" w:rsidRPr="00E45E4E">
        <w:t xml:space="preserve"> </w:t>
      </w:r>
      <w:proofErr w:type="spellStart"/>
      <w:r w:rsidR="001376DE" w:rsidRPr="00E45E4E">
        <w:t>sutarties</w:t>
      </w:r>
      <w:proofErr w:type="spellEnd"/>
      <w:r w:rsidR="001376DE" w:rsidRPr="00E45E4E">
        <w:t xml:space="preserve"> </w:t>
      </w:r>
      <w:proofErr w:type="spellStart"/>
      <w:r w:rsidR="001376DE" w:rsidRPr="00E45E4E">
        <w:t>įsigaliojimo</w:t>
      </w:r>
      <w:proofErr w:type="spellEnd"/>
      <w:r w:rsidR="001376DE" w:rsidRPr="00E45E4E">
        <w:t xml:space="preserve"> </w:t>
      </w:r>
      <w:proofErr w:type="spellStart"/>
      <w:r w:rsidR="001376DE" w:rsidRPr="00E45E4E">
        <w:t>dienos</w:t>
      </w:r>
      <w:proofErr w:type="spellEnd"/>
      <w:r w:rsidR="001376DE" w:rsidRPr="00E45E4E">
        <w:t xml:space="preserve">, bet ne </w:t>
      </w:r>
      <w:proofErr w:type="spellStart"/>
      <w:r w:rsidR="001376DE" w:rsidRPr="00E45E4E">
        <w:t>ilgiau</w:t>
      </w:r>
      <w:proofErr w:type="spellEnd"/>
      <w:r w:rsidR="001376DE" w:rsidRPr="00E45E4E">
        <w:t xml:space="preserve"> </w:t>
      </w:r>
      <w:proofErr w:type="spellStart"/>
      <w:r w:rsidR="001376DE" w:rsidRPr="00E45E4E">
        <w:t>kaip</w:t>
      </w:r>
      <w:proofErr w:type="spellEnd"/>
      <w:r w:rsidR="001376DE" w:rsidRPr="00E45E4E">
        <w:t xml:space="preserve"> </w:t>
      </w:r>
      <w:proofErr w:type="spellStart"/>
      <w:r w:rsidR="001376DE" w:rsidRPr="00E45E4E">
        <w:t>iki</w:t>
      </w:r>
      <w:proofErr w:type="spellEnd"/>
      <w:r w:rsidR="001376DE" w:rsidRPr="00E45E4E">
        <w:t xml:space="preserve"> </w:t>
      </w:r>
      <w:proofErr w:type="spellStart"/>
      <w:r w:rsidR="001376DE" w:rsidRPr="00E45E4E">
        <w:t>visiško</w:t>
      </w:r>
      <w:proofErr w:type="spellEnd"/>
      <w:r w:rsidR="001376DE" w:rsidRPr="00E45E4E">
        <w:t xml:space="preserve"> </w:t>
      </w:r>
      <w:proofErr w:type="spellStart"/>
      <w:r w:rsidR="001376DE" w:rsidRPr="00E45E4E">
        <w:t>Programoje</w:t>
      </w:r>
      <w:proofErr w:type="spellEnd"/>
      <w:r w:rsidR="001376DE" w:rsidRPr="00E45E4E">
        <w:t xml:space="preserve"> </w:t>
      </w:r>
      <w:proofErr w:type="spellStart"/>
      <w:r w:rsidR="001376DE" w:rsidRPr="00E45E4E">
        <w:t>numatytų</w:t>
      </w:r>
      <w:proofErr w:type="spellEnd"/>
      <w:r w:rsidR="001376DE" w:rsidRPr="00E45E4E">
        <w:t xml:space="preserve"> 2026–2030 </w:t>
      </w:r>
      <w:proofErr w:type="spellStart"/>
      <w:r w:rsidR="001376DE" w:rsidRPr="00E45E4E">
        <w:t>metų</w:t>
      </w:r>
      <w:proofErr w:type="spellEnd"/>
      <w:r w:rsidR="001376DE" w:rsidRPr="00E45E4E">
        <w:t xml:space="preserve"> </w:t>
      </w:r>
      <w:proofErr w:type="spellStart"/>
      <w:r w:rsidR="001376DE" w:rsidRPr="00E45E4E">
        <w:t>priemonių</w:t>
      </w:r>
      <w:proofErr w:type="spellEnd"/>
      <w:r w:rsidR="001376DE" w:rsidRPr="00E45E4E">
        <w:t xml:space="preserve"> </w:t>
      </w:r>
      <w:proofErr w:type="spellStart"/>
      <w:r w:rsidR="001376DE" w:rsidRPr="00E45E4E">
        <w:t>įgyvendinimo</w:t>
      </w:r>
      <w:proofErr w:type="spellEnd"/>
      <w:r w:rsidR="001376DE" w:rsidRPr="00E45E4E">
        <w:t xml:space="preserve"> </w:t>
      </w:r>
      <w:proofErr w:type="spellStart"/>
      <w:r w:rsidR="001376DE" w:rsidRPr="00E45E4E">
        <w:t>ir</w:t>
      </w:r>
      <w:proofErr w:type="spellEnd"/>
      <w:r w:rsidR="001376DE" w:rsidRPr="00E45E4E">
        <w:t xml:space="preserve"> </w:t>
      </w:r>
      <w:proofErr w:type="spellStart"/>
      <w:r w:rsidR="001376DE" w:rsidRPr="00E45E4E">
        <w:t>galutinės</w:t>
      </w:r>
      <w:proofErr w:type="spellEnd"/>
      <w:r w:rsidR="001376DE" w:rsidRPr="00E45E4E">
        <w:t xml:space="preserve"> </w:t>
      </w:r>
      <w:proofErr w:type="spellStart"/>
      <w:r w:rsidR="001376DE" w:rsidRPr="00E45E4E">
        <w:t>ataskaitos</w:t>
      </w:r>
      <w:proofErr w:type="spellEnd"/>
      <w:r w:rsidR="001376DE" w:rsidRPr="00E45E4E">
        <w:t xml:space="preserve"> </w:t>
      </w:r>
      <w:proofErr w:type="spellStart"/>
      <w:r w:rsidR="001376DE" w:rsidRPr="00E45E4E">
        <w:t>pateikimo</w:t>
      </w:r>
      <w:proofErr w:type="spellEnd"/>
      <w:r w:rsidR="001376DE">
        <w:t>.</w:t>
      </w:r>
    </w:p>
    <w:p w14:paraId="77575949" w14:textId="396DA283" w:rsidR="001376DE" w:rsidRDefault="006E0ABD" w:rsidP="001376DE">
      <w:pPr>
        <w:pStyle w:val="Sraopastraipa"/>
        <w:spacing w:after="0"/>
        <w:ind w:left="0"/>
      </w:pPr>
      <w:r>
        <w:tab/>
        <w:t>3.3.</w:t>
      </w:r>
      <w:r w:rsidR="00351B1E">
        <w:t xml:space="preserve"> </w:t>
      </w:r>
      <w:proofErr w:type="spellStart"/>
      <w:r w:rsidR="001376DE" w:rsidRPr="007562DC">
        <w:t>Paslaug</w:t>
      </w:r>
      <w:r w:rsidR="00C75F95">
        <w:t>os</w:t>
      </w:r>
      <w:proofErr w:type="spellEnd"/>
      <w:r w:rsidR="001376DE" w:rsidRPr="007562DC">
        <w:t xml:space="preserve"> </w:t>
      </w:r>
      <w:proofErr w:type="spellStart"/>
      <w:r w:rsidR="001376DE" w:rsidRPr="007562DC">
        <w:t>apimt</w:t>
      </w:r>
      <w:r w:rsidR="00C75F95">
        <w:t>is</w:t>
      </w:r>
      <w:proofErr w:type="spellEnd"/>
      <w:r w:rsidR="001376DE" w:rsidRPr="007562DC">
        <w:t xml:space="preserve"> </w:t>
      </w:r>
      <w:proofErr w:type="spellStart"/>
      <w:r w:rsidR="001376DE" w:rsidRPr="007562DC">
        <w:t>turi</w:t>
      </w:r>
      <w:proofErr w:type="spellEnd"/>
      <w:r w:rsidR="001376DE" w:rsidRPr="007562DC">
        <w:t xml:space="preserve"> </w:t>
      </w:r>
      <w:proofErr w:type="spellStart"/>
      <w:r w:rsidR="001376DE" w:rsidRPr="007562DC">
        <w:t>atitikti</w:t>
      </w:r>
      <w:proofErr w:type="spellEnd"/>
      <w:r w:rsidR="001376DE" w:rsidRPr="007562DC">
        <w:t xml:space="preserve"> </w:t>
      </w:r>
      <w:proofErr w:type="spellStart"/>
      <w:r w:rsidR="001376DE" w:rsidRPr="007562DC">
        <w:t>Programoje</w:t>
      </w:r>
      <w:proofErr w:type="spellEnd"/>
      <w:r w:rsidR="001376DE" w:rsidRPr="007562DC">
        <w:t xml:space="preserve"> </w:t>
      </w:r>
      <w:proofErr w:type="spellStart"/>
      <w:r w:rsidR="001376DE" w:rsidRPr="007562DC">
        <w:t>nustatytas</w:t>
      </w:r>
      <w:proofErr w:type="spellEnd"/>
      <w:r w:rsidR="001376DE" w:rsidRPr="007562DC">
        <w:t xml:space="preserve"> </w:t>
      </w:r>
      <w:proofErr w:type="spellStart"/>
      <w:r w:rsidR="001376DE" w:rsidRPr="007562DC">
        <w:t>vietas</w:t>
      </w:r>
      <w:proofErr w:type="spellEnd"/>
      <w:r w:rsidR="001376DE" w:rsidRPr="007562DC">
        <w:t xml:space="preserve">, </w:t>
      </w:r>
      <w:proofErr w:type="spellStart"/>
      <w:r w:rsidR="001376DE" w:rsidRPr="007562DC">
        <w:t>parametrus</w:t>
      </w:r>
      <w:proofErr w:type="spellEnd"/>
      <w:r w:rsidR="001376DE" w:rsidRPr="007562DC">
        <w:t xml:space="preserve">, </w:t>
      </w:r>
      <w:proofErr w:type="spellStart"/>
      <w:r w:rsidR="001376DE" w:rsidRPr="007562DC">
        <w:t>periodiškumą</w:t>
      </w:r>
      <w:proofErr w:type="spellEnd"/>
      <w:r w:rsidR="001376DE" w:rsidRPr="007562DC">
        <w:t xml:space="preserve"> </w:t>
      </w:r>
      <w:proofErr w:type="spellStart"/>
      <w:r w:rsidR="001376DE" w:rsidRPr="007562DC">
        <w:t>ir</w:t>
      </w:r>
      <w:proofErr w:type="spellEnd"/>
      <w:r w:rsidR="001376DE" w:rsidRPr="007562DC">
        <w:t xml:space="preserve"> </w:t>
      </w:r>
      <w:proofErr w:type="spellStart"/>
      <w:r w:rsidR="001376DE" w:rsidRPr="007562DC">
        <w:t>metodus</w:t>
      </w:r>
      <w:proofErr w:type="spellEnd"/>
      <w:r w:rsidR="001376DE" w:rsidRPr="007562DC">
        <w:t xml:space="preserve">. </w:t>
      </w:r>
      <w:proofErr w:type="spellStart"/>
      <w:r w:rsidR="001376DE" w:rsidRPr="007562DC">
        <w:t>Veikl</w:t>
      </w:r>
      <w:r w:rsidR="00C45B48">
        <w:t>a</w:t>
      </w:r>
      <w:proofErr w:type="spellEnd"/>
      <w:r w:rsidR="001376DE" w:rsidRPr="007562DC">
        <w:t xml:space="preserve">, </w:t>
      </w:r>
      <w:proofErr w:type="spellStart"/>
      <w:r w:rsidR="001376DE" w:rsidRPr="007562DC">
        <w:t>kuri</w:t>
      </w:r>
      <w:proofErr w:type="spellEnd"/>
      <w:r w:rsidR="001376DE" w:rsidRPr="007562DC">
        <w:t xml:space="preserve"> </w:t>
      </w:r>
      <w:proofErr w:type="spellStart"/>
      <w:r w:rsidR="001376DE" w:rsidRPr="007562DC">
        <w:t>Programoje</w:t>
      </w:r>
      <w:proofErr w:type="spellEnd"/>
      <w:r w:rsidR="001376DE" w:rsidRPr="007562DC">
        <w:t xml:space="preserve"> </w:t>
      </w:r>
      <w:proofErr w:type="spellStart"/>
      <w:r w:rsidR="001376DE" w:rsidRPr="007562DC">
        <w:t>nėra</w:t>
      </w:r>
      <w:proofErr w:type="spellEnd"/>
      <w:r w:rsidR="001376DE" w:rsidRPr="007562DC">
        <w:t xml:space="preserve"> </w:t>
      </w:r>
      <w:proofErr w:type="spellStart"/>
      <w:r w:rsidR="001376DE" w:rsidRPr="007562DC">
        <w:t>numatytos</w:t>
      </w:r>
      <w:proofErr w:type="spellEnd"/>
      <w:r w:rsidR="001376DE" w:rsidRPr="007562DC">
        <w:t xml:space="preserve"> </w:t>
      </w:r>
      <w:proofErr w:type="spellStart"/>
      <w:r w:rsidR="001376DE" w:rsidRPr="007562DC">
        <w:t>kaip</w:t>
      </w:r>
      <w:proofErr w:type="spellEnd"/>
      <w:r w:rsidR="001376DE" w:rsidRPr="007562DC">
        <w:t xml:space="preserve"> </w:t>
      </w:r>
      <w:proofErr w:type="spellStart"/>
      <w:r w:rsidR="001376DE" w:rsidRPr="007562DC">
        <w:t>reguliariai</w:t>
      </w:r>
      <w:proofErr w:type="spellEnd"/>
      <w:r w:rsidR="001376DE" w:rsidRPr="007562DC">
        <w:t xml:space="preserve"> </w:t>
      </w:r>
      <w:proofErr w:type="spellStart"/>
      <w:r w:rsidR="001376DE" w:rsidRPr="007562DC">
        <w:t>vykdom</w:t>
      </w:r>
      <w:r w:rsidR="00C45B48">
        <w:t>a</w:t>
      </w:r>
      <w:proofErr w:type="spellEnd"/>
      <w:r w:rsidR="001376DE" w:rsidRPr="007562DC">
        <w:t xml:space="preserve"> </w:t>
      </w:r>
      <w:proofErr w:type="spellStart"/>
      <w:r w:rsidR="001376DE" w:rsidRPr="007562DC">
        <w:t>paslaug</w:t>
      </w:r>
      <w:r w:rsidR="00C45B48">
        <w:t>a</w:t>
      </w:r>
      <w:proofErr w:type="spellEnd"/>
      <w:r w:rsidR="001376DE" w:rsidRPr="007562DC">
        <w:t xml:space="preserve">, </w:t>
      </w:r>
      <w:proofErr w:type="spellStart"/>
      <w:r w:rsidR="001376DE" w:rsidRPr="007041C1">
        <w:t>nelaikom</w:t>
      </w:r>
      <w:r w:rsidR="00C45B48">
        <w:t>a</w:t>
      </w:r>
      <w:proofErr w:type="spellEnd"/>
      <w:r w:rsidR="001376DE" w:rsidRPr="007562DC">
        <w:t xml:space="preserve"> </w:t>
      </w:r>
      <w:proofErr w:type="spellStart"/>
      <w:r w:rsidR="001376DE" w:rsidRPr="007562DC">
        <w:t>privaloma</w:t>
      </w:r>
      <w:proofErr w:type="spellEnd"/>
      <w:r w:rsidR="001376DE" w:rsidRPr="007562DC">
        <w:t xml:space="preserve"> </w:t>
      </w:r>
      <w:proofErr w:type="spellStart"/>
      <w:r w:rsidR="001376DE" w:rsidRPr="007562DC">
        <w:t>reguliaria</w:t>
      </w:r>
      <w:proofErr w:type="spellEnd"/>
      <w:r w:rsidR="001376DE" w:rsidRPr="007562DC">
        <w:t xml:space="preserve"> </w:t>
      </w:r>
      <w:proofErr w:type="spellStart"/>
      <w:r w:rsidR="001376DE" w:rsidRPr="007562DC">
        <w:t>pirkimo</w:t>
      </w:r>
      <w:proofErr w:type="spellEnd"/>
      <w:r w:rsidR="001376DE" w:rsidRPr="007562DC">
        <w:t xml:space="preserve"> </w:t>
      </w:r>
      <w:proofErr w:type="spellStart"/>
      <w:r w:rsidR="001376DE" w:rsidRPr="007562DC">
        <w:t>apimtimi</w:t>
      </w:r>
      <w:proofErr w:type="spellEnd"/>
      <w:r w:rsidR="001376DE" w:rsidRPr="007562DC">
        <w:t xml:space="preserve">, </w:t>
      </w:r>
      <w:proofErr w:type="spellStart"/>
      <w:r w:rsidR="001376DE" w:rsidRPr="007562DC">
        <w:t>išskyrus</w:t>
      </w:r>
      <w:proofErr w:type="spellEnd"/>
      <w:r w:rsidR="001376DE" w:rsidRPr="007562DC">
        <w:t xml:space="preserve"> </w:t>
      </w:r>
      <w:proofErr w:type="spellStart"/>
      <w:r w:rsidR="001376DE" w:rsidRPr="007562DC">
        <w:t>atvejus</w:t>
      </w:r>
      <w:proofErr w:type="spellEnd"/>
      <w:r w:rsidR="001376DE" w:rsidRPr="007562DC">
        <w:t xml:space="preserve">, kai </w:t>
      </w:r>
      <w:proofErr w:type="spellStart"/>
      <w:r w:rsidR="001376DE" w:rsidRPr="007562DC">
        <w:t>ši</w:t>
      </w:r>
      <w:proofErr w:type="spellEnd"/>
      <w:r w:rsidR="001376DE" w:rsidRPr="007562DC">
        <w:t xml:space="preserve"> </w:t>
      </w:r>
      <w:proofErr w:type="spellStart"/>
      <w:r w:rsidR="001376DE" w:rsidRPr="007562DC">
        <w:t>techninė</w:t>
      </w:r>
      <w:proofErr w:type="spellEnd"/>
      <w:r w:rsidR="001376DE" w:rsidRPr="007562DC">
        <w:t xml:space="preserve"> </w:t>
      </w:r>
      <w:proofErr w:type="spellStart"/>
      <w:r w:rsidR="001376DE" w:rsidRPr="007562DC">
        <w:t>specifikacija</w:t>
      </w:r>
      <w:proofErr w:type="spellEnd"/>
      <w:r w:rsidR="001376DE" w:rsidRPr="007562DC">
        <w:t xml:space="preserve"> </w:t>
      </w:r>
      <w:proofErr w:type="spellStart"/>
      <w:r w:rsidR="001376DE" w:rsidRPr="007562DC">
        <w:t>aiškiai</w:t>
      </w:r>
      <w:proofErr w:type="spellEnd"/>
      <w:r w:rsidR="001376DE" w:rsidRPr="007562DC">
        <w:t xml:space="preserve"> </w:t>
      </w:r>
      <w:proofErr w:type="spellStart"/>
      <w:r w:rsidR="001376DE" w:rsidRPr="007562DC">
        <w:t>numato</w:t>
      </w:r>
      <w:proofErr w:type="spellEnd"/>
      <w:r w:rsidR="001376DE" w:rsidRPr="007562DC">
        <w:t xml:space="preserve"> </w:t>
      </w:r>
      <w:proofErr w:type="spellStart"/>
      <w:r w:rsidR="001376DE" w:rsidRPr="007562DC">
        <w:t>j</w:t>
      </w:r>
      <w:r w:rsidR="00C45B48">
        <w:t>os</w:t>
      </w:r>
      <w:proofErr w:type="spellEnd"/>
      <w:r w:rsidR="001376DE" w:rsidRPr="007562DC">
        <w:t xml:space="preserve"> </w:t>
      </w:r>
      <w:proofErr w:type="spellStart"/>
      <w:r w:rsidR="001376DE" w:rsidRPr="007562DC">
        <w:t>analizę</w:t>
      </w:r>
      <w:proofErr w:type="spellEnd"/>
      <w:r w:rsidR="001376DE" w:rsidRPr="007562DC">
        <w:t xml:space="preserve">, </w:t>
      </w:r>
      <w:proofErr w:type="spellStart"/>
      <w:r w:rsidR="001376DE" w:rsidRPr="007562DC">
        <w:t>rekomendacijų</w:t>
      </w:r>
      <w:proofErr w:type="spellEnd"/>
      <w:r w:rsidR="001376DE" w:rsidRPr="007562DC">
        <w:t xml:space="preserve"> </w:t>
      </w:r>
      <w:proofErr w:type="spellStart"/>
      <w:r w:rsidR="001376DE" w:rsidRPr="007562DC">
        <w:t>parengimą</w:t>
      </w:r>
      <w:proofErr w:type="spellEnd"/>
      <w:r w:rsidR="001376DE" w:rsidRPr="007562DC">
        <w:t xml:space="preserve"> </w:t>
      </w:r>
      <w:proofErr w:type="spellStart"/>
      <w:r w:rsidR="001376DE" w:rsidRPr="007562DC">
        <w:t>ar</w:t>
      </w:r>
      <w:proofErr w:type="spellEnd"/>
      <w:r w:rsidR="001376DE" w:rsidRPr="007562DC">
        <w:t xml:space="preserve"> </w:t>
      </w:r>
      <w:proofErr w:type="spellStart"/>
      <w:r w:rsidR="001376DE" w:rsidRPr="007562DC">
        <w:t>galimą</w:t>
      </w:r>
      <w:proofErr w:type="spellEnd"/>
      <w:r w:rsidR="001376DE" w:rsidRPr="007562DC">
        <w:t xml:space="preserve"> </w:t>
      </w:r>
      <w:proofErr w:type="spellStart"/>
      <w:r w:rsidR="001376DE" w:rsidRPr="007562DC">
        <w:t>vykdymą</w:t>
      </w:r>
      <w:proofErr w:type="spellEnd"/>
      <w:r w:rsidR="001376DE" w:rsidRPr="007562DC">
        <w:t xml:space="preserve"> </w:t>
      </w:r>
      <w:proofErr w:type="spellStart"/>
      <w:r w:rsidR="001376DE" w:rsidRPr="007562DC">
        <w:t>atskiru</w:t>
      </w:r>
      <w:proofErr w:type="spellEnd"/>
      <w:r w:rsidR="001376DE" w:rsidRPr="007562DC">
        <w:t xml:space="preserve"> </w:t>
      </w:r>
      <w:proofErr w:type="spellStart"/>
      <w:r w:rsidR="001376DE" w:rsidRPr="007562DC">
        <w:t>Savivaldybės</w:t>
      </w:r>
      <w:proofErr w:type="spellEnd"/>
      <w:r w:rsidR="001376DE" w:rsidRPr="007562DC">
        <w:t xml:space="preserve"> </w:t>
      </w:r>
      <w:proofErr w:type="spellStart"/>
      <w:r w:rsidR="001376DE" w:rsidRPr="007562DC">
        <w:t>pavedimu</w:t>
      </w:r>
      <w:proofErr w:type="spellEnd"/>
    </w:p>
    <w:p w14:paraId="3B8DC316" w14:textId="100B4F92" w:rsidR="001376DE" w:rsidRDefault="006E0ABD" w:rsidP="001376DE">
      <w:pPr>
        <w:pStyle w:val="Sraopastraipa"/>
        <w:spacing w:after="0"/>
        <w:ind w:left="0"/>
      </w:pPr>
      <w:r>
        <w:tab/>
        <w:t>3.4.</w:t>
      </w:r>
      <w:r w:rsidR="00351B1E">
        <w:t xml:space="preserve"> </w:t>
      </w:r>
      <w:proofErr w:type="spellStart"/>
      <w:r w:rsidR="001376DE" w:rsidRPr="00F71759">
        <w:t>Reguliariai</w:t>
      </w:r>
      <w:proofErr w:type="spellEnd"/>
      <w:r w:rsidR="001376DE" w:rsidRPr="00F71759">
        <w:t xml:space="preserve"> </w:t>
      </w:r>
      <w:proofErr w:type="spellStart"/>
      <w:r w:rsidR="001376DE" w:rsidRPr="00F71759">
        <w:t>vykdomi</w:t>
      </w:r>
      <w:proofErr w:type="spellEnd"/>
      <w:r w:rsidR="001376DE">
        <w:t xml:space="preserve"> </w:t>
      </w:r>
      <w:proofErr w:type="spellStart"/>
      <w:r w:rsidR="001376DE">
        <w:t>tyrimai</w:t>
      </w:r>
      <w:proofErr w:type="spellEnd"/>
      <w:r w:rsidR="001376DE">
        <w:t xml:space="preserve"> </w:t>
      </w:r>
      <w:proofErr w:type="spellStart"/>
      <w:r w:rsidR="001376DE">
        <w:t>atliekami</w:t>
      </w:r>
      <w:proofErr w:type="spellEnd"/>
      <w:r w:rsidR="001376DE">
        <w:t xml:space="preserve"> </w:t>
      </w:r>
      <w:r w:rsidR="001376DE" w:rsidRPr="00F71759">
        <w:t xml:space="preserve">tik </w:t>
      </w:r>
      <w:proofErr w:type="spellStart"/>
      <w:r w:rsidR="001376DE">
        <w:t>Programoje</w:t>
      </w:r>
      <w:proofErr w:type="spellEnd"/>
      <w:r w:rsidR="001376DE">
        <w:t xml:space="preserve"> </w:t>
      </w:r>
      <w:proofErr w:type="spellStart"/>
      <w:r w:rsidR="001376DE">
        <w:t>nustatytose</w:t>
      </w:r>
      <w:proofErr w:type="spellEnd"/>
      <w:r w:rsidR="001376DE">
        <w:t xml:space="preserve"> </w:t>
      </w:r>
      <w:proofErr w:type="spellStart"/>
      <w:r w:rsidR="001376DE">
        <w:t>vietose</w:t>
      </w:r>
      <w:proofErr w:type="spellEnd"/>
      <w:r w:rsidR="001376DE" w:rsidRPr="00F71759">
        <w:t xml:space="preserve"> </w:t>
      </w:r>
      <w:proofErr w:type="spellStart"/>
      <w:r w:rsidR="001376DE" w:rsidRPr="00F71759">
        <w:t>ir</w:t>
      </w:r>
      <w:proofErr w:type="spellEnd"/>
      <w:r w:rsidR="001376DE" w:rsidRPr="00F71759">
        <w:t xml:space="preserve"> </w:t>
      </w:r>
      <w:proofErr w:type="spellStart"/>
      <w:r w:rsidR="001376DE" w:rsidRPr="00F71759">
        <w:t>nustatytu</w:t>
      </w:r>
      <w:proofErr w:type="spellEnd"/>
      <w:r w:rsidR="001376DE" w:rsidRPr="00F71759">
        <w:t xml:space="preserve"> </w:t>
      </w:r>
      <w:proofErr w:type="spellStart"/>
      <w:r w:rsidR="001376DE" w:rsidRPr="00F71759">
        <w:t>periodiškumu</w:t>
      </w:r>
      <w:proofErr w:type="spellEnd"/>
      <w:r w:rsidR="001376DE" w:rsidRPr="00F71759">
        <w:t>.</w:t>
      </w:r>
      <w:r w:rsidR="001376DE">
        <w:t xml:space="preserve"> </w:t>
      </w:r>
      <w:proofErr w:type="spellStart"/>
      <w:r w:rsidR="001376DE">
        <w:t>Nukrypimai</w:t>
      </w:r>
      <w:proofErr w:type="spellEnd"/>
      <w:r w:rsidR="001376DE">
        <w:t xml:space="preserve"> </w:t>
      </w:r>
      <w:proofErr w:type="spellStart"/>
      <w:r w:rsidR="001376DE">
        <w:t>nuo</w:t>
      </w:r>
      <w:proofErr w:type="spellEnd"/>
      <w:r w:rsidR="001376DE">
        <w:t xml:space="preserve"> </w:t>
      </w:r>
      <w:proofErr w:type="spellStart"/>
      <w:r w:rsidR="001376DE">
        <w:t>Programos</w:t>
      </w:r>
      <w:proofErr w:type="spellEnd"/>
      <w:r w:rsidR="001376DE" w:rsidRPr="00F71759">
        <w:t xml:space="preserve">, </w:t>
      </w:r>
      <w:proofErr w:type="spellStart"/>
      <w:r w:rsidR="001376DE" w:rsidRPr="00F71759">
        <w:t>tyrimų</w:t>
      </w:r>
      <w:proofErr w:type="spellEnd"/>
      <w:r w:rsidR="001376DE" w:rsidRPr="00F71759">
        <w:t xml:space="preserve"> </w:t>
      </w:r>
      <w:proofErr w:type="spellStart"/>
      <w:r w:rsidR="001376DE" w:rsidRPr="00F71759">
        <w:t>vietų</w:t>
      </w:r>
      <w:proofErr w:type="spellEnd"/>
      <w:r w:rsidR="001376DE" w:rsidRPr="00F71759">
        <w:t xml:space="preserve">, </w:t>
      </w:r>
      <w:proofErr w:type="spellStart"/>
      <w:r w:rsidR="001376DE" w:rsidRPr="00F71759">
        <w:t>terminų</w:t>
      </w:r>
      <w:proofErr w:type="spellEnd"/>
      <w:r w:rsidR="001376DE" w:rsidRPr="00F71759">
        <w:t xml:space="preserve">, </w:t>
      </w:r>
      <w:proofErr w:type="spellStart"/>
      <w:r w:rsidR="001376DE" w:rsidRPr="00F71759">
        <w:t>metodų</w:t>
      </w:r>
      <w:proofErr w:type="spellEnd"/>
      <w:r w:rsidR="001376DE" w:rsidRPr="00F71759">
        <w:t xml:space="preserve"> </w:t>
      </w:r>
      <w:proofErr w:type="spellStart"/>
      <w:r w:rsidR="001376DE" w:rsidRPr="00F71759">
        <w:t>ar</w:t>
      </w:r>
      <w:proofErr w:type="spellEnd"/>
      <w:r w:rsidR="001376DE" w:rsidRPr="00F71759">
        <w:t xml:space="preserve"> </w:t>
      </w:r>
      <w:proofErr w:type="spellStart"/>
      <w:r w:rsidR="001376DE" w:rsidRPr="00F71759">
        <w:t>papildomų</w:t>
      </w:r>
      <w:proofErr w:type="spellEnd"/>
      <w:r w:rsidR="001376DE" w:rsidRPr="00F71759">
        <w:t xml:space="preserve"> </w:t>
      </w:r>
      <w:proofErr w:type="spellStart"/>
      <w:r w:rsidR="001376DE" w:rsidRPr="00F71759">
        <w:t>tyrimų</w:t>
      </w:r>
      <w:proofErr w:type="spellEnd"/>
      <w:r w:rsidR="001376DE" w:rsidRPr="00F71759">
        <w:t xml:space="preserve"> </w:t>
      </w:r>
      <w:proofErr w:type="spellStart"/>
      <w:r w:rsidR="001376DE" w:rsidRPr="00F71759">
        <w:t>atlikimas</w:t>
      </w:r>
      <w:proofErr w:type="spellEnd"/>
      <w:r w:rsidR="001376DE" w:rsidRPr="00F71759">
        <w:t xml:space="preserve"> </w:t>
      </w:r>
      <w:proofErr w:type="spellStart"/>
      <w:r w:rsidR="001376DE" w:rsidRPr="00F71759">
        <w:t>galimi</w:t>
      </w:r>
      <w:proofErr w:type="spellEnd"/>
      <w:r w:rsidR="001376DE" w:rsidRPr="00F71759">
        <w:t xml:space="preserve"> tik </w:t>
      </w:r>
      <w:proofErr w:type="spellStart"/>
      <w:r w:rsidR="001376DE" w:rsidRPr="00F71759">
        <w:t>raštu</w:t>
      </w:r>
      <w:proofErr w:type="spellEnd"/>
      <w:r w:rsidR="001376DE" w:rsidRPr="00F71759">
        <w:t xml:space="preserve"> </w:t>
      </w:r>
      <w:proofErr w:type="spellStart"/>
      <w:r w:rsidR="001376DE" w:rsidRPr="00F71759">
        <w:t>suderinus</w:t>
      </w:r>
      <w:proofErr w:type="spellEnd"/>
      <w:r w:rsidR="001376DE" w:rsidRPr="00F71759">
        <w:t xml:space="preserve"> </w:t>
      </w:r>
      <w:proofErr w:type="spellStart"/>
      <w:r w:rsidR="001376DE" w:rsidRPr="00F71759">
        <w:t>su</w:t>
      </w:r>
      <w:proofErr w:type="spellEnd"/>
      <w:r w:rsidR="001376DE" w:rsidRPr="00F71759">
        <w:t xml:space="preserve"> </w:t>
      </w:r>
      <w:proofErr w:type="spellStart"/>
      <w:r w:rsidR="001376DE" w:rsidRPr="00F71759">
        <w:t>Savivaldybe</w:t>
      </w:r>
      <w:proofErr w:type="spellEnd"/>
      <w:r w:rsidR="001376DE" w:rsidRPr="00F71759">
        <w:t xml:space="preserve">, o kai </w:t>
      </w:r>
      <w:proofErr w:type="spellStart"/>
      <w:r w:rsidR="001376DE" w:rsidRPr="00F71759">
        <w:t>būtina</w:t>
      </w:r>
      <w:proofErr w:type="spellEnd"/>
      <w:r w:rsidR="001376DE" w:rsidRPr="00F71759">
        <w:t xml:space="preserve"> – </w:t>
      </w:r>
      <w:proofErr w:type="spellStart"/>
      <w:r w:rsidR="001376DE" w:rsidRPr="00F71759">
        <w:t>ir</w:t>
      </w:r>
      <w:proofErr w:type="spellEnd"/>
      <w:r w:rsidR="001376DE" w:rsidRPr="00F71759">
        <w:t xml:space="preserve"> </w:t>
      </w:r>
      <w:proofErr w:type="spellStart"/>
      <w:r w:rsidR="001376DE" w:rsidRPr="00F71759">
        <w:t>su</w:t>
      </w:r>
      <w:proofErr w:type="spellEnd"/>
      <w:r w:rsidR="001376DE" w:rsidRPr="00F71759">
        <w:t xml:space="preserve"> </w:t>
      </w:r>
      <w:proofErr w:type="spellStart"/>
      <w:r w:rsidR="001376DE" w:rsidRPr="00F71759">
        <w:t>kompetentingomis</w:t>
      </w:r>
      <w:proofErr w:type="spellEnd"/>
      <w:r w:rsidR="001376DE" w:rsidRPr="00F71759">
        <w:t xml:space="preserve"> </w:t>
      </w:r>
      <w:proofErr w:type="spellStart"/>
      <w:r w:rsidR="001376DE" w:rsidRPr="00F71759">
        <w:t>institucijomis</w:t>
      </w:r>
      <w:proofErr w:type="spellEnd"/>
      <w:r w:rsidR="001376DE" w:rsidRPr="00F71759">
        <w:t>.</w:t>
      </w:r>
      <w:r w:rsidR="001376DE" w:rsidRPr="006A1FA9">
        <w:t xml:space="preserve"> </w:t>
      </w:r>
      <w:proofErr w:type="spellStart"/>
      <w:r w:rsidR="001376DE" w:rsidRPr="006A1FA9">
        <w:t>Papildomos</w:t>
      </w:r>
      <w:proofErr w:type="spellEnd"/>
      <w:r w:rsidR="001376DE" w:rsidRPr="006A1FA9">
        <w:t xml:space="preserve">, </w:t>
      </w:r>
      <w:proofErr w:type="spellStart"/>
      <w:r w:rsidR="001376DE" w:rsidRPr="006A1FA9">
        <w:t>šioje</w:t>
      </w:r>
      <w:proofErr w:type="spellEnd"/>
      <w:r w:rsidR="001376DE" w:rsidRPr="006A1FA9">
        <w:t xml:space="preserve"> </w:t>
      </w:r>
      <w:proofErr w:type="spellStart"/>
      <w:r w:rsidR="001376DE" w:rsidRPr="006A1FA9">
        <w:t>techninėje</w:t>
      </w:r>
      <w:proofErr w:type="spellEnd"/>
      <w:r w:rsidR="001376DE" w:rsidRPr="006A1FA9">
        <w:t xml:space="preserve"> </w:t>
      </w:r>
      <w:proofErr w:type="spellStart"/>
      <w:r w:rsidR="001376DE" w:rsidRPr="006A1FA9">
        <w:t>specifikacijoje</w:t>
      </w:r>
      <w:proofErr w:type="spellEnd"/>
      <w:r w:rsidR="001376DE" w:rsidRPr="006A1FA9">
        <w:t xml:space="preserve"> </w:t>
      </w:r>
      <w:proofErr w:type="spellStart"/>
      <w:r w:rsidR="001376DE" w:rsidRPr="006A1FA9">
        <w:t>ir</w:t>
      </w:r>
      <w:proofErr w:type="spellEnd"/>
      <w:r w:rsidR="001376DE" w:rsidRPr="006A1FA9">
        <w:t xml:space="preserve"> </w:t>
      </w:r>
      <w:proofErr w:type="spellStart"/>
      <w:r w:rsidR="001376DE" w:rsidRPr="006A1FA9">
        <w:t>Programoje</w:t>
      </w:r>
      <w:proofErr w:type="spellEnd"/>
      <w:r w:rsidR="001376DE" w:rsidRPr="006A1FA9">
        <w:t xml:space="preserve"> </w:t>
      </w:r>
      <w:proofErr w:type="spellStart"/>
      <w:r w:rsidR="001376DE" w:rsidRPr="006A1FA9">
        <w:t>nenumatytos</w:t>
      </w:r>
      <w:proofErr w:type="spellEnd"/>
      <w:r w:rsidR="001376DE" w:rsidRPr="006A1FA9">
        <w:t xml:space="preserve"> </w:t>
      </w:r>
      <w:proofErr w:type="spellStart"/>
      <w:r w:rsidR="001376DE" w:rsidRPr="006A1FA9">
        <w:t>paslaugos</w:t>
      </w:r>
      <w:proofErr w:type="spellEnd"/>
      <w:r w:rsidR="001376DE" w:rsidRPr="006A1FA9">
        <w:t xml:space="preserve"> </w:t>
      </w:r>
      <w:proofErr w:type="spellStart"/>
      <w:r w:rsidR="001376DE" w:rsidRPr="006A1FA9">
        <w:t>nelaikomos</w:t>
      </w:r>
      <w:proofErr w:type="spellEnd"/>
      <w:r w:rsidR="001376DE" w:rsidRPr="006A1FA9">
        <w:t xml:space="preserve"> </w:t>
      </w:r>
      <w:proofErr w:type="spellStart"/>
      <w:r w:rsidR="001376DE" w:rsidRPr="006A1FA9">
        <w:t>įtrauktomis</w:t>
      </w:r>
      <w:proofErr w:type="spellEnd"/>
      <w:r w:rsidR="001376DE" w:rsidRPr="006A1FA9">
        <w:t xml:space="preserve"> į </w:t>
      </w:r>
      <w:proofErr w:type="spellStart"/>
      <w:r w:rsidR="001376DE" w:rsidRPr="006A1FA9">
        <w:t>pirkimo</w:t>
      </w:r>
      <w:proofErr w:type="spellEnd"/>
      <w:r w:rsidR="001376DE" w:rsidRPr="006A1FA9">
        <w:t xml:space="preserve"> </w:t>
      </w:r>
      <w:proofErr w:type="spellStart"/>
      <w:r w:rsidR="001376DE" w:rsidRPr="006A1FA9">
        <w:t>objektą</w:t>
      </w:r>
      <w:proofErr w:type="spellEnd"/>
      <w:r w:rsidR="001376DE" w:rsidRPr="006A1FA9">
        <w:t xml:space="preserve">, </w:t>
      </w:r>
      <w:proofErr w:type="spellStart"/>
      <w:r w:rsidR="001376DE" w:rsidRPr="006A1FA9">
        <w:t>jeigu</w:t>
      </w:r>
      <w:proofErr w:type="spellEnd"/>
      <w:r w:rsidR="001376DE" w:rsidRPr="006A1FA9">
        <w:t xml:space="preserve"> </w:t>
      </w:r>
      <w:proofErr w:type="spellStart"/>
      <w:r w:rsidR="001376DE" w:rsidRPr="006A1FA9">
        <w:t>jos</w:t>
      </w:r>
      <w:proofErr w:type="spellEnd"/>
      <w:r w:rsidR="001376DE" w:rsidRPr="006A1FA9">
        <w:t xml:space="preserve"> </w:t>
      </w:r>
      <w:proofErr w:type="spellStart"/>
      <w:r w:rsidR="001376DE" w:rsidRPr="006A1FA9">
        <w:t>nėra</w:t>
      </w:r>
      <w:proofErr w:type="spellEnd"/>
      <w:r w:rsidR="001376DE" w:rsidRPr="006A1FA9">
        <w:t xml:space="preserve"> </w:t>
      </w:r>
      <w:proofErr w:type="spellStart"/>
      <w:r w:rsidR="001376DE" w:rsidRPr="006A1FA9">
        <w:t>aiškiai</w:t>
      </w:r>
      <w:proofErr w:type="spellEnd"/>
      <w:r w:rsidR="001376DE" w:rsidRPr="006A1FA9">
        <w:t xml:space="preserve"> </w:t>
      </w:r>
      <w:proofErr w:type="spellStart"/>
      <w:r w:rsidR="001376DE" w:rsidRPr="006A1FA9">
        <w:t>nurodytos</w:t>
      </w:r>
      <w:proofErr w:type="spellEnd"/>
      <w:r w:rsidR="001376DE" w:rsidRPr="006A1FA9">
        <w:t xml:space="preserve"> </w:t>
      </w:r>
      <w:proofErr w:type="spellStart"/>
      <w:r w:rsidR="001376DE" w:rsidRPr="006A1FA9">
        <w:t>sutartyje</w:t>
      </w:r>
      <w:proofErr w:type="spellEnd"/>
      <w:r w:rsidR="001376DE" w:rsidRPr="006A1FA9">
        <w:t xml:space="preserve"> </w:t>
      </w:r>
      <w:proofErr w:type="spellStart"/>
      <w:r w:rsidR="001376DE" w:rsidRPr="006A1FA9">
        <w:t>ar</w:t>
      </w:r>
      <w:proofErr w:type="spellEnd"/>
      <w:r w:rsidR="001376DE" w:rsidRPr="006A1FA9">
        <w:t xml:space="preserve"> </w:t>
      </w:r>
      <w:proofErr w:type="spellStart"/>
      <w:r w:rsidR="001376DE" w:rsidRPr="006A1FA9">
        <w:t>atskirame</w:t>
      </w:r>
      <w:proofErr w:type="spellEnd"/>
      <w:r w:rsidR="001376DE" w:rsidRPr="006A1FA9">
        <w:t xml:space="preserve"> </w:t>
      </w:r>
      <w:proofErr w:type="spellStart"/>
      <w:r w:rsidR="001376DE" w:rsidRPr="006A1FA9">
        <w:t>teisėtame</w:t>
      </w:r>
      <w:proofErr w:type="spellEnd"/>
      <w:r w:rsidR="001376DE" w:rsidRPr="006A1FA9">
        <w:t xml:space="preserve"> </w:t>
      </w:r>
      <w:proofErr w:type="spellStart"/>
      <w:r w:rsidR="001376DE" w:rsidRPr="006A1FA9">
        <w:t>Savivaldybės</w:t>
      </w:r>
      <w:proofErr w:type="spellEnd"/>
      <w:r w:rsidR="001376DE" w:rsidRPr="006A1FA9">
        <w:t xml:space="preserve"> </w:t>
      </w:r>
      <w:proofErr w:type="spellStart"/>
      <w:r w:rsidR="001376DE" w:rsidRPr="006A1FA9">
        <w:t>pavedime</w:t>
      </w:r>
      <w:proofErr w:type="spellEnd"/>
      <w:r w:rsidR="001376DE">
        <w:t>.</w:t>
      </w:r>
    </w:p>
    <w:p w14:paraId="589BCC82" w14:textId="77777777" w:rsidR="001376DE" w:rsidRDefault="001376DE" w:rsidP="001376DE">
      <w:pPr>
        <w:pStyle w:val="Sraopastraipa"/>
        <w:spacing w:after="0"/>
        <w:ind w:left="0"/>
        <w:rPr>
          <w:b/>
          <w:bCs/>
        </w:rPr>
      </w:pPr>
    </w:p>
    <w:p w14:paraId="4C49DF42" w14:textId="2BE93135" w:rsidR="0043007D" w:rsidRDefault="005A06F8" w:rsidP="005A06F8">
      <w:pPr>
        <w:pStyle w:val="Sraopastraipa"/>
        <w:spacing w:after="0"/>
        <w:ind w:left="0"/>
        <w:jc w:val="center"/>
        <w:rPr>
          <w:b/>
          <w:bCs/>
        </w:rPr>
      </w:pPr>
      <w:r>
        <w:rPr>
          <w:b/>
          <w:bCs/>
        </w:rPr>
        <w:t>4.</w:t>
      </w:r>
      <w:r w:rsidR="00351B1E">
        <w:rPr>
          <w:b/>
          <w:bCs/>
        </w:rPr>
        <w:t xml:space="preserve"> </w:t>
      </w:r>
      <w:proofErr w:type="spellStart"/>
      <w:r w:rsidR="00877C55" w:rsidRPr="00D674D4">
        <w:rPr>
          <w:b/>
          <w:bCs/>
        </w:rPr>
        <w:t>Duomenų</w:t>
      </w:r>
      <w:proofErr w:type="spellEnd"/>
      <w:r w:rsidR="00877C55" w:rsidRPr="00D674D4">
        <w:rPr>
          <w:b/>
          <w:bCs/>
        </w:rPr>
        <w:t xml:space="preserve"> </w:t>
      </w:r>
      <w:proofErr w:type="spellStart"/>
      <w:r w:rsidR="00877C55" w:rsidRPr="00D674D4">
        <w:rPr>
          <w:b/>
          <w:bCs/>
        </w:rPr>
        <w:t>ir</w:t>
      </w:r>
      <w:proofErr w:type="spellEnd"/>
      <w:r w:rsidR="00877C55" w:rsidRPr="00D674D4">
        <w:rPr>
          <w:b/>
          <w:bCs/>
        </w:rPr>
        <w:t xml:space="preserve"> </w:t>
      </w:r>
      <w:proofErr w:type="spellStart"/>
      <w:r w:rsidR="00877C55" w:rsidRPr="00D674D4">
        <w:rPr>
          <w:b/>
          <w:bCs/>
        </w:rPr>
        <w:t>ataskaitų</w:t>
      </w:r>
      <w:proofErr w:type="spellEnd"/>
      <w:r w:rsidR="00877C55" w:rsidRPr="00D674D4">
        <w:rPr>
          <w:b/>
          <w:bCs/>
        </w:rPr>
        <w:t xml:space="preserve"> </w:t>
      </w:r>
      <w:proofErr w:type="spellStart"/>
      <w:r w:rsidR="00877C55" w:rsidRPr="00D674D4">
        <w:rPr>
          <w:b/>
          <w:bCs/>
        </w:rPr>
        <w:t>teikimo</w:t>
      </w:r>
      <w:proofErr w:type="spellEnd"/>
      <w:r w:rsidR="00877C55" w:rsidRPr="00D674D4">
        <w:rPr>
          <w:b/>
          <w:bCs/>
        </w:rPr>
        <w:t xml:space="preserve"> </w:t>
      </w:r>
      <w:proofErr w:type="spellStart"/>
      <w:r w:rsidR="00877C55" w:rsidRPr="00D674D4">
        <w:rPr>
          <w:b/>
          <w:bCs/>
        </w:rPr>
        <w:t>tvarka</w:t>
      </w:r>
      <w:proofErr w:type="spellEnd"/>
    </w:p>
    <w:p w14:paraId="1066711A" w14:textId="77777777" w:rsidR="005A06F8" w:rsidRDefault="005A06F8" w:rsidP="001376DE">
      <w:pPr>
        <w:pStyle w:val="Sraopastraipa"/>
        <w:spacing w:after="0"/>
        <w:ind w:left="0"/>
      </w:pPr>
    </w:p>
    <w:p w14:paraId="316E6421" w14:textId="67E9D132" w:rsidR="0043007D" w:rsidRDefault="00C5326E">
      <w:pPr>
        <w:spacing w:after="0"/>
        <w:jc w:val="both"/>
      </w:pPr>
      <w:r>
        <w:rPr>
          <w:color w:val="000000"/>
        </w:rPr>
        <w:tab/>
        <w:t>4.1.</w:t>
      </w:r>
      <w:r w:rsidR="00351B1E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Aplinkos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monitoringo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tyrimų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duomenys</w:t>
      </w:r>
      <w:proofErr w:type="spellEnd"/>
      <w:r w:rsidR="00877C55" w:rsidRPr="00E00F47">
        <w:rPr>
          <w:color w:val="000000"/>
        </w:rPr>
        <w:t xml:space="preserve">, </w:t>
      </w:r>
      <w:proofErr w:type="spellStart"/>
      <w:r w:rsidR="00877C55" w:rsidRPr="00E00F47">
        <w:rPr>
          <w:color w:val="000000"/>
        </w:rPr>
        <w:t>jų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analizė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ir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ataskaitos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turi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būti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pateikiami</w:t>
      </w:r>
      <w:proofErr w:type="spellEnd"/>
      <w:r w:rsidR="00877C55" w:rsidRPr="00E00F47">
        <w:rPr>
          <w:color w:val="000000"/>
        </w:rPr>
        <w:t xml:space="preserve"> </w:t>
      </w:r>
      <w:proofErr w:type="spellStart"/>
      <w:r w:rsidR="00877C55" w:rsidRPr="00E00F47">
        <w:rPr>
          <w:color w:val="000000"/>
        </w:rPr>
        <w:t>aiškiai</w:t>
      </w:r>
      <w:proofErr w:type="spellEnd"/>
      <w:r w:rsidR="00877C55" w:rsidRPr="00E00F47">
        <w:rPr>
          <w:color w:val="000000"/>
        </w:rPr>
        <w:t xml:space="preserve">, </w:t>
      </w:r>
      <w:proofErr w:type="spellStart"/>
      <w:r w:rsidR="00F10C53" w:rsidRPr="00F10C53">
        <w:rPr>
          <w:color w:val="000000"/>
        </w:rPr>
        <w:t>glaustai</w:t>
      </w:r>
      <w:proofErr w:type="spellEnd"/>
      <w:r w:rsidR="00F10C53" w:rsidRPr="00F10C53">
        <w:rPr>
          <w:color w:val="000000"/>
        </w:rPr>
        <w:t xml:space="preserve">, </w:t>
      </w:r>
      <w:proofErr w:type="spellStart"/>
      <w:r w:rsidR="00F10C53" w:rsidRPr="00F10C53">
        <w:rPr>
          <w:color w:val="000000"/>
        </w:rPr>
        <w:t>analitiškai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ir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patikrinamai</w:t>
      </w:r>
      <w:proofErr w:type="spellEnd"/>
      <w:r w:rsidR="00F10C53" w:rsidRPr="00F10C53">
        <w:rPr>
          <w:color w:val="000000"/>
        </w:rPr>
        <w:t xml:space="preserve">. </w:t>
      </w:r>
      <w:proofErr w:type="spellStart"/>
      <w:r w:rsidR="00F10C53" w:rsidRPr="00F10C53">
        <w:rPr>
          <w:color w:val="000000"/>
        </w:rPr>
        <w:t>Ataskaitose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negali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būti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perteklinės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bendro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pobūdžio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informacijos</w:t>
      </w:r>
      <w:proofErr w:type="spellEnd"/>
      <w:r w:rsidR="00F10C53" w:rsidRPr="00F10C53">
        <w:rPr>
          <w:color w:val="000000"/>
        </w:rPr>
        <w:t xml:space="preserve">, </w:t>
      </w:r>
      <w:proofErr w:type="spellStart"/>
      <w:r w:rsidR="00F10C53" w:rsidRPr="00F10C53">
        <w:rPr>
          <w:color w:val="000000"/>
        </w:rPr>
        <w:t>teisės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aktų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ar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Programos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teksto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perrašinėjimo</w:t>
      </w:r>
      <w:proofErr w:type="spellEnd"/>
      <w:r w:rsidR="00F10C53" w:rsidRPr="00F10C53">
        <w:rPr>
          <w:color w:val="000000"/>
        </w:rPr>
        <w:t xml:space="preserve">, </w:t>
      </w:r>
      <w:proofErr w:type="spellStart"/>
      <w:r w:rsidR="00F10C53" w:rsidRPr="00F10C53">
        <w:rPr>
          <w:color w:val="000000"/>
        </w:rPr>
        <w:t>pasikartojančių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įžanginių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aprašymų</w:t>
      </w:r>
      <w:proofErr w:type="spellEnd"/>
      <w:r w:rsidR="00F10C53" w:rsidRPr="00F10C53">
        <w:rPr>
          <w:color w:val="000000"/>
        </w:rPr>
        <w:t xml:space="preserve">, </w:t>
      </w:r>
      <w:proofErr w:type="spellStart"/>
      <w:r w:rsidR="00F10C53" w:rsidRPr="00F10C53">
        <w:rPr>
          <w:color w:val="000000"/>
        </w:rPr>
        <w:t>kasmet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kartojamos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nekintančios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informacijos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ar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kitos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su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konkrečių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metų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tyrimų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rezultatais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tiesiogiai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nesusijusios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medžiagos</w:t>
      </w:r>
      <w:proofErr w:type="spellEnd"/>
      <w:r w:rsidR="00F10C53" w:rsidRPr="00F10C53">
        <w:rPr>
          <w:color w:val="000000"/>
        </w:rPr>
        <w:t xml:space="preserve">. </w:t>
      </w:r>
      <w:proofErr w:type="spellStart"/>
      <w:r w:rsidR="00F10C53" w:rsidRPr="00F10C53">
        <w:rPr>
          <w:color w:val="000000"/>
        </w:rPr>
        <w:t>Ataskaitų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turinys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turi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būti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orientuotas</w:t>
      </w:r>
      <w:proofErr w:type="spellEnd"/>
      <w:r w:rsidR="00F10C53" w:rsidRPr="00F10C53">
        <w:rPr>
          <w:color w:val="000000"/>
        </w:rPr>
        <w:t xml:space="preserve"> į </w:t>
      </w:r>
      <w:proofErr w:type="spellStart"/>
      <w:r w:rsidR="00F10C53" w:rsidRPr="00F10C53">
        <w:rPr>
          <w:color w:val="000000"/>
        </w:rPr>
        <w:t>konkrečių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tyrimų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rezultatus</w:t>
      </w:r>
      <w:proofErr w:type="spellEnd"/>
      <w:r w:rsidR="00F10C53" w:rsidRPr="00F10C53">
        <w:rPr>
          <w:color w:val="000000"/>
        </w:rPr>
        <w:t xml:space="preserve">, </w:t>
      </w:r>
      <w:proofErr w:type="spellStart"/>
      <w:r w:rsidR="00F10C53" w:rsidRPr="00F10C53">
        <w:rPr>
          <w:color w:val="000000"/>
        </w:rPr>
        <w:t>jų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analizę</w:t>
      </w:r>
      <w:proofErr w:type="spellEnd"/>
      <w:r w:rsidR="00F10C53" w:rsidRPr="00F10C53">
        <w:rPr>
          <w:color w:val="000000"/>
        </w:rPr>
        <w:t xml:space="preserve">, </w:t>
      </w:r>
      <w:proofErr w:type="spellStart"/>
      <w:r w:rsidR="00F10C53" w:rsidRPr="00F10C53">
        <w:rPr>
          <w:color w:val="000000"/>
        </w:rPr>
        <w:t>palyginimą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su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ankstesnių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metų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duomenimis</w:t>
      </w:r>
      <w:proofErr w:type="spellEnd"/>
      <w:r w:rsidR="00F10C53" w:rsidRPr="00F10C53">
        <w:rPr>
          <w:color w:val="000000"/>
        </w:rPr>
        <w:t xml:space="preserve">, </w:t>
      </w:r>
      <w:proofErr w:type="spellStart"/>
      <w:r w:rsidR="00F10C53" w:rsidRPr="00F10C53">
        <w:rPr>
          <w:color w:val="000000"/>
        </w:rPr>
        <w:t>galimą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poveikį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aplinkos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taršai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ir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Savivaldybei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reikalingus</w:t>
      </w:r>
      <w:proofErr w:type="spellEnd"/>
      <w:r w:rsidR="00F10C53" w:rsidRPr="00F10C53">
        <w:rPr>
          <w:color w:val="000000"/>
        </w:rPr>
        <w:t xml:space="preserve"> </w:t>
      </w:r>
      <w:proofErr w:type="spellStart"/>
      <w:r w:rsidR="00F10C53" w:rsidRPr="00F10C53">
        <w:rPr>
          <w:color w:val="000000"/>
        </w:rPr>
        <w:t>sprendimus</w:t>
      </w:r>
      <w:proofErr w:type="spellEnd"/>
      <w:r w:rsidR="00F10C53" w:rsidRPr="00F10C53">
        <w:rPr>
          <w:color w:val="000000"/>
        </w:rPr>
        <w:t>.</w:t>
      </w:r>
    </w:p>
    <w:p w14:paraId="67EF270B" w14:textId="70A008D2" w:rsidR="00D45A33" w:rsidRPr="00405312" w:rsidRDefault="00C5326E" w:rsidP="00D45A33">
      <w:pPr>
        <w:pStyle w:val="Sraopastraipa"/>
        <w:spacing w:after="0" w:line="240" w:lineRule="auto"/>
        <w:ind w:left="0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ab/>
        <w:t>4.2.</w:t>
      </w:r>
      <w:r w:rsidR="00351B1E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Atliktų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5501F6">
        <w:rPr>
          <w:rFonts w:cs="Times New Roman"/>
          <w:color w:val="000000" w:themeColor="text1"/>
          <w:szCs w:val="24"/>
        </w:rPr>
        <w:t>t</w:t>
      </w:r>
      <w:r w:rsidR="00D45A33" w:rsidRPr="00405312">
        <w:rPr>
          <w:rFonts w:cs="Times New Roman"/>
          <w:color w:val="000000" w:themeColor="text1"/>
          <w:szCs w:val="24"/>
        </w:rPr>
        <w:t>yrimų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duomenys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ir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aplinkos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monitoringo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ataskaitos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teikiamos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tokiomis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dokumentų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formomis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>:</w:t>
      </w:r>
    </w:p>
    <w:p w14:paraId="121B07DB" w14:textId="08787379" w:rsidR="00D45A33" w:rsidRPr="00405312" w:rsidRDefault="00C5326E" w:rsidP="00D45A33">
      <w:pPr>
        <w:pStyle w:val="Sraopastraipa"/>
        <w:spacing w:after="0" w:line="240" w:lineRule="auto"/>
        <w:ind w:left="0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ab/>
        <w:t>4.2.1.</w:t>
      </w:r>
      <w:r w:rsidR="00351B1E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Duomenys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(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protokolai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ekspertizės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aktai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užrašai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darbo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žurnalai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ir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kt.)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teikiami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elektronine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 xml:space="preserve"> forma MS Word, MS Excel, PDF </w:t>
      </w:r>
      <w:proofErr w:type="spellStart"/>
      <w:r w:rsidR="00D45A33" w:rsidRPr="00405312">
        <w:rPr>
          <w:rFonts w:cs="Times New Roman"/>
          <w:color w:val="000000" w:themeColor="text1"/>
          <w:szCs w:val="24"/>
        </w:rPr>
        <w:t>formatais</w:t>
      </w:r>
      <w:proofErr w:type="spellEnd"/>
      <w:r w:rsidR="00D45A33" w:rsidRPr="00405312">
        <w:rPr>
          <w:rFonts w:cs="Times New Roman"/>
          <w:color w:val="000000" w:themeColor="text1"/>
          <w:szCs w:val="24"/>
        </w:rPr>
        <w:t>.</w:t>
      </w:r>
    </w:p>
    <w:p w14:paraId="341ED7B7" w14:textId="092C6DAE" w:rsidR="00877C55" w:rsidRDefault="00C5326E">
      <w:pPr>
        <w:spacing w:after="0"/>
        <w:jc w:val="both"/>
        <w:rPr>
          <w:kern w:val="2"/>
          <w:szCs w:val="24"/>
          <w14:ligatures w14:val="standardContextual"/>
        </w:rPr>
      </w:pPr>
      <w:r>
        <w:rPr>
          <w:color w:val="000000"/>
        </w:rPr>
        <w:tab/>
        <w:t>4.2.2.</w:t>
      </w:r>
      <w:r w:rsidR="00351B1E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Tarpinės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ataskaitos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teikiamos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Savivaldybei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elektroniniu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formatu</w:t>
      </w:r>
      <w:proofErr w:type="spellEnd"/>
      <w:r w:rsidR="00965539" w:rsidRPr="00965539">
        <w:rPr>
          <w:color w:val="000000"/>
        </w:rPr>
        <w:t xml:space="preserve"> MS Word, MS Excel, PDF </w:t>
      </w:r>
      <w:proofErr w:type="spellStart"/>
      <w:r w:rsidR="00965539" w:rsidRPr="00965539">
        <w:rPr>
          <w:color w:val="000000"/>
        </w:rPr>
        <w:t>ar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kitu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su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Savivaldybe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suderintu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formatu</w:t>
      </w:r>
      <w:proofErr w:type="spellEnd"/>
      <w:r w:rsidR="00965539" w:rsidRPr="00965539">
        <w:rPr>
          <w:color w:val="000000"/>
        </w:rPr>
        <w:t xml:space="preserve">. </w:t>
      </w:r>
      <w:proofErr w:type="spellStart"/>
      <w:r w:rsidR="00965539" w:rsidRPr="00965539">
        <w:rPr>
          <w:color w:val="000000"/>
        </w:rPr>
        <w:t>Ataskaitų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popieriniai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egzemplioriai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teikiami</w:t>
      </w:r>
      <w:proofErr w:type="spellEnd"/>
      <w:r w:rsidR="00965539" w:rsidRPr="00965539">
        <w:rPr>
          <w:color w:val="000000"/>
        </w:rPr>
        <w:t xml:space="preserve"> tik </w:t>
      </w:r>
      <w:proofErr w:type="spellStart"/>
      <w:r w:rsidR="00965539" w:rsidRPr="00965539">
        <w:rPr>
          <w:color w:val="000000"/>
        </w:rPr>
        <w:t>Savivaldybei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pareikalavus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arba</w:t>
      </w:r>
      <w:proofErr w:type="spellEnd"/>
      <w:r w:rsidR="00965539" w:rsidRPr="00965539">
        <w:rPr>
          <w:color w:val="000000"/>
        </w:rPr>
        <w:t xml:space="preserve"> kai to </w:t>
      </w:r>
      <w:proofErr w:type="spellStart"/>
      <w:r w:rsidR="00965539" w:rsidRPr="00965539">
        <w:rPr>
          <w:color w:val="000000"/>
        </w:rPr>
        <w:t>reikalauja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teisės</w:t>
      </w:r>
      <w:proofErr w:type="spellEnd"/>
      <w:r w:rsidR="00965539" w:rsidRPr="00965539">
        <w:rPr>
          <w:color w:val="000000"/>
        </w:rPr>
        <w:t xml:space="preserve"> </w:t>
      </w:r>
      <w:proofErr w:type="spellStart"/>
      <w:r w:rsidR="00965539" w:rsidRPr="00965539">
        <w:rPr>
          <w:color w:val="000000"/>
        </w:rPr>
        <w:t>aktai</w:t>
      </w:r>
      <w:proofErr w:type="spellEnd"/>
      <w:r w:rsidR="00965539" w:rsidRPr="00965539">
        <w:rPr>
          <w:color w:val="000000"/>
        </w:rPr>
        <w:t>.</w:t>
      </w:r>
    </w:p>
    <w:p w14:paraId="5DA8B561" w14:textId="29FDAB8B" w:rsidR="00D55E1C" w:rsidRPr="00A31BB6" w:rsidRDefault="00C5326E" w:rsidP="00D45A33">
      <w:pPr>
        <w:pStyle w:val="Sraopastraipa"/>
        <w:spacing w:after="0" w:line="240" w:lineRule="auto"/>
        <w:ind w:left="0"/>
        <w:jc w:val="both"/>
        <w:rPr>
          <w:rFonts w:cs="Times New Roman"/>
        </w:rPr>
      </w:pPr>
      <w:r>
        <w:rPr>
          <w:rFonts w:cs="Times New Roman"/>
        </w:rPr>
        <w:tab/>
        <w:t>4.3.</w:t>
      </w:r>
      <w:r w:rsidR="00351B1E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Tarpinė</w:t>
      </w:r>
      <w:r w:rsidR="00A5133E" w:rsidRPr="00A31BB6">
        <w:rPr>
          <w:rFonts w:cs="Times New Roman"/>
        </w:rPr>
        <w:t>s</w:t>
      </w:r>
      <w:proofErr w:type="spellEnd"/>
      <w:r w:rsidR="00F213A9" w:rsidRPr="00A31BB6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ataskait</w:t>
      </w:r>
      <w:r w:rsidR="00A5133E" w:rsidRPr="00A31BB6">
        <w:rPr>
          <w:rFonts w:cs="Times New Roman"/>
        </w:rPr>
        <w:t>os</w:t>
      </w:r>
      <w:proofErr w:type="spellEnd"/>
      <w:r w:rsidR="00F213A9" w:rsidRPr="00A31BB6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pateikiam</w:t>
      </w:r>
      <w:r w:rsidR="00A5133E" w:rsidRPr="00A31BB6">
        <w:rPr>
          <w:rFonts w:cs="Times New Roman"/>
        </w:rPr>
        <w:t>os</w:t>
      </w:r>
      <w:proofErr w:type="spellEnd"/>
      <w:r w:rsidR="00F213A9" w:rsidRPr="00A31BB6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iki</w:t>
      </w:r>
      <w:proofErr w:type="spellEnd"/>
      <w:r w:rsidR="00F213A9" w:rsidRPr="00A31BB6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einamųjų</w:t>
      </w:r>
      <w:proofErr w:type="spellEnd"/>
      <w:r w:rsidR="00F213A9" w:rsidRPr="00A31BB6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metų</w:t>
      </w:r>
      <w:proofErr w:type="spellEnd"/>
      <w:r w:rsidR="00F213A9" w:rsidRPr="00A31BB6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liepos</w:t>
      </w:r>
      <w:proofErr w:type="spellEnd"/>
      <w:r w:rsidR="00F213A9" w:rsidRPr="00A31BB6">
        <w:rPr>
          <w:rFonts w:cs="Times New Roman"/>
        </w:rPr>
        <w:t xml:space="preserve"> 1</w:t>
      </w:r>
      <w:r w:rsidR="00005ED4">
        <w:rPr>
          <w:rFonts w:cs="Times New Roman"/>
        </w:rPr>
        <w:t>5</w:t>
      </w:r>
      <w:r w:rsidR="00F213A9" w:rsidRPr="00A31BB6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dienos</w:t>
      </w:r>
      <w:proofErr w:type="spellEnd"/>
      <w:r w:rsidR="00F213A9" w:rsidRPr="00A31BB6">
        <w:rPr>
          <w:rFonts w:cs="Times New Roman"/>
        </w:rPr>
        <w:t xml:space="preserve">, o </w:t>
      </w:r>
      <w:proofErr w:type="spellStart"/>
      <w:r w:rsidR="00F213A9" w:rsidRPr="00A31BB6">
        <w:rPr>
          <w:rFonts w:cs="Times New Roman"/>
        </w:rPr>
        <w:t>m</w:t>
      </w:r>
      <w:r w:rsidR="00D55E1C" w:rsidRPr="00A31BB6">
        <w:rPr>
          <w:rFonts w:cs="Times New Roman"/>
        </w:rPr>
        <w:t>etinė</w:t>
      </w:r>
      <w:r w:rsidR="00A5133E" w:rsidRPr="00A31BB6">
        <w:rPr>
          <w:rFonts w:cs="Times New Roman"/>
        </w:rPr>
        <w:t>s</w:t>
      </w:r>
      <w:proofErr w:type="spellEnd"/>
      <w:r w:rsidR="00D55E1C" w:rsidRPr="00A31BB6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ir</w:t>
      </w:r>
      <w:proofErr w:type="spellEnd"/>
      <w:r w:rsidR="00F213A9" w:rsidRPr="00A31BB6">
        <w:rPr>
          <w:rFonts w:cs="Times New Roman"/>
        </w:rPr>
        <w:t xml:space="preserve"> </w:t>
      </w:r>
      <w:proofErr w:type="spellStart"/>
      <w:r w:rsidR="00F213A9" w:rsidRPr="00A31BB6">
        <w:rPr>
          <w:rFonts w:cs="Times New Roman"/>
        </w:rPr>
        <w:t>galutinė</w:t>
      </w:r>
      <w:proofErr w:type="spellEnd"/>
      <w:r w:rsidR="00F213A9" w:rsidRPr="00A31BB6">
        <w:rPr>
          <w:rFonts w:cs="Times New Roman"/>
        </w:rPr>
        <w:t xml:space="preserve"> </w:t>
      </w:r>
      <w:proofErr w:type="spellStart"/>
      <w:r w:rsidR="00D55E1C" w:rsidRPr="00A31BB6">
        <w:rPr>
          <w:rFonts w:cs="Times New Roman"/>
        </w:rPr>
        <w:t>ataskait</w:t>
      </w:r>
      <w:r w:rsidR="00A5133E" w:rsidRPr="00A31BB6">
        <w:rPr>
          <w:rFonts w:cs="Times New Roman"/>
        </w:rPr>
        <w:t>os</w:t>
      </w:r>
      <w:proofErr w:type="spellEnd"/>
      <w:r w:rsidR="00D55E1C" w:rsidRPr="00A31BB6">
        <w:rPr>
          <w:rFonts w:cs="Times New Roman"/>
        </w:rPr>
        <w:t xml:space="preserve"> </w:t>
      </w:r>
      <w:proofErr w:type="spellStart"/>
      <w:r w:rsidR="00D55E1C" w:rsidRPr="00A31BB6">
        <w:rPr>
          <w:rFonts w:cs="Times New Roman"/>
        </w:rPr>
        <w:t>pateikiam</w:t>
      </w:r>
      <w:r w:rsidR="00A5133E" w:rsidRPr="00A31BB6">
        <w:rPr>
          <w:rFonts w:cs="Times New Roman"/>
        </w:rPr>
        <w:t>os</w:t>
      </w:r>
      <w:proofErr w:type="spellEnd"/>
      <w:r w:rsidR="00D55E1C" w:rsidRPr="00A31BB6">
        <w:rPr>
          <w:rFonts w:cs="Times New Roman"/>
        </w:rPr>
        <w:t xml:space="preserve"> </w:t>
      </w:r>
      <w:proofErr w:type="spellStart"/>
      <w:r w:rsidR="00D55E1C" w:rsidRPr="00A31BB6">
        <w:rPr>
          <w:rFonts w:cs="Times New Roman"/>
        </w:rPr>
        <w:t>iki</w:t>
      </w:r>
      <w:proofErr w:type="spellEnd"/>
      <w:r w:rsidR="00D55E1C" w:rsidRPr="00A31BB6">
        <w:rPr>
          <w:rFonts w:cs="Times New Roman"/>
        </w:rPr>
        <w:t xml:space="preserve"> </w:t>
      </w:r>
      <w:proofErr w:type="spellStart"/>
      <w:r w:rsidR="00D55E1C" w:rsidRPr="00A31BB6">
        <w:rPr>
          <w:rFonts w:cs="Times New Roman"/>
        </w:rPr>
        <w:t>einamųjų</w:t>
      </w:r>
      <w:proofErr w:type="spellEnd"/>
      <w:r w:rsidR="00D55E1C" w:rsidRPr="00A31BB6">
        <w:rPr>
          <w:rFonts w:cs="Times New Roman"/>
        </w:rPr>
        <w:t xml:space="preserve"> </w:t>
      </w:r>
      <w:proofErr w:type="spellStart"/>
      <w:r w:rsidR="00D55E1C" w:rsidRPr="00A31BB6">
        <w:rPr>
          <w:rFonts w:cs="Times New Roman"/>
        </w:rPr>
        <w:t>metų</w:t>
      </w:r>
      <w:proofErr w:type="spellEnd"/>
      <w:r w:rsidR="00D55E1C" w:rsidRPr="00A31BB6">
        <w:rPr>
          <w:rFonts w:cs="Times New Roman"/>
        </w:rPr>
        <w:t xml:space="preserve"> </w:t>
      </w:r>
      <w:proofErr w:type="spellStart"/>
      <w:r w:rsidR="00D55E1C" w:rsidRPr="00A31BB6">
        <w:rPr>
          <w:rFonts w:cs="Times New Roman"/>
        </w:rPr>
        <w:t>gruodžio</w:t>
      </w:r>
      <w:proofErr w:type="spellEnd"/>
      <w:r w:rsidR="00D55E1C" w:rsidRPr="00A31BB6">
        <w:rPr>
          <w:rFonts w:cs="Times New Roman"/>
        </w:rPr>
        <w:t xml:space="preserve"> 1</w:t>
      </w:r>
      <w:r w:rsidR="00005ED4">
        <w:rPr>
          <w:rFonts w:cs="Times New Roman"/>
        </w:rPr>
        <w:t>5</w:t>
      </w:r>
      <w:r w:rsidR="00D55E1C" w:rsidRPr="00A31BB6">
        <w:rPr>
          <w:rFonts w:cs="Times New Roman"/>
        </w:rPr>
        <w:t xml:space="preserve"> </w:t>
      </w:r>
      <w:proofErr w:type="spellStart"/>
      <w:r w:rsidR="00D55E1C" w:rsidRPr="00A31BB6">
        <w:rPr>
          <w:rFonts w:cs="Times New Roman"/>
        </w:rPr>
        <w:t>dienos</w:t>
      </w:r>
      <w:proofErr w:type="spellEnd"/>
      <w:r w:rsidR="00085915" w:rsidRPr="00A31BB6">
        <w:rPr>
          <w:rFonts w:cs="Times New Roman"/>
        </w:rPr>
        <w:t>.</w:t>
      </w:r>
    </w:p>
    <w:p w14:paraId="2CB4F5C7" w14:textId="2B30FB79" w:rsidR="00085915" w:rsidRDefault="00C5326E" w:rsidP="00D45A33">
      <w:pPr>
        <w:pStyle w:val="Sraopastraipa"/>
        <w:spacing w:after="0" w:line="240" w:lineRule="auto"/>
        <w:ind w:left="0"/>
        <w:jc w:val="both"/>
        <w:rPr>
          <w:rFonts w:cs="Times New Roman"/>
        </w:rPr>
      </w:pPr>
      <w:r>
        <w:rPr>
          <w:rFonts w:cs="Times New Roman"/>
        </w:rPr>
        <w:tab/>
        <w:t>4.4.</w:t>
      </w:r>
      <w:r w:rsidR="00351B1E">
        <w:rPr>
          <w:rFonts w:cs="Times New Roman"/>
        </w:rPr>
        <w:t xml:space="preserve"> </w:t>
      </w:r>
      <w:proofErr w:type="spellStart"/>
      <w:r w:rsidR="00085915">
        <w:rPr>
          <w:rFonts w:cs="Times New Roman"/>
        </w:rPr>
        <w:t>Aplinkos</w:t>
      </w:r>
      <w:proofErr w:type="spellEnd"/>
      <w:r w:rsidR="00085915">
        <w:rPr>
          <w:rFonts w:cs="Times New Roman"/>
        </w:rPr>
        <w:t xml:space="preserve"> </w:t>
      </w:r>
      <w:proofErr w:type="spellStart"/>
      <w:r w:rsidR="00085915">
        <w:rPr>
          <w:rFonts w:cs="Times New Roman"/>
        </w:rPr>
        <w:t>monitoringo</w:t>
      </w:r>
      <w:proofErr w:type="spellEnd"/>
      <w:r w:rsidR="00085915">
        <w:rPr>
          <w:rFonts w:cs="Times New Roman"/>
        </w:rPr>
        <w:t xml:space="preserve"> </w:t>
      </w:r>
      <w:proofErr w:type="spellStart"/>
      <w:r w:rsidR="00085915">
        <w:rPr>
          <w:rFonts w:cs="Times New Roman"/>
        </w:rPr>
        <w:t>duomenų</w:t>
      </w:r>
      <w:proofErr w:type="spellEnd"/>
      <w:r w:rsidR="00085915">
        <w:rPr>
          <w:rFonts w:cs="Times New Roman"/>
        </w:rPr>
        <w:t xml:space="preserve"> </w:t>
      </w:r>
      <w:proofErr w:type="spellStart"/>
      <w:r w:rsidR="00085915">
        <w:rPr>
          <w:rFonts w:cs="Times New Roman"/>
        </w:rPr>
        <w:t>ir</w:t>
      </w:r>
      <w:proofErr w:type="spellEnd"/>
      <w:r w:rsidR="00085915">
        <w:rPr>
          <w:rFonts w:cs="Times New Roman"/>
        </w:rPr>
        <w:t xml:space="preserve"> </w:t>
      </w:r>
      <w:proofErr w:type="spellStart"/>
      <w:r w:rsidR="00085915">
        <w:rPr>
          <w:rFonts w:cs="Times New Roman"/>
        </w:rPr>
        <w:t>ataskaitų</w:t>
      </w:r>
      <w:proofErr w:type="spellEnd"/>
      <w:r w:rsidR="00085915">
        <w:rPr>
          <w:rFonts w:cs="Times New Roman"/>
        </w:rPr>
        <w:t xml:space="preserve"> </w:t>
      </w:r>
      <w:proofErr w:type="spellStart"/>
      <w:r w:rsidR="00085915">
        <w:rPr>
          <w:rFonts w:cs="Times New Roman"/>
        </w:rPr>
        <w:t>gavėja</w:t>
      </w:r>
      <w:proofErr w:type="spellEnd"/>
      <w:r w:rsidR="00085915">
        <w:rPr>
          <w:rFonts w:cs="Times New Roman"/>
        </w:rPr>
        <w:t xml:space="preserve"> — </w:t>
      </w:r>
      <w:proofErr w:type="spellStart"/>
      <w:r w:rsidR="00FF0F2B">
        <w:rPr>
          <w:rFonts w:cs="Times New Roman"/>
        </w:rPr>
        <w:t>Savivaldybė</w:t>
      </w:r>
      <w:proofErr w:type="spellEnd"/>
      <w:r w:rsidR="00085915">
        <w:rPr>
          <w:rFonts w:cs="Times New Roman"/>
        </w:rPr>
        <w:t xml:space="preserve">. </w:t>
      </w:r>
    </w:p>
    <w:p w14:paraId="7EA05DD5" w14:textId="026AEA56" w:rsidR="00DB3473" w:rsidRDefault="00C5326E" w:rsidP="00D45A33">
      <w:pPr>
        <w:pStyle w:val="Sraopastraipa"/>
        <w:spacing w:after="0" w:line="240" w:lineRule="auto"/>
        <w:ind w:left="0"/>
        <w:jc w:val="both"/>
        <w:rPr>
          <w:rFonts w:cs="Times New Roman"/>
        </w:rPr>
      </w:pPr>
      <w:r>
        <w:rPr>
          <w:rFonts w:cs="Times New Roman"/>
        </w:rPr>
        <w:lastRenderedPageBreak/>
        <w:tab/>
        <w:t>4.5.</w:t>
      </w:r>
      <w:r w:rsidR="00351B1E">
        <w:rPr>
          <w:rFonts w:cs="Times New Roman"/>
        </w:rPr>
        <w:t xml:space="preserve"> </w:t>
      </w:r>
      <w:proofErr w:type="spellStart"/>
      <w:r w:rsidR="00DB3473">
        <w:rPr>
          <w:rFonts w:cs="Times New Roman"/>
        </w:rPr>
        <w:t>Metinės</w:t>
      </w:r>
      <w:proofErr w:type="spellEnd"/>
      <w:r w:rsidR="00DB3473">
        <w:rPr>
          <w:rFonts w:cs="Times New Roman"/>
        </w:rPr>
        <w:t xml:space="preserve"> </w:t>
      </w:r>
      <w:proofErr w:type="spellStart"/>
      <w:r w:rsidR="00DB3473">
        <w:rPr>
          <w:rFonts w:cs="Times New Roman"/>
        </w:rPr>
        <w:t>ir</w:t>
      </w:r>
      <w:proofErr w:type="spellEnd"/>
      <w:r w:rsidR="00DB3473">
        <w:rPr>
          <w:rFonts w:cs="Times New Roman"/>
        </w:rPr>
        <w:t xml:space="preserve"> </w:t>
      </w:r>
      <w:proofErr w:type="spellStart"/>
      <w:r w:rsidR="00DB3473">
        <w:rPr>
          <w:rFonts w:cs="Times New Roman"/>
        </w:rPr>
        <w:t>galutinė</w:t>
      </w:r>
      <w:proofErr w:type="spellEnd"/>
      <w:r w:rsidR="00DB3473">
        <w:rPr>
          <w:rFonts w:cs="Times New Roman"/>
        </w:rPr>
        <w:t xml:space="preserve"> </w:t>
      </w:r>
      <w:proofErr w:type="spellStart"/>
      <w:r w:rsidR="00DB3473">
        <w:rPr>
          <w:rFonts w:cs="Times New Roman"/>
        </w:rPr>
        <w:t>ataskaitos</w:t>
      </w:r>
      <w:proofErr w:type="spellEnd"/>
      <w:r w:rsidR="00DB3473">
        <w:rPr>
          <w:rFonts w:cs="Times New Roman"/>
        </w:rPr>
        <w:t xml:space="preserve"> </w:t>
      </w:r>
      <w:proofErr w:type="spellStart"/>
      <w:r w:rsidR="00DB3473">
        <w:rPr>
          <w:rFonts w:cs="Times New Roman"/>
        </w:rPr>
        <w:t>pateikiamos</w:t>
      </w:r>
      <w:proofErr w:type="spellEnd"/>
      <w:r w:rsidR="00DB3473">
        <w:rPr>
          <w:rFonts w:cs="Times New Roman"/>
        </w:rPr>
        <w:t xml:space="preserve"> </w:t>
      </w:r>
      <w:proofErr w:type="spellStart"/>
      <w:r w:rsidR="00DB3473">
        <w:rPr>
          <w:rFonts w:cs="Times New Roman"/>
        </w:rPr>
        <w:t>ir</w:t>
      </w:r>
      <w:proofErr w:type="spellEnd"/>
      <w:r w:rsidR="00DB3473">
        <w:rPr>
          <w:rFonts w:cs="Times New Roman"/>
        </w:rPr>
        <w:t xml:space="preserve"> </w:t>
      </w:r>
      <w:proofErr w:type="spellStart"/>
      <w:r w:rsidR="00DB3473">
        <w:rPr>
          <w:rFonts w:cs="Times New Roman"/>
        </w:rPr>
        <w:t>Aplinkos</w:t>
      </w:r>
      <w:proofErr w:type="spellEnd"/>
      <w:r w:rsidR="00DB3473">
        <w:rPr>
          <w:rFonts w:cs="Times New Roman"/>
        </w:rPr>
        <w:t xml:space="preserve"> </w:t>
      </w:r>
      <w:proofErr w:type="spellStart"/>
      <w:r w:rsidR="00DB3473">
        <w:rPr>
          <w:rFonts w:cs="Times New Roman"/>
        </w:rPr>
        <w:t>apsaugos</w:t>
      </w:r>
      <w:proofErr w:type="spellEnd"/>
      <w:r w:rsidR="00DB3473">
        <w:rPr>
          <w:rFonts w:cs="Times New Roman"/>
        </w:rPr>
        <w:t xml:space="preserve"> </w:t>
      </w:r>
      <w:proofErr w:type="spellStart"/>
      <w:r w:rsidR="00DB3473">
        <w:rPr>
          <w:rFonts w:cs="Times New Roman"/>
        </w:rPr>
        <w:t>agentūrai</w:t>
      </w:r>
      <w:proofErr w:type="spellEnd"/>
      <w:r w:rsidR="00DB3473">
        <w:rPr>
          <w:rFonts w:cs="Times New Roman"/>
        </w:rPr>
        <w:t xml:space="preserve"> (AAA).</w:t>
      </w:r>
      <w:r w:rsidR="009B0B3F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Aplinkos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apsaugos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agentūrai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aplinkos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oro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ir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paviršinio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vandens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aplinkos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monitoring</w:t>
      </w:r>
      <w:r w:rsidR="006342F4">
        <w:rPr>
          <w:rFonts w:cs="Times New Roman"/>
        </w:rPr>
        <w:t>o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duomenys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teikiami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naudojant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informacinę</w:t>
      </w:r>
      <w:proofErr w:type="spellEnd"/>
      <w:r w:rsidR="000B1FCB">
        <w:rPr>
          <w:rFonts w:cs="Times New Roman"/>
        </w:rPr>
        <w:t xml:space="preserve"> </w:t>
      </w:r>
      <w:proofErr w:type="spellStart"/>
      <w:r w:rsidR="000B1FCB">
        <w:rPr>
          <w:rFonts w:cs="Times New Roman"/>
        </w:rPr>
        <w:t>sistemą</w:t>
      </w:r>
      <w:proofErr w:type="spellEnd"/>
      <w:r w:rsidR="000B1FCB">
        <w:rPr>
          <w:rFonts w:cs="Times New Roman"/>
        </w:rPr>
        <w:t xml:space="preserve"> „</w:t>
      </w:r>
      <w:proofErr w:type="spellStart"/>
      <w:r w:rsidR="006342F4">
        <w:rPr>
          <w:rFonts w:cs="Times New Roman"/>
        </w:rPr>
        <w:t>Aplinkos</w:t>
      </w:r>
      <w:proofErr w:type="spellEnd"/>
      <w:r w:rsidR="006342F4">
        <w:rPr>
          <w:rFonts w:cs="Times New Roman"/>
        </w:rPr>
        <w:t xml:space="preserve"> </w:t>
      </w:r>
      <w:proofErr w:type="spellStart"/>
      <w:r w:rsidR="006342F4">
        <w:rPr>
          <w:rFonts w:cs="Times New Roman"/>
        </w:rPr>
        <w:t>informacijos</w:t>
      </w:r>
      <w:proofErr w:type="spellEnd"/>
      <w:r w:rsidR="006342F4">
        <w:rPr>
          <w:rFonts w:cs="Times New Roman"/>
        </w:rPr>
        <w:t xml:space="preserve"> </w:t>
      </w:r>
      <w:proofErr w:type="spellStart"/>
      <w:r w:rsidR="006342F4">
        <w:rPr>
          <w:rFonts w:cs="Times New Roman"/>
        </w:rPr>
        <w:t>valdymo</w:t>
      </w:r>
      <w:proofErr w:type="spellEnd"/>
      <w:r w:rsidR="006342F4">
        <w:rPr>
          <w:rFonts w:cs="Times New Roman"/>
        </w:rPr>
        <w:t xml:space="preserve"> </w:t>
      </w:r>
      <w:proofErr w:type="spellStart"/>
      <w:r w:rsidR="006342F4">
        <w:rPr>
          <w:rFonts w:cs="Times New Roman"/>
        </w:rPr>
        <w:t>integruota</w:t>
      </w:r>
      <w:proofErr w:type="spellEnd"/>
      <w:r w:rsidR="006342F4">
        <w:rPr>
          <w:rFonts w:cs="Times New Roman"/>
        </w:rPr>
        <w:t xml:space="preserve"> </w:t>
      </w:r>
      <w:proofErr w:type="spellStart"/>
      <w:r w:rsidR="006342F4">
        <w:rPr>
          <w:rFonts w:cs="Times New Roman"/>
        </w:rPr>
        <w:t>kompiuterinė</w:t>
      </w:r>
      <w:proofErr w:type="spellEnd"/>
      <w:r w:rsidR="006342F4">
        <w:rPr>
          <w:rFonts w:cs="Times New Roman"/>
        </w:rPr>
        <w:t xml:space="preserve"> </w:t>
      </w:r>
      <w:proofErr w:type="spellStart"/>
      <w:proofErr w:type="gramStart"/>
      <w:r w:rsidR="006342F4">
        <w:rPr>
          <w:rFonts w:cs="Times New Roman"/>
        </w:rPr>
        <w:t>sistema</w:t>
      </w:r>
      <w:proofErr w:type="spellEnd"/>
      <w:r w:rsidR="006342F4">
        <w:rPr>
          <w:rFonts w:cs="Times New Roman"/>
        </w:rPr>
        <w:t xml:space="preserve">“ </w:t>
      </w:r>
      <w:r w:rsidR="00A14ACA">
        <w:rPr>
          <w:rFonts w:cs="Times New Roman"/>
        </w:rPr>
        <w:t>(</w:t>
      </w:r>
      <w:proofErr w:type="spellStart"/>
      <w:proofErr w:type="gramEnd"/>
      <w:r w:rsidR="00A14ACA">
        <w:rPr>
          <w:rFonts w:cs="Times New Roman"/>
        </w:rPr>
        <w:t>toliau</w:t>
      </w:r>
      <w:proofErr w:type="spellEnd"/>
      <w:r w:rsidR="00A14ACA">
        <w:rPr>
          <w:rFonts w:cs="Times New Roman"/>
        </w:rPr>
        <w:t xml:space="preserve"> – AIVIKS).</w:t>
      </w:r>
    </w:p>
    <w:p w14:paraId="34E7BF87" w14:textId="32C33032" w:rsidR="0043007D" w:rsidRDefault="00E379BD" w:rsidP="00E445B1">
      <w:r>
        <w:tab/>
        <w:t>4.6.</w:t>
      </w:r>
      <w:r w:rsidR="00351B1E">
        <w:t xml:space="preserve"> </w:t>
      </w:r>
      <w:proofErr w:type="spellStart"/>
      <w:r w:rsidR="00877C55" w:rsidRPr="00312379">
        <w:t>Paslaug</w:t>
      </w:r>
      <w:r w:rsidR="00ED3056">
        <w:t>os</w:t>
      </w:r>
      <w:proofErr w:type="spellEnd"/>
      <w:r w:rsidR="00877C55" w:rsidRPr="00312379">
        <w:t xml:space="preserve"> </w:t>
      </w:r>
      <w:proofErr w:type="spellStart"/>
      <w:r w:rsidR="00877C55" w:rsidRPr="00312379">
        <w:t>teikėjas</w:t>
      </w:r>
      <w:proofErr w:type="spellEnd"/>
      <w:r w:rsidR="00877C55" w:rsidRPr="00312379">
        <w:t xml:space="preserve"> </w:t>
      </w:r>
      <w:proofErr w:type="spellStart"/>
      <w:r w:rsidR="00877C55" w:rsidRPr="00312379">
        <w:t>metinėse</w:t>
      </w:r>
      <w:proofErr w:type="spellEnd"/>
      <w:r w:rsidR="00877C55" w:rsidRPr="00312379">
        <w:t xml:space="preserve"> </w:t>
      </w:r>
      <w:proofErr w:type="spellStart"/>
      <w:r w:rsidR="00877C55" w:rsidRPr="00312379">
        <w:t>ir</w:t>
      </w:r>
      <w:proofErr w:type="spellEnd"/>
      <w:r w:rsidR="00877C55" w:rsidRPr="00312379">
        <w:t xml:space="preserve"> </w:t>
      </w:r>
      <w:proofErr w:type="spellStart"/>
      <w:r w:rsidR="00877C55" w:rsidRPr="00312379">
        <w:t>galutinėje</w:t>
      </w:r>
      <w:proofErr w:type="spellEnd"/>
      <w:r w:rsidR="00877C55" w:rsidRPr="00312379">
        <w:t xml:space="preserve"> </w:t>
      </w:r>
      <w:proofErr w:type="spellStart"/>
      <w:r w:rsidR="00877C55" w:rsidRPr="00312379">
        <w:t>ataskaitose</w:t>
      </w:r>
      <w:proofErr w:type="spellEnd"/>
      <w:r w:rsidR="00877C55" w:rsidRPr="00312379">
        <w:t xml:space="preserve"> </w:t>
      </w:r>
      <w:proofErr w:type="spellStart"/>
      <w:r w:rsidR="00877C55" w:rsidRPr="00312379">
        <w:t>privalo</w:t>
      </w:r>
      <w:proofErr w:type="spellEnd"/>
      <w:r w:rsidR="00877C55" w:rsidRPr="00312379">
        <w:t xml:space="preserve"> </w:t>
      </w:r>
      <w:proofErr w:type="spellStart"/>
      <w:r w:rsidR="00877C55" w:rsidRPr="00312379">
        <w:t>pateikti</w:t>
      </w:r>
      <w:proofErr w:type="spellEnd"/>
      <w:r w:rsidR="00877C55" w:rsidRPr="00312379">
        <w:t xml:space="preserve"> </w:t>
      </w:r>
      <w:proofErr w:type="spellStart"/>
      <w:r w:rsidR="00877C55" w:rsidRPr="00312379">
        <w:t>faktinius</w:t>
      </w:r>
      <w:proofErr w:type="spellEnd"/>
      <w:r w:rsidR="00877C55" w:rsidRPr="00312379">
        <w:t xml:space="preserve"> </w:t>
      </w:r>
      <w:proofErr w:type="spellStart"/>
      <w:r w:rsidR="00877C55" w:rsidRPr="00312379">
        <w:t>tyrimų</w:t>
      </w:r>
      <w:proofErr w:type="spellEnd"/>
      <w:r w:rsidR="00877C55" w:rsidRPr="00312379">
        <w:t xml:space="preserve"> </w:t>
      </w:r>
      <w:proofErr w:type="spellStart"/>
      <w:r w:rsidR="00877C55" w:rsidRPr="00312379">
        <w:t>duomenis</w:t>
      </w:r>
      <w:proofErr w:type="spellEnd"/>
      <w:r w:rsidR="00877C55" w:rsidRPr="00312379">
        <w:t xml:space="preserve">, </w:t>
      </w:r>
      <w:proofErr w:type="spellStart"/>
      <w:r w:rsidR="00877C55" w:rsidRPr="00312379">
        <w:t>jų</w:t>
      </w:r>
      <w:proofErr w:type="spellEnd"/>
      <w:r w:rsidR="00877C55" w:rsidRPr="00312379">
        <w:t xml:space="preserve"> </w:t>
      </w:r>
      <w:proofErr w:type="spellStart"/>
      <w:r w:rsidR="00877C55" w:rsidRPr="00312379">
        <w:t>palyginimą</w:t>
      </w:r>
      <w:proofErr w:type="spellEnd"/>
      <w:r w:rsidR="00877C55" w:rsidRPr="00312379">
        <w:t xml:space="preserve"> </w:t>
      </w:r>
      <w:proofErr w:type="spellStart"/>
      <w:r w:rsidR="00877C55" w:rsidRPr="00312379">
        <w:t>su</w:t>
      </w:r>
      <w:proofErr w:type="spellEnd"/>
      <w:r w:rsidR="00877C55" w:rsidRPr="00312379">
        <w:t xml:space="preserve"> </w:t>
      </w:r>
      <w:proofErr w:type="spellStart"/>
      <w:r w:rsidR="00877C55" w:rsidRPr="00312379">
        <w:t>ribinėmis</w:t>
      </w:r>
      <w:proofErr w:type="spellEnd"/>
      <w:r w:rsidR="00877C55" w:rsidRPr="00312379">
        <w:t xml:space="preserve">, </w:t>
      </w:r>
      <w:proofErr w:type="spellStart"/>
      <w:r w:rsidR="00877C55" w:rsidRPr="00312379">
        <w:t>siektinomis</w:t>
      </w:r>
      <w:proofErr w:type="spellEnd"/>
      <w:r w:rsidR="00877C55" w:rsidRPr="00312379">
        <w:t xml:space="preserve"> </w:t>
      </w:r>
      <w:proofErr w:type="spellStart"/>
      <w:r w:rsidR="00877C55" w:rsidRPr="00312379">
        <w:t>ar</w:t>
      </w:r>
      <w:proofErr w:type="spellEnd"/>
      <w:r w:rsidR="00877C55" w:rsidRPr="00312379">
        <w:t xml:space="preserve"> </w:t>
      </w:r>
      <w:proofErr w:type="spellStart"/>
      <w:r w:rsidR="00877C55" w:rsidRPr="00312379">
        <w:t>kitomis</w:t>
      </w:r>
      <w:proofErr w:type="spellEnd"/>
      <w:r w:rsidR="00877C55" w:rsidRPr="00312379">
        <w:t xml:space="preserve"> </w:t>
      </w:r>
      <w:proofErr w:type="spellStart"/>
      <w:r w:rsidR="00877C55" w:rsidRPr="00312379">
        <w:t>vertinimo</w:t>
      </w:r>
      <w:proofErr w:type="spellEnd"/>
      <w:r w:rsidR="00877C55" w:rsidRPr="00312379">
        <w:t xml:space="preserve"> </w:t>
      </w:r>
      <w:proofErr w:type="spellStart"/>
      <w:r w:rsidR="00877C55" w:rsidRPr="00312379">
        <w:t>vertėmis</w:t>
      </w:r>
      <w:proofErr w:type="spellEnd"/>
      <w:r w:rsidR="00877C55" w:rsidRPr="00312379">
        <w:t xml:space="preserve">, </w:t>
      </w:r>
      <w:proofErr w:type="spellStart"/>
      <w:r w:rsidR="00877C55" w:rsidRPr="00312379">
        <w:t>pokytį</w:t>
      </w:r>
      <w:proofErr w:type="spellEnd"/>
      <w:r w:rsidR="00877C55" w:rsidRPr="00312379">
        <w:t xml:space="preserve"> </w:t>
      </w:r>
      <w:proofErr w:type="spellStart"/>
      <w:r w:rsidR="00877C55" w:rsidRPr="00312379">
        <w:t>lyginant</w:t>
      </w:r>
      <w:proofErr w:type="spellEnd"/>
      <w:r w:rsidR="00877C55" w:rsidRPr="00312379">
        <w:t xml:space="preserve"> </w:t>
      </w:r>
      <w:proofErr w:type="spellStart"/>
      <w:r w:rsidR="00877C55" w:rsidRPr="00312379">
        <w:t>su</w:t>
      </w:r>
      <w:proofErr w:type="spellEnd"/>
      <w:r w:rsidR="00877C55" w:rsidRPr="00312379">
        <w:t xml:space="preserve"> </w:t>
      </w:r>
      <w:proofErr w:type="spellStart"/>
      <w:r w:rsidR="00877C55" w:rsidRPr="00312379">
        <w:t>ankstesniais</w:t>
      </w:r>
      <w:proofErr w:type="spellEnd"/>
      <w:r w:rsidR="00877C55" w:rsidRPr="00312379">
        <w:t xml:space="preserve"> </w:t>
      </w:r>
      <w:proofErr w:type="spellStart"/>
      <w:r w:rsidR="00877C55" w:rsidRPr="00312379">
        <w:t>metais</w:t>
      </w:r>
      <w:proofErr w:type="spellEnd"/>
      <w:r w:rsidR="00877C55" w:rsidRPr="00312379">
        <w:t xml:space="preserve">, </w:t>
      </w:r>
      <w:proofErr w:type="spellStart"/>
      <w:r w:rsidR="005F7888" w:rsidRPr="005F7888">
        <w:t>nustatytų</w:t>
      </w:r>
      <w:proofErr w:type="spellEnd"/>
      <w:r w:rsidR="005F7888" w:rsidRPr="005F7888">
        <w:t xml:space="preserve"> </w:t>
      </w:r>
      <w:proofErr w:type="spellStart"/>
      <w:r w:rsidR="00877C55" w:rsidRPr="00312379">
        <w:t>viršijimų</w:t>
      </w:r>
      <w:proofErr w:type="spellEnd"/>
      <w:r w:rsidR="00877C55" w:rsidRPr="00312379">
        <w:t xml:space="preserve"> </w:t>
      </w:r>
      <w:proofErr w:type="spellStart"/>
      <w:r w:rsidR="00877C55" w:rsidRPr="00312379">
        <w:t>ar</w:t>
      </w:r>
      <w:proofErr w:type="spellEnd"/>
      <w:r w:rsidR="00877C55" w:rsidRPr="00312379">
        <w:t xml:space="preserve"> </w:t>
      </w:r>
      <w:proofErr w:type="spellStart"/>
      <w:r w:rsidR="00877C55" w:rsidRPr="00312379">
        <w:t>reikšmingų</w:t>
      </w:r>
      <w:proofErr w:type="spellEnd"/>
      <w:r w:rsidR="00877C55" w:rsidRPr="00312379">
        <w:t xml:space="preserve"> </w:t>
      </w:r>
      <w:proofErr w:type="spellStart"/>
      <w:r w:rsidR="00877C55" w:rsidRPr="00312379">
        <w:t>pokyčių</w:t>
      </w:r>
      <w:proofErr w:type="spellEnd"/>
      <w:r w:rsidR="00877C55" w:rsidRPr="00312379">
        <w:t xml:space="preserve"> </w:t>
      </w:r>
      <w:proofErr w:type="spellStart"/>
      <w:r w:rsidR="00877C55" w:rsidRPr="00312379">
        <w:t>priežasčių</w:t>
      </w:r>
      <w:proofErr w:type="spellEnd"/>
      <w:r w:rsidR="00877C55" w:rsidRPr="00312379">
        <w:t xml:space="preserve"> </w:t>
      </w:r>
      <w:proofErr w:type="spellStart"/>
      <w:r w:rsidR="00877C55" w:rsidRPr="00312379">
        <w:t>įvertinimą</w:t>
      </w:r>
      <w:proofErr w:type="spellEnd"/>
      <w:r w:rsidR="00877C55" w:rsidRPr="00312379">
        <w:t xml:space="preserve"> </w:t>
      </w:r>
      <w:proofErr w:type="spellStart"/>
      <w:r w:rsidR="00877C55" w:rsidRPr="00312379">
        <w:t>ir</w:t>
      </w:r>
      <w:proofErr w:type="spellEnd"/>
      <w:r w:rsidR="00877C55" w:rsidRPr="00312379">
        <w:t xml:space="preserve"> </w:t>
      </w:r>
      <w:proofErr w:type="spellStart"/>
      <w:r w:rsidR="00877C55" w:rsidRPr="00312379">
        <w:t>aiškias</w:t>
      </w:r>
      <w:proofErr w:type="spellEnd"/>
      <w:r w:rsidR="00877C55" w:rsidRPr="00312379">
        <w:t xml:space="preserve"> </w:t>
      </w:r>
      <w:proofErr w:type="spellStart"/>
      <w:r w:rsidR="00877C55" w:rsidRPr="00312379">
        <w:t>rekomendacijas</w:t>
      </w:r>
      <w:proofErr w:type="spellEnd"/>
      <w:r w:rsidR="00877C55" w:rsidRPr="00312379">
        <w:t xml:space="preserve"> </w:t>
      </w:r>
      <w:proofErr w:type="spellStart"/>
      <w:r w:rsidR="005F7888" w:rsidRPr="005F7888">
        <w:t>Savivaldybei</w:t>
      </w:r>
      <w:proofErr w:type="spellEnd"/>
      <w:r w:rsidR="00877C55" w:rsidRPr="00312379">
        <w:t>.</w:t>
      </w:r>
    </w:p>
    <w:p w14:paraId="3299D69B" w14:textId="7D299CA7" w:rsidR="00312379" w:rsidRDefault="00E379BD">
      <w:pPr>
        <w:spacing w:after="0"/>
        <w:jc w:val="both"/>
        <w:rPr>
          <w:kern w:val="2"/>
          <w:szCs w:val="24"/>
          <w14:ligatures w14:val="standardContextual"/>
        </w:rPr>
      </w:pPr>
      <w:r>
        <w:rPr>
          <w:color w:val="000000"/>
        </w:rPr>
        <w:tab/>
        <w:t>4.7.</w:t>
      </w:r>
      <w:r w:rsidR="00351B1E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Kiekvienoje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metinėje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ataskaitoje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turi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būti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aiškiai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atskirta</w:t>
      </w:r>
      <w:proofErr w:type="spellEnd"/>
      <w:r w:rsidR="00312379">
        <w:rPr>
          <w:color w:val="000000"/>
        </w:rPr>
        <w:t xml:space="preserve">: 1) </w:t>
      </w:r>
      <w:proofErr w:type="spellStart"/>
      <w:r w:rsidR="00312379">
        <w:rPr>
          <w:color w:val="000000"/>
        </w:rPr>
        <w:t>trumpa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tyrimų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atlikimo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santrauka</w:t>
      </w:r>
      <w:proofErr w:type="spellEnd"/>
      <w:r w:rsidR="00312379">
        <w:rPr>
          <w:color w:val="000000"/>
        </w:rPr>
        <w:t xml:space="preserve">; 2) </w:t>
      </w:r>
      <w:proofErr w:type="spellStart"/>
      <w:r w:rsidR="00312379">
        <w:rPr>
          <w:color w:val="000000"/>
        </w:rPr>
        <w:t>faktiniai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tyrimų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rezultatai</w:t>
      </w:r>
      <w:proofErr w:type="spellEnd"/>
      <w:r w:rsidR="00312379">
        <w:rPr>
          <w:color w:val="000000"/>
        </w:rPr>
        <w:t xml:space="preserve">; 3) </w:t>
      </w:r>
      <w:proofErr w:type="spellStart"/>
      <w:r w:rsidR="00312379">
        <w:rPr>
          <w:color w:val="000000"/>
        </w:rPr>
        <w:t>rezultatų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analizė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ir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tendencijos</w:t>
      </w:r>
      <w:proofErr w:type="spellEnd"/>
      <w:r w:rsidR="00312379">
        <w:rPr>
          <w:color w:val="000000"/>
        </w:rPr>
        <w:t xml:space="preserve">; 4) </w:t>
      </w:r>
      <w:proofErr w:type="spellStart"/>
      <w:r w:rsidR="00312379">
        <w:rPr>
          <w:color w:val="000000"/>
        </w:rPr>
        <w:t>nustatyti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viršijimai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rizikos</w:t>
      </w:r>
      <w:proofErr w:type="spellEnd"/>
      <w:r w:rsidR="00312379">
        <w:rPr>
          <w:color w:val="000000"/>
        </w:rPr>
        <w:t xml:space="preserve">; 5) </w:t>
      </w:r>
      <w:proofErr w:type="spellStart"/>
      <w:r w:rsidR="00312379">
        <w:rPr>
          <w:color w:val="000000"/>
        </w:rPr>
        <w:t>galimas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taršos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poveikis</w:t>
      </w:r>
      <w:proofErr w:type="spellEnd"/>
      <w:r w:rsidR="00312379">
        <w:rPr>
          <w:color w:val="000000"/>
        </w:rPr>
        <w:t xml:space="preserve">; 6) </w:t>
      </w:r>
      <w:proofErr w:type="spellStart"/>
      <w:r w:rsidR="00312379">
        <w:rPr>
          <w:color w:val="000000"/>
        </w:rPr>
        <w:t>konkretūs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siūlymai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Savivaldybei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dėl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taršos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mažinimo</w:t>
      </w:r>
      <w:proofErr w:type="spellEnd"/>
      <w:r w:rsidR="00312379">
        <w:rPr>
          <w:color w:val="000000"/>
        </w:rPr>
        <w:t xml:space="preserve">, </w:t>
      </w:r>
      <w:proofErr w:type="spellStart"/>
      <w:r w:rsidR="00312379">
        <w:rPr>
          <w:color w:val="000000"/>
        </w:rPr>
        <w:t>papildomų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tyrimų</w:t>
      </w:r>
      <w:proofErr w:type="spellEnd"/>
      <w:r w:rsidR="00312379">
        <w:rPr>
          <w:color w:val="000000"/>
        </w:rPr>
        <w:t xml:space="preserve">, </w:t>
      </w:r>
      <w:proofErr w:type="spellStart"/>
      <w:r w:rsidR="00312379">
        <w:rPr>
          <w:color w:val="000000"/>
        </w:rPr>
        <w:t>prevencinių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priemonių</w:t>
      </w:r>
      <w:proofErr w:type="spellEnd"/>
      <w:r w:rsidR="00312379">
        <w:rPr>
          <w:color w:val="000000"/>
        </w:rPr>
        <w:t xml:space="preserve">, </w:t>
      </w:r>
      <w:proofErr w:type="spellStart"/>
      <w:r w:rsidR="00312379">
        <w:rPr>
          <w:color w:val="000000"/>
        </w:rPr>
        <w:t>informavimo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kitų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veiksmų</w:t>
      </w:r>
      <w:proofErr w:type="spellEnd"/>
      <w:r w:rsidR="00312379">
        <w:rPr>
          <w:color w:val="000000"/>
        </w:rPr>
        <w:t xml:space="preserve">. Jei </w:t>
      </w:r>
      <w:proofErr w:type="spellStart"/>
      <w:r w:rsidR="00312379">
        <w:rPr>
          <w:color w:val="000000"/>
        </w:rPr>
        <w:t>reikšmingų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pokyčių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viršijimų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nenustatyta</w:t>
      </w:r>
      <w:proofErr w:type="spellEnd"/>
      <w:r w:rsidR="00312379">
        <w:rPr>
          <w:color w:val="000000"/>
        </w:rPr>
        <w:t xml:space="preserve">, tai </w:t>
      </w:r>
      <w:proofErr w:type="spellStart"/>
      <w:r w:rsidR="00312379">
        <w:rPr>
          <w:color w:val="000000"/>
        </w:rPr>
        <w:t>turi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būti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aiškiai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nurodyta</w:t>
      </w:r>
      <w:proofErr w:type="spellEnd"/>
      <w:r w:rsidR="00312379">
        <w:rPr>
          <w:color w:val="000000"/>
        </w:rPr>
        <w:t xml:space="preserve">, </w:t>
      </w:r>
      <w:proofErr w:type="spellStart"/>
      <w:r w:rsidR="00312379">
        <w:rPr>
          <w:color w:val="000000"/>
        </w:rPr>
        <w:t>nepateikiant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perteklinių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aprašymų</w:t>
      </w:r>
      <w:proofErr w:type="spellEnd"/>
      <w:r w:rsidR="00312379">
        <w:rPr>
          <w:color w:val="000000"/>
        </w:rPr>
        <w:t>.</w:t>
      </w:r>
    </w:p>
    <w:p w14:paraId="676A0559" w14:textId="03AF7509" w:rsidR="00312379" w:rsidRDefault="00E379BD">
      <w:pPr>
        <w:spacing w:after="0"/>
        <w:jc w:val="both"/>
        <w:rPr>
          <w:kern w:val="2"/>
          <w:szCs w:val="24"/>
          <w14:ligatures w14:val="standardContextual"/>
        </w:rPr>
      </w:pPr>
      <w:r>
        <w:rPr>
          <w:color w:val="000000"/>
        </w:rPr>
        <w:tab/>
        <w:t>4.8.</w:t>
      </w:r>
      <w:r w:rsidR="00351B1E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Ataskaitose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pateikiamos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rekomendacijos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turi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būti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konkrečios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ir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pagrįstos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tyrimų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rezultatais</w:t>
      </w:r>
      <w:proofErr w:type="spellEnd"/>
      <w:r w:rsidR="00312379">
        <w:rPr>
          <w:color w:val="000000"/>
        </w:rPr>
        <w:t xml:space="preserve">. </w:t>
      </w:r>
      <w:proofErr w:type="spellStart"/>
      <w:r w:rsidR="00312379">
        <w:rPr>
          <w:color w:val="000000"/>
        </w:rPr>
        <w:t>Prie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kiekvienos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rekomendacijos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turi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būti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nurodyta</w:t>
      </w:r>
      <w:proofErr w:type="spellEnd"/>
      <w:r w:rsidR="00312379">
        <w:rPr>
          <w:color w:val="000000"/>
        </w:rPr>
        <w:t xml:space="preserve">, </w:t>
      </w:r>
      <w:proofErr w:type="spellStart"/>
      <w:r w:rsidR="00312379">
        <w:rPr>
          <w:color w:val="000000"/>
        </w:rPr>
        <w:t>kokiai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problemai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rizikai</w:t>
      </w:r>
      <w:proofErr w:type="spellEnd"/>
      <w:r w:rsidR="00312379">
        <w:rPr>
          <w:color w:val="000000"/>
        </w:rPr>
        <w:t xml:space="preserve"> ji </w:t>
      </w:r>
      <w:proofErr w:type="spellStart"/>
      <w:r w:rsidR="00312379">
        <w:rPr>
          <w:color w:val="000000"/>
        </w:rPr>
        <w:t>skirta</w:t>
      </w:r>
      <w:proofErr w:type="spellEnd"/>
      <w:r w:rsidR="00312379">
        <w:rPr>
          <w:color w:val="000000"/>
        </w:rPr>
        <w:t xml:space="preserve">, </w:t>
      </w:r>
      <w:proofErr w:type="spellStart"/>
      <w:r w:rsidR="00312379">
        <w:rPr>
          <w:color w:val="000000"/>
        </w:rPr>
        <w:t>kokioje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teritorijoje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tyrimų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vietoje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taikytina</w:t>
      </w:r>
      <w:proofErr w:type="spellEnd"/>
      <w:r w:rsidR="00312379">
        <w:rPr>
          <w:color w:val="000000"/>
        </w:rPr>
        <w:t xml:space="preserve">, </w:t>
      </w:r>
      <w:proofErr w:type="spellStart"/>
      <w:r w:rsidR="00312379">
        <w:rPr>
          <w:color w:val="000000"/>
        </w:rPr>
        <w:t>kokio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rezultato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siekiama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ir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kokia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institucija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subjektas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galėtų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būti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atsakingas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už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tolesnių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veiksmų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inicijavimą</w:t>
      </w:r>
      <w:proofErr w:type="spellEnd"/>
      <w:r w:rsidR="00312379">
        <w:rPr>
          <w:color w:val="000000"/>
        </w:rPr>
        <w:t xml:space="preserve">. </w:t>
      </w:r>
      <w:proofErr w:type="spellStart"/>
      <w:r w:rsidR="00312379">
        <w:rPr>
          <w:color w:val="000000"/>
        </w:rPr>
        <w:t>Bendro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pobūdžio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rekomendacijos</w:t>
      </w:r>
      <w:proofErr w:type="spellEnd"/>
      <w:r w:rsidR="00312379">
        <w:rPr>
          <w:color w:val="000000"/>
        </w:rPr>
        <w:t xml:space="preserve">, </w:t>
      </w:r>
      <w:proofErr w:type="spellStart"/>
      <w:r w:rsidR="00312379">
        <w:rPr>
          <w:color w:val="000000"/>
        </w:rPr>
        <w:t>kurios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nėra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susietos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su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gautais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tyrimų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duomenimis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ar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nustatyta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rizika</w:t>
      </w:r>
      <w:proofErr w:type="spellEnd"/>
      <w:r w:rsidR="00312379">
        <w:rPr>
          <w:color w:val="000000"/>
        </w:rPr>
        <w:t xml:space="preserve">, </w:t>
      </w:r>
      <w:proofErr w:type="spellStart"/>
      <w:r w:rsidR="00312379">
        <w:rPr>
          <w:color w:val="000000"/>
        </w:rPr>
        <w:t>nelaikomos</w:t>
      </w:r>
      <w:proofErr w:type="spellEnd"/>
      <w:r w:rsidR="00312379">
        <w:rPr>
          <w:color w:val="000000"/>
        </w:rPr>
        <w:t xml:space="preserve"> </w:t>
      </w:r>
      <w:proofErr w:type="spellStart"/>
      <w:r w:rsidR="00312379">
        <w:rPr>
          <w:color w:val="000000"/>
        </w:rPr>
        <w:t>tinkamomis</w:t>
      </w:r>
      <w:proofErr w:type="spellEnd"/>
      <w:r w:rsidR="00312379">
        <w:rPr>
          <w:color w:val="000000"/>
        </w:rPr>
        <w:t>.</w:t>
      </w:r>
    </w:p>
    <w:p w14:paraId="34AF4E6F" w14:textId="151188D5" w:rsidR="0043007D" w:rsidRDefault="00E379BD">
      <w:pPr>
        <w:spacing w:after="0"/>
        <w:jc w:val="both"/>
      </w:pPr>
      <w:r>
        <w:rPr>
          <w:color w:val="000000"/>
        </w:rPr>
        <w:tab/>
        <w:t>4.9.</w:t>
      </w:r>
      <w:r w:rsidR="001123B4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Galutinė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ataskaita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turi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apibendrinti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viso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Programos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vykdymo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laikotarpio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rezultatus</w:t>
      </w:r>
      <w:proofErr w:type="spellEnd"/>
      <w:r w:rsidR="00877C55" w:rsidRPr="009E1668">
        <w:rPr>
          <w:color w:val="000000"/>
        </w:rPr>
        <w:t xml:space="preserve">, </w:t>
      </w:r>
      <w:proofErr w:type="spellStart"/>
      <w:r w:rsidR="00877C55" w:rsidRPr="009E1668">
        <w:rPr>
          <w:color w:val="000000"/>
        </w:rPr>
        <w:t>tačiau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joje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taip</w:t>
      </w:r>
      <w:proofErr w:type="spellEnd"/>
      <w:r w:rsidR="00877C55" w:rsidRPr="009E1668">
        <w:rPr>
          <w:color w:val="000000"/>
        </w:rPr>
        <w:t xml:space="preserve"> pat </w:t>
      </w:r>
      <w:proofErr w:type="spellStart"/>
      <w:r w:rsidR="00877C55" w:rsidRPr="009E1668">
        <w:rPr>
          <w:color w:val="000000"/>
        </w:rPr>
        <w:t>neturi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būti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perteklinių</w:t>
      </w:r>
      <w:proofErr w:type="spellEnd"/>
      <w:r w:rsidR="00877C55" w:rsidRPr="009E1668">
        <w:rPr>
          <w:color w:val="000000"/>
        </w:rPr>
        <w:t xml:space="preserve">, </w:t>
      </w:r>
      <w:proofErr w:type="spellStart"/>
      <w:r w:rsidR="00877C55" w:rsidRPr="009E1668">
        <w:rPr>
          <w:color w:val="000000"/>
        </w:rPr>
        <w:t>nesusijusių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ar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kasmet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kartojamų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bendrųjų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aprašymų</w:t>
      </w:r>
      <w:proofErr w:type="spellEnd"/>
      <w:r w:rsidR="00877C55" w:rsidRPr="009E1668">
        <w:rPr>
          <w:color w:val="000000"/>
        </w:rPr>
        <w:t xml:space="preserve">. </w:t>
      </w:r>
      <w:proofErr w:type="spellStart"/>
      <w:r w:rsidR="00877C55" w:rsidRPr="009E1668">
        <w:rPr>
          <w:color w:val="000000"/>
        </w:rPr>
        <w:t>Galutinėje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ataskaitoje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turi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būti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pateiktos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pagrindinės</w:t>
      </w:r>
      <w:proofErr w:type="spellEnd"/>
      <w:r w:rsidR="00877C55" w:rsidRPr="009E1668">
        <w:rPr>
          <w:color w:val="000000"/>
        </w:rPr>
        <w:t xml:space="preserve"> </w:t>
      </w:r>
      <w:r w:rsidR="00877C55" w:rsidRPr="00A31BB6">
        <w:t>202</w:t>
      </w:r>
      <w:r w:rsidR="00892237" w:rsidRPr="00A31BB6">
        <w:t>7</w:t>
      </w:r>
      <w:r w:rsidR="00877C55" w:rsidRPr="00A31BB6">
        <w:t xml:space="preserve">–2030 </w:t>
      </w:r>
      <w:proofErr w:type="spellStart"/>
      <w:r w:rsidR="00877C55" w:rsidRPr="00A31BB6">
        <w:t>metų</w:t>
      </w:r>
      <w:proofErr w:type="spellEnd"/>
      <w:r w:rsidR="00877C55" w:rsidRPr="00A31BB6">
        <w:t xml:space="preserve"> </w:t>
      </w:r>
      <w:proofErr w:type="spellStart"/>
      <w:r w:rsidR="00877C55" w:rsidRPr="009E1668">
        <w:rPr>
          <w:color w:val="000000"/>
        </w:rPr>
        <w:t>tendencijos</w:t>
      </w:r>
      <w:proofErr w:type="spellEnd"/>
      <w:r w:rsidR="00877C55" w:rsidRPr="009E1668">
        <w:rPr>
          <w:color w:val="000000"/>
        </w:rPr>
        <w:t xml:space="preserve">, </w:t>
      </w:r>
      <w:proofErr w:type="spellStart"/>
      <w:r w:rsidR="00877C55" w:rsidRPr="009E1668">
        <w:rPr>
          <w:color w:val="000000"/>
        </w:rPr>
        <w:t>reikšmingiausi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pokyčiai</w:t>
      </w:r>
      <w:proofErr w:type="spellEnd"/>
      <w:r w:rsidR="00877C55" w:rsidRPr="009E1668">
        <w:rPr>
          <w:color w:val="000000"/>
        </w:rPr>
        <w:t xml:space="preserve">, </w:t>
      </w:r>
      <w:proofErr w:type="spellStart"/>
      <w:r w:rsidR="00877C55" w:rsidRPr="009E1668">
        <w:rPr>
          <w:color w:val="000000"/>
        </w:rPr>
        <w:t>nustatyti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viršijimai</w:t>
      </w:r>
      <w:proofErr w:type="spellEnd"/>
      <w:r w:rsidR="00877C55" w:rsidRPr="009E1668">
        <w:rPr>
          <w:color w:val="000000"/>
        </w:rPr>
        <w:t xml:space="preserve">, </w:t>
      </w:r>
      <w:proofErr w:type="spellStart"/>
      <w:r w:rsidR="00877C55" w:rsidRPr="009E1668">
        <w:rPr>
          <w:color w:val="000000"/>
        </w:rPr>
        <w:t>galimos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taršos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priežastys</w:t>
      </w:r>
      <w:proofErr w:type="spellEnd"/>
      <w:r w:rsidR="00877C55" w:rsidRPr="009E1668">
        <w:rPr>
          <w:color w:val="000000"/>
        </w:rPr>
        <w:t xml:space="preserve">, </w:t>
      </w:r>
      <w:proofErr w:type="spellStart"/>
      <w:r w:rsidR="00877C55" w:rsidRPr="009E1668">
        <w:rPr>
          <w:color w:val="000000"/>
        </w:rPr>
        <w:t>taikytų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ar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siūlomų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priemonių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veiksmingumo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vertinimas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ir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aiškūs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siūlymai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dėl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tolesnio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monitoringo</w:t>
      </w:r>
      <w:proofErr w:type="spellEnd"/>
      <w:r w:rsidR="00877C55" w:rsidRPr="009E1668">
        <w:rPr>
          <w:color w:val="000000"/>
        </w:rPr>
        <w:t xml:space="preserve">, </w:t>
      </w:r>
      <w:proofErr w:type="spellStart"/>
      <w:r w:rsidR="00877C55" w:rsidRPr="009E1668">
        <w:rPr>
          <w:color w:val="000000"/>
        </w:rPr>
        <w:t>taršos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prevencijos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ar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mažinimo</w:t>
      </w:r>
      <w:proofErr w:type="spellEnd"/>
      <w:r w:rsidR="00877C55" w:rsidRPr="009E1668">
        <w:rPr>
          <w:color w:val="000000"/>
        </w:rPr>
        <w:t xml:space="preserve"> </w:t>
      </w:r>
      <w:proofErr w:type="spellStart"/>
      <w:r w:rsidR="00877C55" w:rsidRPr="009E1668">
        <w:rPr>
          <w:color w:val="000000"/>
        </w:rPr>
        <w:t>priemonių</w:t>
      </w:r>
      <w:proofErr w:type="spellEnd"/>
      <w:r w:rsidR="00877C55" w:rsidRPr="009E1668">
        <w:rPr>
          <w:color w:val="000000"/>
        </w:rPr>
        <w:t>.</w:t>
      </w:r>
    </w:p>
    <w:p w14:paraId="4E186FA7" w14:textId="2CB04265" w:rsidR="0043007D" w:rsidRDefault="00E379BD">
      <w:pPr>
        <w:spacing w:after="0"/>
        <w:jc w:val="both"/>
      </w:pPr>
      <w:r>
        <w:rPr>
          <w:color w:val="000000"/>
        </w:rPr>
        <w:tab/>
        <w:t>4.10.</w:t>
      </w:r>
      <w:r w:rsidR="001123B4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Metines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ir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viso</w:t>
      </w:r>
      <w:r>
        <w:rPr>
          <w:color w:val="000000"/>
        </w:rPr>
        <w:t>s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Programos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laikotarpio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ataskaitas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F55AAB">
        <w:rPr>
          <w:color w:val="000000"/>
        </w:rPr>
        <w:t>P</w:t>
      </w:r>
      <w:r w:rsidR="00877C55" w:rsidRPr="00A028C7">
        <w:rPr>
          <w:color w:val="000000"/>
        </w:rPr>
        <w:t>aslaug</w:t>
      </w:r>
      <w:r w:rsidR="00ED3056">
        <w:rPr>
          <w:color w:val="000000"/>
        </w:rPr>
        <w:t>os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teikėjas</w:t>
      </w:r>
      <w:proofErr w:type="spellEnd"/>
      <w:r w:rsidR="00877C55" w:rsidRPr="00A028C7">
        <w:rPr>
          <w:color w:val="000000"/>
        </w:rPr>
        <w:t xml:space="preserve">, </w:t>
      </w:r>
      <w:proofErr w:type="spellStart"/>
      <w:r w:rsidR="00877C55" w:rsidRPr="00A028C7">
        <w:rPr>
          <w:color w:val="000000"/>
        </w:rPr>
        <w:t>Savivaldybei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paprašius</w:t>
      </w:r>
      <w:proofErr w:type="spellEnd"/>
      <w:r w:rsidR="00877C55" w:rsidRPr="00A028C7">
        <w:rPr>
          <w:color w:val="000000"/>
        </w:rPr>
        <w:t xml:space="preserve">, </w:t>
      </w:r>
      <w:proofErr w:type="spellStart"/>
      <w:r w:rsidR="00877C55" w:rsidRPr="00A028C7">
        <w:rPr>
          <w:color w:val="000000"/>
        </w:rPr>
        <w:t>pristato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visuomenei</w:t>
      </w:r>
      <w:proofErr w:type="spellEnd"/>
      <w:r w:rsidR="00877C55" w:rsidRPr="00A028C7">
        <w:rPr>
          <w:color w:val="000000"/>
        </w:rPr>
        <w:t xml:space="preserve">, </w:t>
      </w:r>
      <w:proofErr w:type="spellStart"/>
      <w:r w:rsidR="00F6770E">
        <w:rPr>
          <w:color w:val="000000"/>
        </w:rPr>
        <w:t>s</w:t>
      </w:r>
      <w:r w:rsidR="00877C55" w:rsidRPr="00A028C7">
        <w:rPr>
          <w:color w:val="000000"/>
        </w:rPr>
        <w:t>avivaldybės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tarybai</w:t>
      </w:r>
      <w:proofErr w:type="spellEnd"/>
      <w:r w:rsidR="00877C55" w:rsidRPr="00A028C7">
        <w:rPr>
          <w:color w:val="000000"/>
        </w:rPr>
        <w:t xml:space="preserve">, </w:t>
      </w:r>
      <w:proofErr w:type="spellStart"/>
      <w:r w:rsidR="00877C55" w:rsidRPr="00A028C7">
        <w:rPr>
          <w:color w:val="000000"/>
        </w:rPr>
        <w:t>komitetui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ar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kitam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Savivaldybės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nurodytam</w:t>
      </w:r>
      <w:proofErr w:type="spellEnd"/>
      <w:r w:rsidR="00877C55" w:rsidRPr="00A028C7">
        <w:rPr>
          <w:color w:val="000000"/>
        </w:rPr>
        <w:t xml:space="preserve"> </w:t>
      </w:r>
      <w:proofErr w:type="spellStart"/>
      <w:r w:rsidR="00877C55" w:rsidRPr="00A028C7">
        <w:rPr>
          <w:color w:val="000000"/>
        </w:rPr>
        <w:t>subjektui</w:t>
      </w:r>
      <w:proofErr w:type="spellEnd"/>
      <w:r w:rsidR="00877C55" w:rsidRPr="00A028C7">
        <w:rPr>
          <w:color w:val="000000"/>
        </w:rPr>
        <w:t>.</w:t>
      </w:r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Pristatymo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medžiaga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turi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būti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koncentruota</w:t>
      </w:r>
      <w:proofErr w:type="spellEnd"/>
      <w:r w:rsidR="00877C55" w:rsidRPr="00F26E24">
        <w:rPr>
          <w:color w:val="000000"/>
        </w:rPr>
        <w:t xml:space="preserve"> į </w:t>
      </w:r>
      <w:proofErr w:type="spellStart"/>
      <w:r w:rsidR="00877C55" w:rsidRPr="00F26E24">
        <w:rPr>
          <w:color w:val="000000"/>
        </w:rPr>
        <w:t>tyrimų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rezultatus</w:t>
      </w:r>
      <w:proofErr w:type="spellEnd"/>
      <w:r w:rsidR="00877C55" w:rsidRPr="00F26E24">
        <w:rPr>
          <w:color w:val="000000"/>
        </w:rPr>
        <w:t xml:space="preserve">, </w:t>
      </w:r>
      <w:proofErr w:type="spellStart"/>
      <w:r w:rsidR="00877C55" w:rsidRPr="00F26E24">
        <w:rPr>
          <w:color w:val="000000"/>
        </w:rPr>
        <w:t>pokyčius</w:t>
      </w:r>
      <w:proofErr w:type="spellEnd"/>
      <w:r w:rsidR="00877C55" w:rsidRPr="00F26E24">
        <w:rPr>
          <w:color w:val="000000"/>
        </w:rPr>
        <w:t xml:space="preserve">, </w:t>
      </w:r>
      <w:proofErr w:type="spellStart"/>
      <w:r w:rsidR="00877C55" w:rsidRPr="00F26E24">
        <w:rPr>
          <w:color w:val="000000"/>
        </w:rPr>
        <w:t>viršijimus</w:t>
      </w:r>
      <w:proofErr w:type="spellEnd"/>
      <w:r w:rsidR="00877C55" w:rsidRPr="00F26E24">
        <w:rPr>
          <w:color w:val="000000"/>
        </w:rPr>
        <w:t xml:space="preserve">, </w:t>
      </w:r>
      <w:proofErr w:type="spellStart"/>
      <w:r w:rsidR="00877C55" w:rsidRPr="00F26E24">
        <w:rPr>
          <w:color w:val="000000"/>
        </w:rPr>
        <w:t>galimą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poveikį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taršai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ir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siūlomas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priemones</w:t>
      </w:r>
      <w:proofErr w:type="spellEnd"/>
      <w:r w:rsidR="00877C55" w:rsidRPr="00F26E24">
        <w:rPr>
          <w:color w:val="000000"/>
        </w:rPr>
        <w:t xml:space="preserve">, </w:t>
      </w:r>
      <w:proofErr w:type="spellStart"/>
      <w:r w:rsidR="00877C55" w:rsidRPr="00F26E24">
        <w:rPr>
          <w:color w:val="000000"/>
        </w:rPr>
        <w:t>vengiant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perteklinės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bendro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pobūdžio</w:t>
      </w:r>
      <w:proofErr w:type="spellEnd"/>
      <w:r w:rsidR="00877C55" w:rsidRPr="00F26E24">
        <w:rPr>
          <w:color w:val="000000"/>
        </w:rPr>
        <w:t xml:space="preserve"> </w:t>
      </w:r>
      <w:proofErr w:type="spellStart"/>
      <w:r w:rsidR="00877C55" w:rsidRPr="00F26E24">
        <w:rPr>
          <w:color w:val="000000"/>
        </w:rPr>
        <w:t>informacijos</w:t>
      </w:r>
      <w:proofErr w:type="spellEnd"/>
      <w:r w:rsidR="00877C55" w:rsidRPr="00F26E24">
        <w:rPr>
          <w:color w:val="000000"/>
        </w:rPr>
        <w:t>.</w:t>
      </w:r>
    </w:p>
    <w:p w14:paraId="26058FB4" w14:textId="73225F12" w:rsidR="0043007D" w:rsidRDefault="00B979E4">
      <w:pPr>
        <w:spacing w:after="0"/>
        <w:jc w:val="both"/>
      </w:pPr>
      <w:r>
        <w:rPr>
          <w:color w:val="000000"/>
        </w:rPr>
        <w:tab/>
        <w:t>4.11.</w:t>
      </w:r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Duomenys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apie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aplinkos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monitoringo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eigą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ir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atliktų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tyrimų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rezultatai</w:t>
      </w:r>
      <w:proofErr w:type="spellEnd"/>
      <w:r w:rsidR="00877C55" w:rsidRPr="0098332F">
        <w:rPr>
          <w:color w:val="000000"/>
        </w:rPr>
        <w:t xml:space="preserve">, </w:t>
      </w:r>
      <w:proofErr w:type="spellStart"/>
      <w:r w:rsidR="00877C55" w:rsidRPr="0098332F">
        <w:rPr>
          <w:color w:val="000000"/>
        </w:rPr>
        <w:t>nurodant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tyrimų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vietas</w:t>
      </w:r>
      <w:proofErr w:type="spellEnd"/>
      <w:r w:rsidR="00877C55" w:rsidRPr="0098332F">
        <w:rPr>
          <w:color w:val="000000"/>
        </w:rPr>
        <w:t xml:space="preserve">, </w:t>
      </w:r>
      <w:proofErr w:type="spellStart"/>
      <w:r w:rsidR="00877C55" w:rsidRPr="0098332F">
        <w:rPr>
          <w:color w:val="000000"/>
        </w:rPr>
        <w:t>datas</w:t>
      </w:r>
      <w:proofErr w:type="spellEnd"/>
      <w:r w:rsidR="00877C55" w:rsidRPr="0098332F">
        <w:rPr>
          <w:color w:val="000000"/>
        </w:rPr>
        <w:t xml:space="preserve">, </w:t>
      </w:r>
      <w:proofErr w:type="spellStart"/>
      <w:r w:rsidR="00877C55" w:rsidRPr="0098332F">
        <w:rPr>
          <w:color w:val="000000"/>
        </w:rPr>
        <w:t>parametrus</w:t>
      </w:r>
      <w:proofErr w:type="spellEnd"/>
      <w:r w:rsidR="00877C55" w:rsidRPr="0098332F">
        <w:rPr>
          <w:color w:val="000000"/>
        </w:rPr>
        <w:t xml:space="preserve">, </w:t>
      </w:r>
      <w:proofErr w:type="spellStart"/>
      <w:r w:rsidR="00877C55" w:rsidRPr="0098332F">
        <w:rPr>
          <w:color w:val="000000"/>
        </w:rPr>
        <w:t>užfiksuotas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vertes</w:t>
      </w:r>
      <w:proofErr w:type="spellEnd"/>
      <w:r w:rsidR="00877C55" w:rsidRPr="0098332F">
        <w:rPr>
          <w:color w:val="000000"/>
        </w:rPr>
        <w:t xml:space="preserve">, </w:t>
      </w:r>
      <w:proofErr w:type="spellStart"/>
      <w:r w:rsidR="00877C55" w:rsidRPr="0098332F">
        <w:rPr>
          <w:color w:val="000000"/>
        </w:rPr>
        <w:t>taikytus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metodus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ir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atsakingus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asmenis</w:t>
      </w:r>
      <w:proofErr w:type="spellEnd"/>
      <w:r w:rsidR="00877C55" w:rsidRPr="0098332F">
        <w:rPr>
          <w:color w:val="000000"/>
        </w:rPr>
        <w:t xml:space="preserve">, </w:t>
      </w:r>
      <w:proofErr w:type="spellStart"/>
      <w:r w:rsidR="00877C55" w:rsidRPr="0098332F">
        <w:rPr>
          <w:color w:val="000000"/>
        </w:rPr>
        <w:t>pateikiami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Savivaldybės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Aplinkos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apsaugos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skyriui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kiekvieną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6B3CEB">
        <w:rPr>
          <w:color w:val="000000"/>
        </w:rPr>
        <w:t>pusmetį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kartu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su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suteiktų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paslaugų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perdavimo</w:t>
      </w:r>
      <w:proofErr w:type="spellEnd"/>
      <w:r w:rsidR="00877C55" w:rsidRPr="0098332F">
        <w:rPr>
          <w:color w:val="000000"/>
        </w:rPr>
        <w:t>–</w:t>
      </w:r>
      <w:proofErr w:type="spellStart"/>
      <w:r w:rsidR="00877C55" w:rsidRPr="0098332F">
        <w:rPr>
          <w:color w:val="000000"/>
        </w:rPr>
        <w:t>priėmimo</w:t>
      </w:r>
      <w:proofErr w:type="spellEnd"/>
      <w:r w:rsidR="00877C55" w:rsidRPr="0098332F">
        <w:rPr>
          <w:color w:val="000000"/>
        </w:rPr>
        <w:t xml:space="preserve"> </w:t>
      </w:r>
      <w:proofErr w:type="spellStart"/>
      <w:r w:rsidR="00877C55" w:rsidRPr="0098332F">
        <w:rPr>
          <w:color w:val="000000"/>
        </w:rPr>
        <w:t>aktu</w:t>
      </w:r>
      <w:proofErr w:type="spellEnd"/>
      <w:r w:rsidR="00877C55" w:rsidRPr="0098332F">
        <w:rPr>
          <w:color w:val="000000"/>
        </w:rPr>
        <w:t>.</w:t>
      </w:r>
    </w:p>
    <w:p w14:paraId="6FDC566E" w14:textId="3E3003B9" w:rsidR="0043007D" w:rsidRDefault="001123B4" w:rsidP="004F6122">
      <w:r>
        <w:rPr>
          <w:color w:val="000000"/>
        </w:rPr>
        <w:tab/>
        <w:t>4.12.</w:t>
      </w:r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Paslaug</w:t>
      </w:r>
      <w:r w:rsidR="00ED3056">
        <w:rPr>
          <w:color w:val="000000"/>
        </w:rPr>
        <w:t>os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teikėjo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pasiūlyme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nurodyta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kaina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turi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apimti</w:t>
      </w:r>
      <w:proofErr w:type="spellEnd"/>
      <w:r w:rsidR="00877C55">
        <w:rPr>
          <w:color w:val="000000"/>
        </w:rPr>
        <w:t xml:space="preserve"> visas </w:t>
      </w:r>
      <w:proofErr w:type="spellStart"/>
      <w:r w:rsidR="00877C55">
        <w:rPr>
          <w:color w:val="000000"/>
        </w:rPr>
        <w:t>išlaidas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būtinas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paslaug</w:t>
      </w:r>
      <w:r w:rsidR="009060C8">
        <w:rPr>
          <w:color w:val="000000"/>
        </w:rPr>
        <w:t>ai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suteikti</w:t>
      </w:r>
      <w:proofErr w:type="spellEnd"/>
      <w:r w:rsidR="00877C55">
        <w:rPr>
          <w:color w:val="000000"/>
        </w:rPr>
        <w:t xml:space="preserve">: </w:t>
      </w:r>
      <w:proofErr w:type="spellStart"/>
      <w:r w:rsidR="00877C55">
        <w:rPr>
          <w:color w:val="000000"/>
        </w:rPr>
        <w:t>pasirengimą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tyrimų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planavimą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ėminių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ėmimą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matavimus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laboratorinius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tyrimus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transportą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įrangą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reagentus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priemones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duomenų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apdorojimą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ataskaitų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rengimą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jų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tikslinimą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pagal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Savivaldybės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pastabas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duomenų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pateikimą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institucijoms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ir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kitas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su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sutarties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vykdymu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susijusias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išlaidas</w:t>
      </w:r>
      <w:proofErr w:type="spellEnd"/>
      <w:r w:rsidR="00877C55">
        <w:rPr>
          <w:color w:val="000000"/>
        </w:rPr>
        <w:t>.</w:t>
      </w:r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Papildomas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apmokėjimas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galimas</w:t>
      </w:r>
      <w:proofErr w:type="spellEnd"/>
      <w:r w:rsidR="00D461D5" w:rsidRPr="00D461D5">
        <w:rPr>
          <w:color w:val="000000"/>
        </w:rPr>
        <w:t xml:space="preserve"> tik </w:t>
      </w:r>
      <w:proofErr w:type="spellStart"/>
      <w:r w:rsidR="00D461D5" w:rsidRPr="00D461D5">
        <w:rPr>
          <w:color w:val="000000"/>
        </w:rPr>
        <w:t>už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sutartyje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ar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teisės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aktuose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nustatyta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tvarka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aiškiai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suderintas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papildomas</w:t>
      </w:r>
      <w:proofErr w:type="spellEnd"/>
      <w:r w:rsidR="00D461D5" w:rsidRPr="00D461D5">
        <w:rPr>
          <w:color w:val="000000"/>
        </w:rPr>
        <w:t xml:space="preserve"> </w:t>
      </w:r>
      <w:proofErr w:type="spellStart"/>
      <w:r w:rsidR="00D461D5" w:rsidRPr="00D461D5">
        <w:rPr>
          <w:color w:val="000000"/>
        </w:rPr>
        <w:t>paslaugas</w:t>
      </w:r>
      <w:proofErr w:type="spellEnd"/>
      <w:r w:rsidR="00D461D5" w:rsidRPr="00D461D5">
        <w:rPr>
          <w:color w:val="000000"/>
        </w:rPr>
        <w:t>.</w:t>
      </w:r>
    </w:p>
    <w:p w14:paraId="5807FBDE" w14:textId="3E308724" w:rsidR="0043007D" w:rsidRDefault="00226F48" w:rsidP="00F00D27">
      <w:r>
        <w:rPr>
          <w:color w:val="000000"/>
        </w:rPr>
        <w:tab/>
        <w:t>4.13.</w:t>
      </w:r>
      <w:r w:rsidR="00351B1E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Sutarties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vykdymo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metu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Savivaldybė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turi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teisę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reikalauti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patikslinti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papildyti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ar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pataisyti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ataskaitas</w:t>
      </w:r>
      <w:proofErr w:type="spellEnd"/>
      <w:r w:rsidR="00877C55">
        <w:rPr>
          <w:color w:val="000000"/>
        </w:rPr>
        <w:t xml:space="preserve">, </w:t>
      </w:r>
      <w:proofErr w:type="spellStart"/>
      <w:r w:rsidR="00C43F87" w:rsidRPr="00C43F87">
        <w:rPr>
          <w:color w:val="000000"/>
        </w:rPr>
        <w:t>duomenų</w:t>
      </w:r>
      <w:proofErr w:type="spellEnd"/>
      <w:r w:rsidR="00C43F87" w:rsidRPr="00C43F87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rinkinius</w:t>
      </w:r>
      <w:proofErr w:type="spellEnd"/>
      <w:r w:rsidR="00C43F87" w:rsidRPr="00C43F87">
        <w:rPr>
          <w:color w:val="000000"/>
        </w:rPr>
        <w:t xml:space="preserve">, </w:t>
      </w:r>
      <w:proofErr w:type="spellStart"/>
      <w:r w:rsidR="00C43F87" w:rsidRPr="00C43F87">
        <w:rPr>
          <w:color w:val="000000"/>
        </w:rPr>
        <w:t>protokolus</w:t>
      </w:r>
      <w:proofErr w:type="spellEnd"/>
      <w:r w:rsidR="00C43F87" w:rsidRPr="00C43F87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ar</w:t>
      </w:r>
      <w:proofErr w:type="spellEnd"/>
      <w:r w:rsidR="00C43F87" w:rsidRPr="00C43F87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kitus</w:t>
      </w:r>
      <w:proofErr w:type="spellEnd"/>
      <w:r w:rsidR="00C43F87" w:rsidRPr="00C43F87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rezultatus</w:t>
      </w:r>
      <w:proofErr w:type="spellEnd"/>
      <w:r w:rsidR="00C43F87" w:rsidRPr="00C43F87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jeigu</w:t>
      </w:r>
      <w:proofErr w:type="spellEnd"/>
      <w:r w:rsidR="00877C55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jie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neatitinka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Programos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techninės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specifikacijos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teisės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aktų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ar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sutarties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reikalavimų</w:t>
      </w:r>
      <w:proofErr w:type="spellEnd"/>
      <w:r w:rsidR="00877C55">
        <w:rPr>
          <w:color w:val="000000"/>
        </w:rPr>
        <w:t xml:space="preserve">. </w:t>
      </w:r>
      <w:proofErr w:type="spellStart"/>
      <w:r w:rsidR="00877C55">
        <w:rPr>
          <w:color w:val="000000"/>
        </w:rPr>
        <w:t>Paslaug</w:t>
      </w:r>
      <w:r w:rsidR="00ED3056">
        <w:rPr>
          <w:color w:val="000000"/>
        </w:rPr>
        <w:t>os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teikėjas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privalo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lastRenderedPageBreak/>
        <w:t>ištaisyti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trūkumus</w:t>
      </w:r>
      <w:proofErr w:type="spellEnd"/>
      <w:r w:rsidR="00877C55">
        <w:rPr>
          <w:color w:val="000000"/>
        </w:rPr>
        <w:t xml:space="preserve"> per </w:t>
      </w:r>
      <w:proofErr w:type="spellStart"/>
      <w:r w:rsidR="00877C55">
        <w:rPr>
          <w:color w:val="000000"/>
        </w:rPr>
        <w:t>Savivaldybės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nurodytą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pagrįstą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terminą</w:t>
      </w:r>
      <w:proofErr w:type="spellEnd"/>
      <w:r w:rsidR="00877C55">
        <w:rPr>
          <w:color w:val="000000"/>
        </w:rPr>
        <w:t xml:space="preserve"> be </w:t>
      </w:r>
      <w:proofErr w:type="spellStart"/>
      <w:r w:rsidR="00877C55">
        <w:rPr>
          <w:color w:val="000000"/>
        </w:rPr>
        <w:t>papildomo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apmokėjimo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jeigu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trūkumai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atsirado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dėl</w:t>
      </w:r>
      <w:proofErr w:type="spellEnd"/>
      <w:r w:rsidR="00877C55">
        <w:rPr>
          <w:color w:val="000000"/>
        </w:rPr>
        <w:t xml:space="preserve"> </w:t>
      </w:r>
      <w:proofErr w:type="spellStart"/>
      <w:r w:rsidR="001057A1">
        <w:rPr>
          <w:color w:val="000000"/>
        </w:rPr>
        <w:t>P</w:t>
      </w:r>
      <w:r w:rsidR="00877C55">
        <w:rPr>
          <w:color w:val="000000"/>
        </w:rPr>
        <w:t>aslaug</w:t>
      </w:r>
      <w:r w:rsidR="00474C34">
        <w:rPr>
          <w:color w:val="000000"/>
        </w:rPr>
        <w:t>os</w:t>
      </w:r>
      <w:proofErr w:type="spellEnd"/>
      <w:r w:rsidR="00474C34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teikėjo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kaltės</w:t>
      </w:r>
      <w:proofErr w:type="spellEnd"/>
      <w:r w:rsidR="00C43F87" w:rsidRPr="00C43F87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ar</w:t>
      </w:r>
      <w:proofErr w:type="spellEnd"/>
      <w:r w:rsidR="00C43F87" w:rsidRPr="00C43F87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netinkamo</w:t>
      </w:r>
      <w:proofErr w:type="spellEnd"/>
      <w:r w:rsidR="00C43F87" w:rsidRPr="00C43F87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sutartinių</w:t>
      </w:r>
      <w:proofErr w:type="spellEnd"/>
      <w:r w:rsidR="00C43F87" w:rsidRPr="00C43F87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įsipareigojimų</w:t>
      </w:r>
      <w:proofErr w:type="spellEnd"/>
      <w:r w:rsidR="00C43F87" w:rsidRPr="00C43F87">
        <w:rPr>
          <w:color w:val="000000"/>
        </w:rPr>
        <w:t xml:space="preserve"> </w:t>
      </w:r>
      <w:proofErr w:type="spellStart"/>
      <w:r w:rsidR="00C43F87" w:rsidRPr="00C43F87">
        <w:rPr>
          <w:color w:val="000000"/>
        </w:rPr>
        <w:t>vykdymo</w:t>
      </w:r>
      <w:proofErr w:type="spellEnd"/>
      <w:r w:rsidR="00877C55">
        <w:rPr>
          <w:color w:val="000000"/>
        </w:rPr>
        <w:t>.</w:t>
      </w:r>
    </w:p>
    <w:p w14:paraId="79F5EF89" w14:textId="5C4879B2" w:rsidR="0043007D" w:rsidRDefault="004B6515" w:rsidP="00C016FA">
      <w:pPr>
        <w:rPr>
          <w:color w:val="000000"/>
        </w:rPr>
      </w:pPr>
      <w:r>
        <w:rPr>
          <w:color w:val="000000"/>
        </w:rPr>
        <w:tab/>
        <w:t>4.14.</w:t>
      </w:r>
      <w:r w:rsidR="00351B1E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Paslaug</w:t>
      </w:r>
      <w:r w:rsidR="00C43C58">
        <w:rPr>
          <w:color w:val="000000"/>
        </w:rPr>
        <w:t>a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laikom</w:t>
      </w:r>
      <w:r w:rsidR="00C43C58">
        <w:rPr>
          <w:color w:val="000000"/>
        </w:rPr>
        <w:t>a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suteikt</w:t>
      </w:r>
      <w:r w:rsidR="00C43C58">
        <w:rPr>
          <w:color w:val="000000"/>
        </w:rPr>
        <w:t>a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tinkamai</w:t>
      </w:r>
      <w:proofErr w:type="spellEnd"/>
      <w:r w:rsidR="00877C55">
        <w:rPr>
          <w:color w:val="000000"/>
        </w:rPr>
        <w:t xml:space="preserve"> tik </w:t>
      </w:r>
      <w:proofErr w:type="spellStart"/>
      <w:r w:rsidR="00877C55">
        <w:rPr>
          <w:color w:val="000000"/>
        </w:rPr>
        <w:t>tada</w:t>
      </w:r>
      <w:proofErr w:type="spellEnd"/>
      <w:r w:rsidR="00877C55">
        <w:rPr>
          <w:color w:val="000000"/>
        </w:rPr>
        <w:t xml:space="preserve">, kai </w:t>
      </w:r>
      <w:proofErr w:type="spellStart"/>
      <w:r w:rsidR="00877C55">
        <w:rPr>
          <w:color w:val="000000"/>
        </w:rPr>
        <w:t>Savivaldybė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patvirtina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pateiktus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tyrimų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duomenis</w:t>
      </w:r>
      <w:proofErr w:type="spellEnd"/>
      <w:r w:rsidR="00877C55">
        <w:rPr>
          <w:color w:val="000000"/>
        </w:rPr>
        <w:t xml:space="preserve">, </w:t>
      </w:r>
      <w:proofErr w:type="spellStart"/>
      <w:r w:rsidR="00877C55">
        <w:rPr>
          <w:color w:val="000000"/>
        </w:rPr>
        <w:t>ataskaitas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ar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kitus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sutartyje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numatytus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rezultatus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ir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pasirašo</w:t>
      </w:r>
      <w:proofErr w:type="spellEnd"/>
      <w:r w:rsidR="00877C55">
        <w:rPr>
          <w:color w:val="000000"/>
        </w:rPr>
        <w:t xml:space="preserve"> </w:t>
      </w:r>
      <w:proofErr w:type="spellStart"/>
      <w:r w:rsidR="004B0BE6">
        <w:rPr>
          <w:color w:val="000000"/>
        </w:rPr>
        <w:t>P</w:t>
      </w:r>
      <w:r w:rsidR="00877C55">
        <w:rPr>
          <w:color w:val="000000"/>
        </w:rPr>
        <w:t>aslaug</w:t>
      </w:r>
      <w:r w:rsidR="00C43C58">
        <w:rPr>
          <w:color w:val="000000"/>
        </w:rPr>
        <w:t>os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perdavimo</w:t>
      </w:r>
      <w:proofErr w:type="spellEnd"/>
      <w:r w:rsidR="00877C55">
        <w:rPr>
          <w:color w:val="000000"/>
        </w:rPr>
        <w:t>–</w:t>
      </w:r>
      <w:proofErr w:type="spellStart"/>
      <w:r w:rsidR="00877C55">
        <w:rPr>
          <w:color w:val="000000"/>
        </w:rPr>
        <w:t>priėmimo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aktą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arba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kitą</w:t>
      </w:r>
      <w:proofErr w:type="spellEnd"/>
      <w:r w:rsidR="00877C55">
        <w:rPr>
          <w:color w:val="000000"/>
        </w:rPr>
        <w:t xml:space="preserve"> </w:t>
      </w:r>
      <w:proofErr w:type="spellStart"/>
      <w:r w:rsidR="004B0BE6">
        <w:rPr>
          <w:color w:val="000000"/>
        </w:rPr>
        <w:t>P</w:t>
      </w:r>
      <w:r w:rsidR="00877C55">
        <w:rPr>
          <w:color w:val="000000"/>
        </w:rPr>
        <w:t>aslaug</w:t>
      </w:r>
      <w:r w:rsidR="00C43C58">
        <w:rPr>
          <w:color w:val="000000"/>
        </w:rPr>
        <w:t>os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suteikimą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patvirtinantį</w:t>
      </w:r>
      <w:proofErr w:type="spellEnd"/>
      <w:r w:rsidR="00877C55">
        <w:rPr>
          <w:color w:val="000000"/>
        </w:rPr>
        <w:t xml:space="preserve"> </w:t>
      </w:r>
      <w:proofErr w:type="spellStart"/>
      <w:r w:rsidR="00877C55">
        <w:rPr>
          <w:color w:val="000000"/>
        </w:rPr>
        <w:t>dokumentą</w:t>
      </w:r>
      <w:proofErr w:type="spellEnd"/>
      <w:r w:rsidR="00877C55">
        <w:rPr>
          <w:color w:val="000000"/>
        </w:rPr>
        <w:t>.</w:t>
      </w:r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Savivaldybės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patvirtinimas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nepanaikina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Paslaug</w:t>
      </w:r>
      <w:r w:rsidR="00474C34">
        <w:rPr>
          <w:color w:val="000000"/>
        </w:rPr>
        <w:t>os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teikėjo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atsakomybės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už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pateiktų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duomenų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teisingumą</w:t>
      </w:r>
      <w:proofErr w:type="spellEnd"/>
      <w:r w:rsidR="001C4440" w:rsidRPr="001C4440">
        <w:rPr>
          <w:color w:val="000000"/>
        </w:rPr>
        <w:t xml:space="preserve">, </w:t>
      </w:r>
      <w:proofErr w:type="spellStart"/>
      <w:r w:rsidR="001C4440" w:rsidRPr="001C4440">
        <w:rPr>
          <w:color w:val="000000"/>
        </w:rPr>
        <w:t>tyrimų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kokybę</w:t>
      </w:r>
      <w:proofErr w:type="spellEnd"/>
      <w:r w:rsidR="001C4440" w:rsidRPr="001C4440">
        <w:rPr>
          <w:color w:val="000000"/>
        </w:rPr>
        <w:t xml:space="preserve">, </w:t>
      </w:r>
      <w:proofErr w:type="spellStart"/>
      <w:r w:rsidR="001C4440" w:rsidRPr="001C4440">
        <w:rPr>
          <w:color w:val="000000"/>
        </w:rPr>
        <w:t>metodų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tinkamumą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ir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teisės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aktų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reikalavimų</w:t>
      </w:r>
      <w:proofErr w:type="spellEnd"/>
      <w:r w:rsidR="001C4440" w:rsidRPr="001C4440">
        <w:rPr>
          <w:color w:val="000000"/>
        </w:rPr>
        <w:t xml:space="preserve"> </w:t>
      </w:r>
      <w:proofErr w:type="spellStart"/>
      <w:r w:rsidR="001C4440" w:rsidRPr="001C4440">
        <w:rPr>
          <w:color w:val="000000"/>
        </w:rPr>
        <w:t>laikymąsi</w:t>
      </w:r>
      <w:proofErr w:type="spellEnd"/>
      <w:r w:rsidR="001C4440" w:rsidRPr="001C4440">
        <w:rPr>
          <w:color w:val="000000"/>
        </w:rPr>
        <w:t>.</w:t>
      </w:r>
      <w:r w:rsidR="006B3042">
        <w:rPr>
          <w:color w:val="000000"/>
        </w:rPr>
        <w:t xml:space="preserve"> </w:t>
      </w:r>
    </w:p>
    <w:p w14:paraId="1675F4B0" w14:textId="102DB874" w:rsidR="006B3042" w:rsidRPr="00BD222B" w:rsidRDefault="000C4C38" w:rsidP="00C016FA">
      <w:r>
        <w:rPr>
          <w:color w:val="000000"/>
        </w:rPr>
        <w:tab/>
      </w:r>
      <w:r w:rsidR="006B3042">
        <w:rPr>
          <w:color w:val="000000"/>
        </w:rPr>
        <w:t xml:space="preserve">PRIDEDAMA. </w:t>
      </w:r>
      <w:proofErr w:type="spellStart"/>
      <w:r w:rsidR="005E7C3D">
        <w:rPr>
          <w:color w:val="000000"/>
        </w:rPr>
        <w:t>Nuoroda</w:t>
      </w:r>
      <w:proofErr w:type="spellEnd"/>
      <w:r w:rsidR="005E7C3D">
        <w:rPr>
          <w:color w:val="000000"/>
        </w:rPr>
        <w:t xml:space="preserve"> į </w:t>
      </w:r>
      <w:proofErr w:type="spellStart"/>
      <w:r w:rsidR="001240BF">
        <w:rPr>
          <w:color w:val="000000"/>
        </w:rPr>
        <w:t>Mažeikių</w:t>
      </w:r>
      <w:proofErr w:type="spellEnd"/>
      <w:r w:rsidR="001240BF">
        <w:rPr>
          <w:color w:val="000000"/>
        </w:rPr>
        <w:t xml:space="preserve"> </w:t>
      </w:r>
      <w:proofErr w:type="spellStart"/>
      <w:r w:rsidR="001240BF">
        <w:rPr>
          <w:color w:val="000000"/>
        </w:rPr>
        <w:t>rajono</w:t>
      </w:r>
      <w:proofErr w:type="spellEnd"/>
      <w:r w:rsidR="001240BF">
        <w:rPr>
          <w:color w:val="000000"/>
        </w:rPr>
        <w:t xml:space="preserve"> </w:t>
      </w:r>
      <w:proofErr w:type="spellStart"/>
      <w:r w:rsidR="001240BF">
        <w:rPr>
          <w:color w:val="000000"/>
        </w:rPr>
        <w:t>savivaldybės</w:t>
      </w:r>
      <w:proofErr w:type="spellEnd"/>
      <w:r w:rsidR="001240BF">
        <w:rPr>
          <w:color w:val="000000"/>
        </w:rPr>
        <w:t xml:space="preserve"> </w:t>
      </w:r>
      <w:proofErr w:type="spellStart"/>
      <w:r w:rsidR="001240BF">
        <w:rPr>
          <w:color w:val="000000"/>
        </w:rPr>
        <w:t>tarybos</w:t>
      </w:r>
      <w:proofErr w:type="spellEnd"/>
      <w:r w:rsidR="001240BF">
        <w:rPr>
          <w:color w:val="000000"/>
        </w:rPr>
        <w:t xml:space="preserve"> 2026 m. </w:t>
      </w:r>
      <w:proofErr w:type="spellStart"/>
      <w:r w:rsidR="001240BF">
        <w:rPr>
          <w:color w:val="000000"/>
        </w:rPr>
        <w:t>kovo</w:t>
      </w:r>
      <w:proofErr w:type="spellEnd"/>
      <w:r w:rsidR="001240BF">
        <w:rPr>
          <w:color w:val="000000"/>
        </w:rPr>
        <w:t xml:space="preserve"> 19 d. </w:t>
      </w:r>
      <w:proofErr w:type="spellStart"/>
      <w:r w:rsidR="001240BF">
        <w:rPr>
          <w:color w:val="000000"/>
        </w:rPr>
        <w:t>sprendimu</w:t>
      </w:r>
      <w:proofErr w:type="spellEnd"/>
      <w:r w:rsidR="001240BF">
        <w:rPr>
          <w:color w:val="000000"/>
        </w:rPr>
        <w:t xml:space="preserve"> Nr. T1-51 </w:t>
      </w:r>
      <w:proofErr w:type="spellStart"/>
      <w:r w:rsidR="001240BF">
        <w:rPr>
          <w:color w:val="000000"/>
        </w:rPr>
        <w:t>patvirtint</w:t>
      </w:r>
      <w:r w:rsidR="00F6770E">
        <w:rPr>
          <w:color w:val="000000"/>
        </w:rPr>
        <w:t>ą</w:t>
      </w:r>
      <w:proofErr w:type="spellEnd"/>
      <w:r w:rsidR="001240BF">
        <w:rPr>
          <w:color w:val="000000"/>
        </w:rPr>
        <w:t xml:space="preserve"> </w:t>
      </w:r>
      <w:proofErr w:type="spellStart"/>
      <w:r w:rsidR="006B3042">
        <w:rPr>
          <w:color w:val="000000"/>
        </w:rPr>
        <w:t>Mažeikių</w:t>
      </w:r>
      <w:proofErr w:type="spellEnd"/>
      <w:r w:rsidR="006B3042">
        <w:rPr>
          <w:color w:val="000000"/>
        </w:rPr>
        <w:t xml:space="preserve"> </w:t>
      </w:r>
      <w:proofErr w:type="spellStart"/>
      <w:r w:rsidR="006B3042">
        <w:rPr>
          <w:color w:val="000000"/>
        </w:rPr>
        <w:t>rajono</w:t>
      </w:r>
      <w:proofErr w:type="spellEnd"/>
      <w:r w:rsidR="006B3042">
        <w:rPr>
          <w:color w:val="000000"/>
        </w:rPr>
        <w:t xml:space="preserve"> </w:t>
      </w:r>
      <w:proofErr w:type="spellStart"/>
      <w:r w:rsidR="006B3042">
        <w:rPr>
          <w:color w:val="000000"/>
        </w:rPr>
        <w:t>savivaldybės</w:t>
      </w:r>
      <w:proofErr w:type="spellEnd"/>
      <w:r w:rsidR="006B3042">
        <w:rPr>
          <w:color w:val="000000"/>
        </w:rPr>
        <w:t xml:space="preserve"> </w:t>
      </w:r>
      <w:proofErr w:type="spellStart"/>
      <w:r w:rsidR="006B3042">
        <w:rPr>
          <w:color w:val="000000"/>
        </w:rPr>
        <w:t>aplinkos</w:t>
      </w:r>
      <w:proofErr w:type="spellEnd"/>
      <w:r w:rsidR="006B3042">
        <w:rPr>
          <w:color w:val="000000"/>
        </w:rPr>
        <w:t xml:space="preserve"> </w:t>
      </w:r>
      <w:proofErr w:type="spellStart"/>
      <w:r w:rsidR="006B3042">
        <w:rPr>
          <w:color w:val="000000"/>
        </w:rPr>
        <w:t>monitoring</w:t>
      </w:r>
      <w:r w:rsidR="005E7C3D">
        <w:rPr>
          <w:color w:val="000000"/>
        </w:rPr>
        <w:t>o</w:t>
      </w:r>
      <w:proofErr w:type="spellEnd"/>
      <w:r w:rsidR="006B3042">
        <w:rPr>
          <w:color w:val="000000"/>
        </w:rPr>
        <w:t xml:space="preserve"> 2026-2030 </w:t>
      </w:r>
      <w:proofErr w:type="spellStart"/>
      <w:r w:rsidR="006B3042">
        <w:rPr>
          <w:color w:val="000000"/>
        </w:rPr>
        <w:t>metų</w:t>
      </w:r>
      <w:proofErr w:type="spellEnd"/>
      <w:r w:rsidR="006B3042">
        <w:rPr>
          <w:color w:val="000000"/>
        </w:rPr>
        <w:t xml:space="preserve"> </w:t>
      </w:r>
      <w:proofErr w:type="spellStart"/>
      <w:r w:rsidR="005E7C3D">
        <w:rPr>
          <w:color w:val="000000"/>
        </w:rPr>
        <w:t>program</w:t>
      </w:r>
      <w:r w:rsidR="003B76AB">
        <w:rPr>
          <w:color w:val="000000"/>
        </w:rPr>
        <w:t>ą</w:t>
      </w:r>
      <w:proofErr w:type="spellEnd"/>
      <w:r w:rsidR="005E7C3D">
        <w:rPr>
          <w:color w:val="000000"/>
        </w:rPr>
        <w:t xml:space="preserve"> </w:t>
      </w:r>
      <w:r>
        <w:rPr>
          <w:color w:val="000000"/>
        </w:rPr>
        <w:t xml:space="preserve">– </w:t>
      </w:r>
      <w:hyperlink r:id="rId6" w:history="1">
        <w:r w:rsidR="001240BF" w:rsidRPr="00BD222B">
          <w:rPr>
            <w:rStyle w:val="Hipersaitas"/>
            <w:color w:val="auto"/>
            <w:u w:val="none"/>
          </w:rPr>
          <w:t>https://mazeikiai.lt/gyventojams//administracine-informacija/veiklos-sritys/aplinkosauga/aplinkos-monitoringas</w:t>
        </w:r>
      </w:hyperlink>
      <w:r w:rsidR="001240BF" w:rsidRPr="00BD222B">
        <w:t>.</w:t>
      </w:r>
    </w:p>
    <w:p w14:paraId="16B70147" w14:textId="77777777" w:rsidR="00814A6A" w:rsidRDefault="00814A6A" w:rsidP="0043007D">
      <w:pPr>
        <w:tabs>
          <w:tab w:val="left" w:pos="709"/>
        </w:tabs>
        <w:spacing w:after="0"/>
      </w:pPr>
    </w:p>
    <w:p w14:paraId="4E8D8351" w14:textId="0215BB17" w:rsidR="0043007D" w:rsidRDefault="0043007D" w:rsidP="0043007D">
      <w:pPr>
        <w:tabs>
          <w:tab w:val="left" w:pos="709"/>
        </w:tabs>
        <w:spacing w:after="0"/>
      </w:pPr>
      <w:proofErr w:type="spellStart"/>
      <w:r>
        <w:t>Parengė</w:t>
      </w:r>
      <w:proofErr w:type="spellEnd"/>
      <w:r>
        <w:t>:</w:t>
      </w:r>
    </w:p>
    <w:p w14:paraId="25F392C5" w14:textId="629BDABB" w:rsidR="0043007D" w:rsidRDefault="00DD7B90" w:rsidP="0043007D">
      <w:pPr>
        <w:tabs>
          <w:tab w:val="left" w:pos="709"/>
        </w:tabs>
        <w:spacing w:after="0"/>
      </w:pPr>
      <w:proofErr w:type="spellStart"/>
      <w:r>
        <w:t>Savivaldybės</w:t>
      </w:r>
      <w:proofErr w:type="spellEnd"/>
    </w:p>
    <w:p w14:paraId="564B6447" w14:textId="77777777" w:rsidR="0043007D" w:rsidRDefault="00877C55">
      <w:pPr>
        <w:spacing w:after="0"/>
      </w:pPr>
      <w:proofErr w:type="spellStart"/>
      <w:r>
        <w:t>Aplinkos</w:t>
      </w:r>
      <w:proofErr w:type="spellEnd"/>
      <w:r>
        <w:t xml:space="preserve"> </w:t>
      </w:r>
      <w:proofErr w:type="spellStart"/>
      <w:r>
        <w:t>apsaugos</w:t>
      </w:r>
      <w:proofErr w:type="spellEnd"/>
      <w:r>
        <w:t xml:space="preserve"> </w:t>
      </w:r>
      <w:proofErr w:type="spellStart"/>
      <w:r>
        <w:t>skyriaus</w:t>
      </w:r>
      <w:proofErr w:type="spellEnd"/>
      <w:r>
        <w:t xml:space="preserve"> </w:t>
      </w:r>
      <w:proofErr w:type="spellStart"/>
      <w:r>
        <w:t>vyriausioji</w:t>
      </w:r>
      <w:proofErr w:type="spellEnd"/>
      <w:r>
        <w:t xml:space="preserve"> </w:t>
      </w:r>
      <w:proofErr w:type="spellStart"/>
      <w:r w:rsidR="00467AE8" w:rsidRPr="00467AE8">
        <w:t>specialistė</w:t>
      </w:r>
      <w:proofErr w:type="spellEnd"/>
      <w:r>
        <w:t xml:space="preserve"> (</w:t>
      </w:r>
      <w:proofErr w:type="spellStart"/>
      <w:r>
        <w:t>ekologė</w:t>
      </w:r>
      <w:proofErr w:type="spellEnd"/>
      <w:r>
        <w:t>)</w:t>
      </w:r>
    </w:p>
    <w:p w14:paraId="4BC5E473" w14:textId="3646AA9A" w:rsidR="0043007D" w:rsidRDefault="0043007D" w:rsidP="0043007D">
      <w:pPr>
        <w:tabs>
          <w:tab w:val="left" w:pos="709"/>
        </w:tabs>
        <w:spacing w:after="0"/>
      </w:pPr>
      <w:r>
        <w:t>J</w:t>
      </w:r>
      <w:r w:rsidR="006B6E9A">
        <w:t>ūratė</w:t>
      </w:r>
      <w:r>
        <w:t xml:space="preserve"> </w:t>
      </w:r>
      <w:r w:rsidR="006B6E9A">
        <w:t>Muračiovienė</w:t>
      </w:r>
      <w:r>
        <w:t xml:space="preserve"> </w:t>
      </w:r>
    </w:p>
    <w:sectPr w:rsidR="0043007D" w:rsidSect="00AE58AC">
      <w:pgSz w:w="12240" w:h="15840"/>
      <w:pgMar w:top="1440" w:right="9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FB12C4"/>
    <w:multiLevelType w:val="multilevel"/>
    <w:tmpl w:val="2754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045FB5"/>
    <w:multiLevelType w:val="multilevel"/>
    <w:tmpl w:val="E932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A44B1E"/>
    <w:multiLevelType w:val="multilevel"/>
    <w:tmpl w:val="EEFE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2873D9"/>
    <w:multiLevelType w:val="multilevel"/>
    <w:tmpl w:val="5312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037CAC"/>
    <w:multiLevelType w:val="multilevel"/>
    <w:tmpl w:val="2BCEF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6A5A05"/>
    <w:multiLevelType w:val="multilevel"/>
    <w:tmpl w:val="58C6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A612F5"/>
    <w:multiLevelType w:val="multilevel"/>
    <w:tmpl w:val="E964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AA6D26"/>
    <w:multiLevelType w:val="multilevel"/>
    <w:tmpl w:val="F7644A18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eastAsia="Times New Roman" w:hAnsiTheme="majorBidi" w:cstheme="majorBidi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99E50A8"/>
    <w:multiLevelType w:val="multilevel"/>
    <w:tmpl w:val="05F0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482066"/>
    <w:multiLevelType w:val="multilevel"/>
    <w:tmpl w:val="22F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AD0197"/>
    <w:multiLevelType w:val="multilevel"/>
    <w:tmpl w:val="3CA85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275D32"/>
    <w:multiLevelType w:val="multilevel"/>
    <w:tmpl w:val="1A8C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53518B"/>
    <w:multiLevelType w:val="multilevel"/>
    <w:tmpl w:val="34646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9612E5"/>
    <w:multiLevelType w:val="multilevel"/>
    <w:tmpl w:val="0EDC6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726FB4"/>
    <w:multiLevelType w:val="multilevel"/>
    <w:tmpl w:val="46C2139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D9932D2"/>
    <w:multiLevelType w:val="multilevel"/>
    <w:tmpl w:val="9EAC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6A0344"/>
    <w:multiLevelType w:val="multilevel"/>
    <w:tmpl w:val="D3A4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E9127B"/>
    <w:multiLevelType w:val="multilevel"/>
    <w:tmpl w:val="78BC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872D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3A17352"/>
    <w:multiLevelType w:val="multilevel"/>
    <w:tmpl w:val="B4B2C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87D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66962CF"/>
    <w:multiLevelType w:val="multilevel"/>
    <w:tmpl w:val="E638A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D537D6"/>
    <w:multiLevelType w:val="multilevel"/>
    <w:tmpl w:val="AEE87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CC4B3E"/>
    <w:multiLevelType w:val="multilevel"/>
    <w:tmpl w:val="A476D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363304">
    <w:abstractNumId w:val="8"/>
  </w:num>
  <w:num w:numId="2" w16cid:durableId="1960649231">
    <w:abstractNumId w:val="6"/>
  </w:num>
  <w:num w:numId="3" w16cid:durableId="41366296">
    <w:abstractNumId w:val="5"/>
  </w:num>
  <w:num w:numId="4" w16cid:durableId="1901211502">
    <w:abstractNumId w:val="4"/>
  </w:num>
  <w:num w:numId="5" w16cid:durableId="883370490">
    <w:abstractNumId w:val="7"/>
  </w:num>
  <w:num w:numId="6" w16cid:durableId="1680737537">
    <w:abstractNumId w:val="3"/>
  </w:num>
  <w:num w:numId="7" w16cid:durableId="1305044740">
    <w:abstractNumId w:val="2"/>
  </w:num>
  <w:num w:numId="8" w16cid:durableId="1464805920">
    <w:abstractNumId w:val="1"/>
  </w:num>
  <w:num w:numId="9" w16cid:durableId="451675673">
    <w:abstractNumId w:val="0"/>
  </w:num>
  <w:num w:numId="10" w16cid:durableId="1565917425">
    <w:abstractNumId w:val="27"/>
  </w:num>
  <w:num w:numId="11" w16cid:durableId="564531354">
    <w:abstractNumId w:val="16"/>
  </w:num>
  <w:num w:numId="12" w16cid:durableId="413210070">
    <w:abstractNumId w:val="29"/>
  </w:num>
  <w:num w:numId="13" w16cid:durableId="1388718741">
    <w:abstractNumId w:val="23"/>
  </w:num>
  <w:num w:numId="14" w16cid:durableId="841773247">
    <w:abstractNumId w:val="28"/>
  </w:num>
  <w:num w:numId="15" w16cid:durableId="1924025288">
    <w:abstractNumId w:val="24"/>
  </w:num>
  <w:num w:numId="16" w16cid:durableId="693074057">
    <w:abstractNumId w:val="30"/>
  </w:num>
  <w:num w:numId="17" w16cid:durableId="914820552">
    <w:abstractNumId w:val="14"/>
  </w:num>
  <w:num w:numId="18" w16cid:durableId="984579237">
    <w:abstractNumId w:val="17"/>
  </w:num>
  <w:num w:numId="19" w16cid:durableId="1437481099">
    <w:abstractNumId w:val="21"/>
  </w:num>
  <w:num w:numId="20" w16cid:durableId="470631879">
    <w:abstractNumId w:val="15"/>
  </w:num>
  <w:num w:numId="21" w16cid:durableId="1094202728">
    <w:abstractNumId w:val="18"/>
  </w:num>
  <w:num w:numId="22" w16cid:durableId="8990256">
    <w:abstractNumId w:val="19"/>
  </w:num>
  <w:num w:numId="23" w16cid:durableId="2128506182">
    <w:abstractNumId w:val="9"/>
  </w:num>
  <w:num w:numId="24" w16cid:durableId="754058581">
    <w:abstractNumId w:val="32"/>
  </w:num>
  <w:num w:numId="25" w16cid:durableId="537812470">
    <w:abstractNumId w:val="22"/>
  </w:num>
  <w:num w:numId="26" w16cid:durableId="1335377588">
    <w:abstractNumId w:val="10"/>
  </w:num>
  <w:num w:numId="27" w16cid:durableId="379600414">
    <w:abstractNumId w:val="25"/>
  </w:num>
  <w:num w:numId="28" w16cid:durableId="140468108">
    <w:abstractNumId w:val="13"/>
  </w:num>
  <w:num w:numId="29" w16cid:durableId="815802584">
    <w:abstractNumId w:val="20"/>
  </w:num>
  <w:num w:numId="30" w16cid:durableId="1053775489">
    <w:abstractNumId w:val="31"/>
  </w:num>
  <w:num w:numId="31" w16cid:durableId="1865745689">
    <w:abstractNumId w:val="26"/>
  </w:num>
  <w:num w:numId="32" w16cid:durableId="1351223866">
    <w:abstractNumId w:val="11"/>
  </w:num>
  <w:num w:numId="33" w16cid:durableId="11793947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ED4"/>
    <w:rsid w:val="00010BE2"/>
    <w:rsid w:val="000220B4"/>
    <w:rsid w:val="000237C4"/>
    <w:rsid w:val="00023EBD"/>
    <w:rsid w:val="00034616"/>
    <w:rsid w:val="00040DDC"/>
    <w:rsid w:val="00044AEA"/>
    <w:rsid w:val="0006063C"/>
    <w:rsid w:val="000627B7"/>
    <w:rsid w:val="000652B5"/>
    <w:rsid w:val="00076AFF"/>
    <w:rsid w:val="00076E1F"/>
    <w:rsid w:val="00077300"/>
    <w:rsid w:val="00085915"/>
    <w:rsid w:val="00095AC2"/>
    <w:rsid w:val="000A3412"/>
    <w:rsid w:val="000A3815"/>
    <w:rsid w:val="000A39E0"/>
    <w:rsid w:val="000A5A98"/>
    <w:rsid w:val="000A7184"/>
    <w:rsid w:val="000B17BA"/>
    <w:rsid w:val="000B1FCB"/>
    <w:rsid w:val="000B29B4"/>
    <w:rsid w:val="000B3C0A"/>
    <w:rsid w:val="000B6826"/>
    <w:rsid w:val="000C3EE6"/>
    <w:rsid w:val="000C4C38"/>
    <w:rsid w:val="000D4051"/>
    <w:rsid w:val="000D453A"/>
    <w:rsid w:val="000D49C2"/>
    <w:rsid w:val="000D727F"/>
    <w:rsid w:val="000F2466"/>
    <w:rsid w:val="001057A1"/>
    <w:rsid w:val="00106302"/>
    <w:rsid w:val="001123B4"/>
    <w:rsid w:val="00114E87"/>
    <w:rsid w:val="001240BF"/>
    <w:rsid w:val="00131587"/>
    <w:rsid w:val="00132BA6"/>
    <w:rsid w:val="001355E4"/>
    <w:rsid w:val="0013690D"/>
    <w:rsid w:val="001376DE"/>
    <w:rsid w:val="00143F3C"/>
    <w:rsid w:val="00145C08"/>
    <w:rsid w:val="0015074B"/>
    <w:rsid w:val="00153292"/>
    <w:rsid w:val="00154374"/>
    <w:rsid w:val="00160699"/>
    <w:rsid w:val="00162409"/>
    <w:rsid w:val="00163395"/>
    <w:rsid w:val="00165482"/>
    <w:rsid w:val="00182C2A"/>
    <w:rsid w:val="001906A3"/>
    <w:rsid w:val="001954B4"/>
    <w:rsid w:val="001A4178"/>
    <w:rsid w:val="001B20A7"/>
    <w:rsid w:val="001B21AF"/>
    <w:rsid w:val="001C07D4"/>
    <w:rsid w:val="001C2961"/>
    <w:rsid w:val="001C4440"/>
    <w:rsid w:val="001D4C50"/>
    <w:rsid w:val="001D5D9A"/>
    <w:rsid w:val="001E1377"/>
    <w:rsid w:val="001F12A6"/>
    <w:rsid w:val="001F308C"/>
    <w:rsid w:val="00205399"/>
    <w:rsid w:val="002059F6"/>
    <w:rsid w:val="00205DAE"/>
    <w:rsid w:val="0020668D"/>
    <w:rsid w:val="002258C6"/>
    <w:rsid w:val="00226F48"/>
    <w:rsid w:val="00232117"/>
    <w:rsid w:val="00237598"/>
    <w:rsid w:val="0024001C"/>
    <w:rsid w:val="00254A9A"/>
    <w:rsid w:val="00260958"/>
    <w:rsid w:val="002650A1"/>
    <w:rsid w:val="002803B8"/>
    <w:rsid w:val="00281931"/>
    <w:rsid w:val="002852EB"/>
    <w:rsid w:val="002876F2"/>
    <w:rsid w:val="002916B2"/>
    <w:rsid w:val="00292525"/>
    <w:rsid w:val="002938A5"/>
    <w:rsid w:val="0029639D"/>
    <w:rsid w:val="00297D65"/>
    <w:rsid w:val="002B6658"/>
    <w:rsid w:val="002E019E"/>
    <w:rsid w:val="00312379"/>
    <w:rsid w:val="00313866"/>
    <w:rsid w:val="00314814"/>
    <w:rsid w:val="00326F90"/>
    <w:rsid w:val="003367FF"/>
    <w:rsid w:val="00350503"/>
    <w:rsid w:val="00350EAD"/>
    <w:rsid w:val="00351B1E"/>
    <w:rsid w:val="00357435"/>
    <w:rsid w:val="0038333F"/>
    <w:rsid w:val="003A0A2E"/>
    <w:rsid w:val="003A7DA8"/>
    <w:rsid w:val="003B76AB"/>
    <w:rsid w:val="003C3607"/>
    <w:rsid w:val="003C5745"/>
    <w:rsid w:val="003C6256"/>
    <w:rsid w:val="003D0A6F"/>
    <w:rsid w:val="003D3517"/>
    <w:rsid w:val="003E11FB"/>
    <w:rsid w:val="003E46C3"/>
    <w:rsid w:val="003E7C59"/>
    <w:rsid w:val="003F216F"/>
    <w:rsid w:val="003F7E77"/>
    <w:rsid w:val="0040397F"/>
    <w:rsid w:val="00405312"/>
    <w:rsid w:val="00406A26"/>
    <w:rsid w:val="0043007D"/>
    <w:rsid w:val="00431F53"/>
    <w:rsid w:val="00457E16"/>
    <w:rsid w:val="00466FE4"/>
    <w:rsid w:val="0046785D"/>
    <w:rsid w:val="00467AE8"/>
    <w:rsid w:val="004713AD"/>
    <w:rsid w:val="00473E89"/>
    <w:rsid w:val="00474C34"/>
    <w:rsid w:val="00477CD9"/>
    <w:rsid w:val="00484F61"/>
    <w:rsid w:val="004B0BE6"/>
    <w:rsid w:val="004B1661"/>
    <w:rsid w:val="004B6515"/>
    <w:rsid w:val="004C2B24"/>
    <w:rsid w:val="004C41C2"/>
    <w:rsid w:val="004E7CB7"/>
    <w:rsid w:val="004F1201"/>
    <w:rsid w:val="0050768D"/>
    <w:rsid w:val="005216A9"/>
    <w:rsid w:val="0052750D"/>
    <w:rsid w:val="00533E01"/>
    <w:rsid w:val="005501F6"/>
    <w:rsid w:val="005536DE"/>
    <w:rsid w:val="00560DA0"/>
    <w:rsid w:val="005705EC"/>
    <w:rsid w:val="00570A51"/>
    <w:rsid w:val="00570B8E"/>
    <w:rsid w:val="00575138"/>
    <w:rsid w:val="00581B13"/>
    <w:rsid w:val="00585A7C"/>
    <w:rsid w:val="005A06F8"/>
    <w:rsid w:val="005A6A4F"/>
    <w:rsid w:val="005B0983"/>
    <w:rsid w:val="005B40C5"/>
    <w:rsid w:val="005C3704"/>
    <w:rsid w:val="005D0507"/>
    <w:rsid w:val="005E6500"/>
    <w:rsid w:val="005E7C3D"/>
    <w:rsid w:val="005F1C73"/>
    <w:rsid w:val="005F7888"/>
    <w:rsid w:val="00620A7E"/>
    <w:rsid w:val="006254A0"/>
    <w:rsid w:val="006342F4"/>
    <w:rsid w:val="00647C95"/>
    <w:rsid w:val="00654150"/>
    <w:rsid w:val="00656F5C"/>
    <w:rsid w:val="00663DDC"/>
    <w:rsid w:val="006644C6"/>
    <w:rsid w:val="006650B3"/>
    <w:rsid w:val="00672336"/>
    <w:rsid w:val="00677BCF"/>
    <w:rsid w:val="00680591"/>
    <w:rsid w:val="00682BCE"/>
    <w:rsid w:val="006853EC"/>
    <w:rsid w:val="00693D36"/>
    <w:rsid w:val="00695BBA"/>
    <w:rsid w:val="006A1FA9"/>
    <w:rsid w:val="006A20FB"/>
    <w:rsid w:val="006B3042"/>
    <w:rsid w:val="006B3CEB"/>
    <w:rsid w:val="006B49D6"/>
    <w:rsid w:val="006B6E9A"/>
    <w:rsid w:val="006D15F5"/>
    <w:rsid w:val="006E0ABD"/>
    <w:rsid w:val="006E6FC3"/>
    <w:rsid w:val="006F1E6A"/>
    <w:rsid w:val="006F2BF3"/>
    <w:rsid w:val="006F2F97"/>
    <w:rsid w:val="007041C1"/>
    <w:rsid w:val="007075DA"/>
    <w:rsid w:val="007230D0"/>
    <w:rsid w:val="007242A9"/>
    <w:rsid w:val="00727205"/>
    <w:rsid w:val="00737ECB"/>
    <w:rsid w:val="00754E05"/>
    <w:rsid w:val="007562DC"/>
    <w:rsid w:val="00760A3B"/>
    <w:rsid w:val="00771F8B"/>
    <w:rsid w:val="00776F9F"/>
    <w:rsid w:val="00781BDE"/>
    <w:rsid w:val="00793DCE"/>
    <w:rsid w:val="0079418C"/>
    <w:rsid w:val="00797DAF"/>
    <w:rsid w:val="007A47EC"/>
    <w:rsid w:val="007A609D"/>
    <w:rsid w:val="007C203F"/>
    <w:rsid w:val="007C6540"/>
    <w:rsid w:val="007D3B98"/>
    <w:rsid w:val="007D679C"/>
    <w:rsid w:val="007E04FA"/>
    <w:rsid w:val="007E1287"/>
    <w:rsid w:val="007E197F"/>
    <w:rsid w:val="007E3AEA"/>
    <w:rsid w:val="007F1148"/>
    <w:rsid w:val="007F213C"/>
    <w:rsid w:val="007F21C2"/>
    <w:rsid w:val="007F3F12"/>
    <w:rsid w:val="00805328"/>
    <w:rsid w:val="00806C02"/>
    <w:rsid w:val="00814447"/>
    <w:rsid w:val="00814A6A"/>
    <w:rsid w:val="0082291C"/>
    <w:rsid w:val="00825E4B"/>
    <w:rsid w:val="008302AB"/>
    <w:rsid w:val="00843E0F"/>
    <w:rsid w:val="008443B1"/>
    <w:rsid w:val="00845A86"/>
    <w:rsid w:val="00846AB2"/>
    <w:rsid w:val="00846BA1"/>
    <w:rsid w:val="00847718"/>
    <w:rsid w:val="00847BD9"/>
    <w:rsid w:val="00847F08"/>
    <w:rsid w:val="0086669D"/>
    <w:rsid w:val="00872871"/>
    <w:rsid w:val="00872AE1"/>
    <w:rsid w:val="00876201"/>
    <w:rsid w:val="00877C55"/>
    <w:rsid w:val="00892237"/>
    <w:rsid w:val="008B090E"/>
    <w:rsid w:val="008B570F"/>
    <w:rsid w:val="008C1030"/>
    <w:rsid w:val="008E3DA5"/>
    <w:rsid w:val="009051BD"/>
    <w:rsid w:val="009060C8"/>
    <w:rsid w:val="00912461"/>
    <w:rsid w:val="00922D98"/>
    <w:rsid w:val="00930586"/>
    <w:rsid w:val="00933FC6"/>
    <w:rsid w:val="00943744"/>
    <w:rsid w:val="0094418F"/>
    <w:rsid w:val="00946E4B"/>
    <w:rsid w:val="009572F8"/>
    <w:rsid w:val="009578B8"/>
    <w:rsid w:val="00965539"/>
    <w:rsid w:val="00967052"/>
    <w:rsid w:val="00972DA0"/>
    <w:rsid w:val="0098332F"/>
    <w:rsid w:val="00992CD0"/>
    <w:rsid w:val="009B0B3F"/>
    <w:rsid w:val="009C4913"/>
    <w:rsid w:val="009E1668"/>
    <w:rsid w:val="009F5286"/>
    <w:rsid w:val="00A028C7"/>
    <w:rsid w:val="00A11DEE"/>
    <w:rsid w:val="00A14ACA"/>
    <w:rsid w:val="00A16F08"/>
    <w:rsid w:val="00A2210E"/>
    <w:rsid w:val="00A31BB6"/>
    <w:rsid w:val="00A33F85"/>
    <w:rsid w:val="00A35F56"/>
    <w:rsid w:val="00A37D7F"/>
    <w:rsid w:val="00A37F82"/>
    <w:rsid w:val="00A5133E"/>
    <w:rsid w:val="00A56A9E"/>
    <w:rsid w:val="00A579B3"/>
    <w:rsid w:val="00A62818"/>
    <w:rsid w:val="00A67510"/>
    <w:rsid w:val="00A70AA6"/>
    <w:rsid w:val="00A7119D"/>
    <w:rsid w:val="00A77E8E"/>
    <w:rsid w:val="00A8122B"/>
    <w:rsid w:val="00AA0798"/>
    <w:rsid w:val="00AA1D8D"/>
    <w:rsid w:val="00AA465A"/>
    <w:rsid w:val="00AA46D3"/>
    <w:rsid w:val="00AA4CF1"/>
    <w:rsid w:val="00AB19D1"/>
    <w:rsid w:val="00AB1ECD"/>
    <w:rsid w:val="00AC0895"/>
    <w:rsid w:val="00AC32BA"/>
    <w:rsid w:val="00AC543B"/>
    <w:rsid w:val="00AD4150"/>
    <w:rsid w:val="00AD603B"/>
    <w:rsid w:val="00AE1219"/>
    <w:rsid w:val="00AE58AC"/>
    <w:rsid w:val="00AF3511"/>
    <w:rsid w:val="00B02F56"/>
    <w:rsid w:val="00B161C2"/>
    <w:rsid w:val="00B27A7B"/>
    <w:rsid w:val="00B32E3A"/>
    <w:rsid w:val="00B3366F"/>
    <w:rsid w:val="00B34E44"/>
    <w:rsid w:val="00B47730"/>
    <w:rsid w:val="00B62125"/>
    <w:rsid w:val="00B63347"/>
    <w:rsid w:val="00B640B5"/>
    <w:rsid w:val="00B759D2"/>
    <w:rsid w:val="00B84CAC"/>
    <w:rsid w:val="00B979E4"/>
    <w:rsid w:val="00BA4BB7"/>
    <w:rsid w:val="00BB0159"/>
    <w:rsid w:val="00BB660C"/>
    <w:rsid w:val="00BD222B"/>
    <w:rsid w:val="00BD4603"/>
    <w:rsid w:val="00BE241F"/>
    <w:rsid w:val="00BE3432"/>
    <w:rsid w:val="00BE4613"/>
    <w:rsid w:val="00BF4B25"/>
    <w:rsid w:val="00C042C4"/>
    <w:rsid w:val="00C05294"/>
    <w:rsid w:val="00C056F2"/>
    <w:rsid w:val="00C11C70"/>
    <w:rsid w:val="00C2747A"/>
    <w:rsid w:val="00C360D8"/>
    <w:rsid w:val="00C41088"/>
    <w:rsid w:val="00C43C58"/>
    <w:rsid w:val="00C43F87"/>
    <w:rsid w:val="00C45B48"/>
    <w:rsid w:val="00C5326E"/>
    <w:rsid w:val="00C567BE"/>
    <w:rsid w:val="00C574E6"/>
    <w:rsid w:val="00C608A4"/>
    <w:rsid w:val="00C74A9D"/>
    <w:rsid w:val="00C75F95"/>
    <w:rsid w:val="00C76CC8"/>
    <w:rsid w:val="00C775C7"/>
    <w:rsid w:val="00C802B5"/>
    <w:rsid w:val="00C862E9"/>
    <w:rsid w:val="00CA4F8D"/>
    <w:rsid w:val="00CA68DD"/>
    <w:rsid w:val="00CB0664"/>
    <w:rsid w:val="00CB108A"/>
    <w:rsid w:val="00CB4465"/>
    <w:rsid w:val="00CD6890"/>
    <w:rsid w:val="00CE7E26"/>
    <w:rsid w:val="00CF0A0A"/>
    <w:rsid w:val="00CF5FAE"/>
    <w:rsid w:val="00CF7850"/>
    <w:rsid w:val="00D01A48"/>
    <w:rsid w:val="00D05ABF"/>
    <w:rsid w:val="00D137B5"/>
    <w:rsid w:val="00D148B7"/>
    <w:rsid w:val="00D25970"/>
    <w:rsid w:val="00D35928"/>
    <w:rsid w:val="00D447D9"/>
    <w:rsid w:val="00D448F8"/>
    <w:rsid w:val="00D45A33"/>
    <w:rsid w:val="00D461D5"/>
    <w:rsid w:val="00D55E1C"/>
    <w:rsid w:val="00D603DB"/>
    <w:rsid w:val="00D6238C"/>
    <w:rsid w:val="00D674D4"/>
    <w:rsid w:val="00D7137C"/>
    <w:rsid w:val="00D82249"/>
    <w:rsid w:val="00D841AF"/>
    <w:rsid w:val="00D85431"/>
    <w:rsid w:val="00D9086A"/>
    <w:rsid w:val="00D93CDB"/>
    <w:rsid w:val="00DA48E6"/>
    <w:rsid w:val="00DA77CB"/>
    <w:rsid w:val="00DB24A0"/>
    <w:rsid w:val="00DB25EF"/>
    <w:rsid w:val="00DB31BC"/>
    <w:rsid w:val="00DB3473"/>
    <w:rsid w:val="00DC10BF"/>
    <w:rsid w:val="00DC240B"/>
    <w:rsid w:val="00DC533E"/>
    <w:rsid w:val="00DC7A37"/>
    <w:rsid w:val="00DD6026"/>
    <w:rsid w:val="00DD69A9"/>
    <w:rsid w:val="00DD7B90"/>
    <w:rsid w:val="00DF67C8"/>
    <w:rsid w:val="00E00F47"/>
    <w:rsid w:val="00E02B16"/>
    <w:rsid w:val="00E05356"/>
    <w:rsid w:val="00E220EA"/>
    <w:rsid w:val="00E27869"/>
    <w:rsid w:val="00E36FEB"/>
    <w:rsid w:val="00E379BD"/>
    <w:rsid w:val="00E45E4E"/>
    <w:rsid w:val="00E51EC3"/>
    <w:rsid w:val="00E613AD"/>
    <w:rsid w:val="00E76BB4"/>
    <w:rsid w:val="00E80A06"/>
    <w:rsid w:val="00E9344C"/>
    <w:rsid w:val="00EA648F"/>
    <w:rsid w:val="00EC2261"/>
    <w:rsid w:val="00ED0951"/>
    <w:rsid w:val="00ED3056"/>
    <w:rsid w:val="00EE1CAA"/>
    <w:rsid w:val="00EF27CD"/>
    <w:rsid w:val="00EF4EAC"/>
    <w:rsid w:val="00F05BF0"/>
    <w:rsid w:val="00F0651E"/>
    <w:rsid w:val="00F10C53"/>
    <w:rsid w:val="00F124AC"/>
    <w:rsid w:val="00F168DA"/>
    <w:rsid w:val="00F17ADF"/>
    <w:rsid w:val="00F213A9"/>
    <w:rsid w:val="00F26E24"/>
    <w:rsid w:val="00F31A39"/>
    <w:rsid w:val="00F329A7"/>
    <w:rsid w:val="00F539A8"/>
    <w:rsid w:val="00F55AAB"/>
    <w:rsid w:val="00F60151"/>
    <w:rsid w:val="00F60D16"/>
    <w:rsid w:val="00F637DA"/>
    <w:rsid w:val="00F642CA"/>
    <w:rsid w:val="00F6770E"/>
    <w:rsid w:val="00F71759"/>
    <w:rsid w:val="00F72675"/>
    <w:rsid w:val="00F92DB3"/>
    <w:rsid w:val="00FA51F4"/>
    <w:rsid w:val="00FA7128"/>
    <w:rsid w:val="00FB5A5A"/>
    <w:rsid w:val="00FB7361"/>
    <w:rsid w:val="00FC0397"/>
    <w:rsid w:val="00FC693F"/>
    <w:rsid w:val="00FE36F2"/>
    <w:rsid w:val="00FF0F2B"/>
    <w:rsid w:val="00FF0F50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5AC56"/>
  <w14:defaultImageDpi w14:val="300"/>
  <w15:docId w15:val="{FEADDFD2-AF36-41A7-87CA-5AB6BA71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link w:val="SraopastraipaDiagrama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SraopastraipaDiagrama">
    <w:name w:val="Sąrašo pastraipa Diagrama"/>
    <w:link w:val="Sraopastraipa"/>
    <w:uiPriority w:val="34"/>
    <w:locked/>
    <w:rsid w:val="00E36FEB"/>
    <w:rPr>
      <w:rFonts w:ascii="Times New Roman" w:eastAsia="Times New Roman" w:hAnsi="Times New Roman"/>
      <w:sz w:val="24"/>
    </w:rPr>
  </w:style>
  <w:style w:type="paragraph" w:customStyle="1" w:styleId="MNormal">
    <w:name w:val="M_Normal"/>
    <w:link w:val="MNormalChar"/>
    <w:uiPriority w:val="1"/>
    <w:qFormat/>
    <w:rsid w:val="006644C6"/>
    <w:pPr>
      <w:spacing w:before="120" w:after="120"/>
      <w:ind w:firstLine="709"/>
    </w:pPr>
    <w:rPr>
      <w:rFonts w:cstheme="majorBidi"/>
      <w:kern w:val="2"/>
      <w:sz w:val="24"/>
      <w:szCs w:val="24"/>
      <w:lang w:val="lt-LT"/>
      <w14:ligatures w14:val="standardContextual"/>
    </w:rPr>
  </w:style>
  <w:style w:type="character" w:customStyle="1" w:styleId="MNormalChar">
    <w:name w:val="M_Normal Char"/>
    <w:link w:val="MNormal"/>
    <w:uiPriority w:val="1"/>
    <w:rsid w:val="006644C6"/>
    <w:rPr>
      <w:rFonts w:cstheme="majorBidi"/>
      <w:kern w:val="2"/>
      <w:sz w:val="24"/>
      <w:szCs w:val="24"/>
      <w:lang w:val="lt-LT"/>
      <w14:ligatures w14:val="standardContextual"/>
    </w:rPr>
  </w:style>
  <w:style w:type="table" w:styleId="1paprastojilentel">
    <w:name w:val="Plain Table 1"/>
    <w:basedOn w:val="prastojilentel"/>
    <w:uiPriority w:val="99"/>
    <w:rsid w:val="00044AE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entelstinklelisviesus">
    <w:name w:val="Grid Table Light"/>
    <w:basedOn w:val="prastojilentel"/>
    <w:uiPriority w:val="99"/>
    <w:rsid w:val="00647C9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saitas">
    <w:name w:val="Hyperlink"/>
    <w:basedOn w:val="Numatytasispastraiposriftas"/>
    <w:uiPriority w:val="99"/>
    <w:unhideWhenUsed/>
    <w:rsid w:val="000C4C38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C4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zeikiai.lt/gyventojams//administracine-informacija/veiklos-sritys/aplinkosauga/aplinkos-monitoringa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3019</Words>
  <Characters>17212</Characters>
  <Application>Microsoft Office Word</Application>
  <DocSecurity>0</DocSecurity>
  <Lines>143</Lines>
  <Paragraphs>40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Rasa Juknė</cp:lastModifiedBy>
  <cp:revision>2</cp:revision>
  <cp:lastPrinted>2026-09-21T09:56:00Z</cp:lastPrinted>
  <dcterms:created xsi:type="dcterms:W3CDTF">2026-09-23T06:35:00Z</dcterms:created>
  <dcterms:modified xsi:type="dcterms:W3CDTF">2026-09-23T06:35:00Z</dcterms:modified>
  <cp:category/>
</cp:coreProperties>
</file>