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BD921" w14:textId="4D4604DE" w:rsidR="0052552E" w:rsidRPr="00E21405" w:rsidRDefault="0052552E" w:rsidP="00E21405">
      <w:pPr>
        <w:spacing w:after="0" w:line="240" w:lineRule="auto"/>
        <w:jc w:val="right"/>
        <w:rPr>
          <w:bCs/>
          <w:i/>
          <w:iCs/>
          <w:sz w:val="24"/>
          <w:szCs w:val="24"/>
        </w:rPr>
      </w:pPr>
      <w:proofErr w:type="spellStart"/>
      <w:r w:rsidRPr="00E21405">
        <w:rPr>
          <w:bCs/>
          <w:i/>
          <w:iCs/>
          <w:sz w:val="24"/>
          <w:szCs w:val="24"/>
        </w:rPr>
        <w:t>Konkurso</w:t>
      </w:r>
      <w:proofErr w:type="spellEnd"/>
      <w:r w:rsidRPr="00E21405">
        <w:rPr>
          <w:bCs/>
          <w:i/>
          <w:iCs/>
          <w:sz w:val="24"/>
          <w:szCs w:val="24"/>
        </w:rPr>
        <w:t xml:space="preserve"> </w:t>
      </w:r>
      <w:proofErr w:type="spellStart"/>
      <w:r w:rsidRPr="00E21405">
        <w:rPr>
          <w:bCs/>
          <w:i/>
          <w:iCs/>
          <w:sz w:val="24"/>
          <w:szCs w:val="24"/>
        </w:rPr>
        <w:t>sąlygų</w:t>
      </w:r>
      <w:proofErr w:type="spellEnd"/>
      <w:r w:rsidR="00E21405" w:rsidRPr="00E21405">
        <w:rPr>
          <w:bCs/>
          <w:i/>
          <w:iCs/>
          <w:sz w:val="24"/>
          <w:szCs w:val="24"/>
        </w:rPr>
        <w:t xml:space="preserve"> </w:t>
      </w:r>
      <w:r w:rsidRPr="00E21405">
        <w:rPr>
          <w:bCs/>
          <w:i/>
          <w:iCs/>
          <w:sz w:val="24"/>
          <w:szCs w:val="24"/>
        </w:rPr>
        <w:t xml:space="preserve">2 </w:t>
      </w:r>
      <w:proofErr w:type="spellStart"/>
      <w:r w:rsidRPr="00E21405">
        <w:rPr>
          <w:bCs/>
          <w:i/>
          <w:iCs/>
          <w:sz w:val="24"/>
          <w:szCs w:val="24"/>
        </w:rPr>
        <w:t>priedas</w:t>
      </w:r>
      <w:proofErr w:type="spellEnd"/>
    </w:p>
    <w:p w14:paraId="2434C826" w14:textId="51546E06" w:rsidR="008E07AB" w:rsidRPr="008E07AB" w:rsidRDefault="00A660DF" w:rsidP="008E07AB">
      <w:pPr>
        <w:spacing w:after="480"/>
        <w:jc w:val="center"/>
      </w:pPr>
      <w:r>
        <w:rPr>
          <w:b/>
          <w:sz w:val="32"/>
        </w:rPr>
        <w:t>TECHNINĖ SPECIFIKACIJA</w:t>
      </w:r>
      <w:r w:rsidR="008E07AB" w:rsidRPr="008E07AB">
        <w:rPr>
          <w:i/>
          <w:sz w:val="24"/>
        </w:rPr>
        <w:br/>
      </w:r>
      <w:proofErr w:type="spellStart"/>
      <w:r w:rsidR="008E07AB" w:rsidRPr="008E07AB">
        <w:rPr>
          <w:b/>
          <w:bCs/>
          <w:i/>
          <w:sz w:val="24"/>
        </w:rPr>
        <w:t>Nuotekų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tinkl</w:t>
      </w:r>
      <w:r w:rsidR="008E07AB">
        <w:rPr>
          <w:b/>
          <w:bCs/>
          <w:i/>
          <w:sz w:val="24"/>
        </w:rPr>
        <w:t>ų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Taikos</w:t>
      </w:r>
      <w:proofErr w:type="spellEnd"/>
      <w:r w:rsidR="008E07AB" w:rsidRPr="008E07AB">
        <w:rPr>
          <w:b/>
          <w:bCs/>
          <w:i/>
          <w:sz w:val="24"/>
        </w:rPr>
        <w:t xml:space="preserve"> g. </w:t>
      </w:r>
      <w:proofErr w:type="spellStart"/>
      <w:r w:rsidR="008E07AB" w:rsidRPr="008E07AB">
        <w:rPr>
          <w:b/>
          <w:bCs/>
          <w:i/>
          <w:sz w:val="24"/>
        </w:rPr>
        <w:t>Tytuvėnų</w:t>
      </w:r>
      <w:proofErr w:type="spellEnd"/>
      <w:r w:rsidR="008E07AB" w:rsidRPr="008E07AB">
        <w:rPr>
          <w:b/>
          <w:bCs/>
          <w:i/>
          <w:sz w:val="24"/>
        </w:rPr>
        <w:t xml:space="preserve"> m. </w:t>
      </w:r>
      <w:proofErr w:type="spellStart"/>
      <w:r w:rsidR="008E07AB" w:rsidRPr="008E07AB">
        <w:rPr>
          <w:b/>
          <w:bCs/>
          <w:i/>
          <w:sz w:val="24"/>
        </w:rPr>
        <w:t>Kelmės</w:t>
      </w:r>
      <w:proofErr w:type="spellEnd"/>
      <w:r w:rsidR="008E07AB" w:rsidRPr="008E07AB">
        <w:rPr>
          <w:b/>
          <w:bCs/>
          <w:i/>
          <w:sz w:val="24"/>
        </w:rPr>
        <w:t xml:space="preserve"> r. </w:t>
      </w:r>
      <w:proofErr w:type="spellStart"/>
      <w:r w:rsidR="008E07AB" w:rsidRPr="008E07AB">
        <w:rPr>
          <w:b/>
          <w:bCs/>
          <w:i/>
          <w:sz w:val="24"/>
        </w:rPr>
        <w:t>statybos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supaprastinto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projekto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parengimas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ir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rangos</w:t>
      </w:r>
      <w:proofErr w:type="spellEnd"/>
      <w:r w:rsidR="008E07AB" w:rsidRPr="008E07AB">
        <w:rPr>
          <w:b/>
          <w:bCs/>
          <w:i/>
          <w:sz w:val="24"/>
        </w:rPr>
        <w:t xml:space="preserve"> </w:t>
      </w:r>
      <w:proofErr w:type="spellStart"/>
      <w:r w:rsidR="008E07AB" w:rsidRPr="008E07AB">
        <w:rPr>
          <w:b/>
          <w:bCs/>
          <w:i/>
          <w:sz w:val="24"/>
        </w:rPr>
        <w:t>darbai</w:t>
      </w:r>
      <w:proofErr w:type="spellEnd"/>
    </w:p>
    <w:p w14:paraId="3568909F" w14:textId="53E21B0E" w:rsidR="006F54B6" w:rsidRDefault="00A660DF">
      <w:pPr>
        <w:keepNext/>
        <w:spacing w:before="240" w:after="120"/>
      </w:pPr>
      <w:r>
        <w:rPr>
          <w:b/>
          <w:sz w:val="28"/>
        </w:rPr>
        <w:t>1. BENDROJI DALIS</w:t>
      </w:r>
    </w:p>
    <w:p w14:paraId="0780FD01" w14:textId="5556C012" w:rsidR="006F54B6" w:rsidRDefault="00A660DF" w:rsidP="008E07AB">
      <w:pPr>
        <w:spacing w:after="120"/>
        <w:jc w:val="both"/>
      </w:pPr>
      <w:r>
        <w:t xml:space="preserve">1.1.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objektas</w:t>
      </w:r>
      <w:proofErr w:type="spellEnd"/>
      <w:r>
        <w:t xml:space="preserve"> – </w:t>
      </w:r>
      <w:proofErr w:type="spellStart"/>
      <w:r w:rsidR="00863682" w:rsidRPr="00863682">
        <w:rPr>
          <w:i/>
          <w:sz w:val="24"/>
        </w:rPr>
        <w:t>Nuotekų</w:t>
      </w:r>
      <w:proofErr w:type="spellEnd"/>
      <w:r w:rsidR="00863682" w:rsidRPr="00863682">
        <w:rPr>
          <w:i/>
          <w:sz w:val="24"/>
        </w:rPr>
        <w:t xml:space="preserve"> </w:t>
      </w:r>
      <w:proofErr w:type="spellStart"/>
      <w:r w:rsidR="00863682" w:rsidRPr="00863682">
        <w:rPr>
          <w:i/>
          <w:sz w:val="24"/>
        </w:rPr>
        <w:t>tinklų</w:t>
      </w:r>
      <w:proofErr w:type="spellEnd"/>
      <w:r w:rsidR="00863682" w:rsidRPr="00863682">
        <w:rPr>
          <w:i/>
          <w:sz w:val="24"/>
        </w:rPr>
        <w:t xml:space="preserve"> </w:t>
      </w:r>
      <w:proofErr w:type="spellStart"/>
      <w:r w:rsidR="00863682" w:rsidRPr="00863682">
        <w:rPr>
          <w:i/>
          <w:sz w:val="24"/>
        </w:rPr>
        <w:t>Taikos</w:t>
      </w:r>
      <w:proofErr w:type="spellEnd"/>
      <w:r w:rsidR="00863682" w:rsidRPr="00863682">
        <w:rPr>
          <w:i/>
          <w:sz w:val="24"/>
        </w:rPr>
        <w:t xml:space="preserve"> g. </w:t>
      </w:r>
      <w:proofErr w:type="spellStart"/>
      <w:r w:rsidR="00863682" w:rsidRPr="00863682">
        <w:rPr>
          <w:i/>
          <w:sz w:val="24"/>
        </w:rPr>
        <w:t>Tytuvėnų</w:t>
      </w:r>
      <w:proofErr w:type="spellEnd"/>
      <w:r w:rsidR="00863682" w:rsidRPr="00863682">
        <w:rPr>
          <w:i/>
          <w:sz w:val="24"/>
        </w:rPr>
        <w:t xml:space="preserve"> m. </w:t>
      </w:r>
      <w:proofErr w:type="spellStart"/>
      <w:r w:rsidR="00863682" w:rsidRPr="00863682">
        <w:rPr>
          <w:i/>
          <w:sz w:val="24"/>
        </w:rPr>
        <w:t>Kelmės</w:t>
      </w:r>
      <w:proofErr w:type="spellEnd"/>
      <w:r w:rsidR="00863682" w:rsidRPr="00863682">
        <w:rPr>
          <w:i/>
          <w:sz w:val="24"/>
        </w:rPr>
        <w:t xml:space="preserve"> r. </w:t>
      </w:r>
      <w:proofErr w:type="spellStart"/>
      <w:r w:rsidR="00863682" w:rsidRPr="00863682">
        <w:rPr>
          <w:i/>
          <w:sz w:val="24"/>
        </w:rPr>
        <w:t>statybos</w:t>
      </w:r>
      <w:proofErr w:type="spellEnd"/>
      <w:r w:rsidR="00863682" w:rsidRPr="008E07AB">
        <w:rPr>
          <w:b/>
          <w:bCs/>
          <w:i/>
          <w:sz w:val="24"/>
        </w:rPr>
        <w:t xml:space="preserve"> </w:t>
      </w:r>
      <w:r>
        <w:t>(</w:t>
      </w:r>
      <w:proofErr w:type="spellStart"/>
      <w:r>
        <w:t>Taikos</w:t>
      </w:r>
      <w:proofErr w:type="spellEnd"/>
      <w:r>
        <w:t xml:space="preserve"> g. ir S. Dariaus ir S. Girėno g. </w:t>
      </w:r>
      <w:proofErr w:type="spellStart"/>
      <w:r>
        <w:t>sankirtoje</w:t>
      </w:r>
      <w:proofErr w:type="spellEnd"/>
      <w:r>
        <w:t xml:space="preserve">) </w:t>
      </w:r>
      <w:proofErr w:type="spellStart"/>
      <w:r>
        <w:t>supaprastinto</w:t>
      </w:r>
      <w:proofErr w:type="spellEnd"/>
      <w:r>
        <w:t xml:space="preserve"> </w:t>
      </w:r>
      <w:proofErr w:type="spellStart"/>
      <w:r>
        <w:t>projekto</w:t>
      </w:r>
      <w:proofErr w:type="spellEnd"/>
      <w:r>
        <w:t xml:space="preserve"> </w:t>
      </w:r>
      <w:proofErr w:type="spellStart"/>
      <w:r>
        <w:t>parengimas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statybos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atlikimas</w:t>
      </w:r>
      <w:proofErr w:type="spellEnd"/>
      <w:r>
        <w:t xml:space="preserve"> („</w:t>
      </w:r>
      <w:proofErr w:type="spellStart"/>
      <w:r>
        <w:t>projektuok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proofErr w:type="gramStart"/>
      <w:r>
        <w:t>statyk</w:t>
      </w:r>
      <w:proofErr w:type="spellEnd"/>
      <w:r>
        <w:t xml:space="preserve">“ </w:t>
      </w:r>
      <w:proofErr w:type="spellStart"/>
      <w:r>
        <w:t>modelis</w:t>
      </w:r>
      <w:proofErr w:type="spellEnd"/>
      <w:proofErr w:type="gramEnd"/>
      <w:r>
        <w:t>).</w:t>
      </w:r>
    </w:p>
    <w:p w14:paraId="7A76CFA6" w14:textId="77777777" w:rsidR="006F54B6" w:rsidRDefault="00A660DF" w:rsidP="008E07AB">
      <w:pPr>
        <w:spacing w:after="120"/>
        <w:jc w:val="both"/>
      </w:pPr>
      <w:r>
        <w:t xml:space="preserve">1.2. Bendras paslaugų ir darbų atlikimo terminas – </w:t>
      </w:r>
      <w:r>
        <w:rPr>
          <w:b/>
        </w:rPr>
        <w:t>3 (trys) mėnesiai</w:t>
      </w:r>
      <w:r>
        <w:t xml:space="preserve"> nuo sutarties pasirašymo dienos. Šis terminas yra galutinis, sutarties pratęsimo galimybė nenumatoma. Terminas į atskirus projektavimo ir statybos etapus neskaidomas – Tiekėjas privalo pats efektyviai suplanuoti ir suderinti veiklų eigą, kad visi darbai būtų baigti laiku.</w:t>
      </w:r>
    </w:p>
    <w:p w14:paraId="3B090DAA" w14:textId="77777777" w:rsidR="006F54B6" w:rsidRDefault="00A660DF" w:rsidP="008E07AB">
      <w:pPr>
        <w:spacing w:after="120"/>
        <w:jc w:val="both"/>
      </w:pPr>
      <w:r>
        <w:t>1.3. Minimalūs kvalifikaciniai reikalavimai tiekėjams nėra keliami.</w:t>
      </w:r>
    </w:p>
    <w:p w14:paraId="655DFE0F" w14:textId="77777777" w:rsidR="006F54B6" w:rsidRDefault="00A660DF" w:rsidP="008E07AB">
      <w:pPr>
        <w:keepNext/>
        <w:spacing w:before="240" w:after="120"/>
        <w:jc w:val="both"/>
      </w:pPr>
      <w:r>
        <w:rPr>
          <w:b/>
          <w:sz w:val="28"/>
        </w:rPr>
        <w:t>2. REIKALAVIMAI PROJEKTAVIMUI</w:t>
      </w:r>
    </w:p>
    <w:p w14:paraId="61E87457" w14:textId="77777777" w:rsidR="006F54B6" w:rsidRDefault="00A660DF" w:rsidP="008E07AB">
      <w:pPr>
        <w:spacing w:after="120"/>
        <w:jc w:val="both"/>
      </w:pPr>
      <w:r>
        <w:t>2.1. Tiekėjas privalo parengti buitinių nuotekų šalinimo tinklo ir siurblinės supaprastintą projektą. Kadangi statybą leidžiantis dokumentas (SLD) teisiškai nėra privalomas, projektas laikomas visiškai baigtu ir suderintu, kai jį patvirtina Užsakovas.</w:t>
      </w:r>
    </w:p>
    <w:p w14:paraId="2DC42737" w14:textId="77777777" w:rsidR="006F54B6" w:rsidRDefault="00A660DF" w:rsidP="008E07AB">
      <w:pPr>
        <w:spacing w:after="120"/>
        <w:jc w:val="both"/>
      </w:pPr>
      <w:r>
        <w:t>2.2. Projektavimo metu Tiekėjas privalo savarankiškai atlikti visus reikalingus inžinerinius, topografinius bei geologinius tyrinėjimus, kurie būtini teisingam projekto sprendinių įgyvendinimui.</w:t>
      </w:r>
    </w:p>
    <w:p w14:paraId="6AEAF105" w14:textId="129F9CDE" w:rsidR="006F54B6" w:rsidRDefault="00A660DF" w:rsidP="008E07AB">
      <w:pPr>
        <w:spacing w:after="120"/>
        <w:jc w:val="both"/>
      </w:pPr>
      <w:r>
        <w:t>2.</w:t>
      </w:r>
      <w:r w:rsidR="008E07AB">
        <w:t>3</w:t>
      </w:r>
      <w:r>
        <w:t xml:space="preserve">. </w:t>
      </w:r>
      <w:r>
        <w:rPr>
          <w:b/>
        </w:rPr>
        <w:t>Siurblinės našumo vertinimas:</w:t>
      </w:r>
      <w:r>
        <w:t xml:space="preserve"> Tiekėjas, remdamasis pateiktais pirkimo dokumentais, schemomis ir esamos teritorijos padėtimi, privalo savarankiškai įvertinti, apskaičiuoti ir suprojektuoti reikalingą nuotekų siurblinės našumą bei parinkti tinkamus technologinius parametrus.</w:t>
      </w:r>
    </w:p>
    <w:p w14:paraId="522D46CD" w14:textId="77777777" w:rsidR="006F54B6" w:rsidRDefault="00A660DF">
      <w:pPr>
        <w:keepNext/>
        <w:spacing w:before="240" w:after="120"/>
      </w:pPr>
      <w:r>
        <w:rPr>
          <w:b/>
          <w:sz w:val="28"/>
        </w:rPr>
        <w:t>3. REIKALAVIMAI STATYBOS DARBAMS IR NUMATOMI KIEKIAI</w:t>
      </w:r>
    </w:p>
    <w:p w14:paraId="2E01F539" w14:textId="77777777" w:rsidR="006F54B6" w:rsidRDefault="00A660DF">
      <w:pPr>
        <w:spacing w:after="120"/>
      </w:pPr>
      <w:r>
        <w:t>3.1. Visi darbai turi būti atlikti kokybiškai, laikantis galiojančių statybos reglamentų ir standartų. Žemiau pateikiami orientaciniai darbų ir medžiagų kiekiai, kuriais vadovaujantis vykdomas įrengimas: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354"/>
        <w:gridCol w:w="2354"/>
        <w:gridCol w:w="2354"/>
        <w:gridCol w:w="2354"/>
      </w:tblGrid>
      <w:tr w:rsidR="006F54B6" w14:paraId="18B250EB" w14:textId="77777777">
        <w:trPr>
          <w:jc w:val="center"/>
        </w:trPr>
        <w:tc>
          <w:tcPr>
            <w:tcW w:w="235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2961E1" w14:textId="77777777" w:rsidR="006F54B6" w:rsidRDefault="00A660DF">
            <w:pPr>
              <w:jc w:val="center"/>
            </w:pPr>
            <w:r>
              <w:rPr>
                <w:b/>
                <w:color w:val="FFFFFF"/>
                <w:sz w:val="20"/>
              </w:rPr>
              <w:t>Eil. Nr.</w:t>
            </w:r>
          </w:p>
        </w:tc>
        <w:tc>
          <w:tcPr>
            <w:tcW w:w="235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9CA3DD" w14:textId="77777777" w:rsidR="006F54B6" w:rsidRDefault="00A660DF">
            <w:pPr>
              <w:jc w:val="center"/>
            </w:pPr>
            <w:r>
              <w:rPr>
                <w:b/>
                <w:color w:val="FFFFFF"/>
                <w:sz w:val="20"/>
              </w:rPr>
              <w:t>Darbo pavadinimas, aprašymas</w:t>
            </w:r>
          </w:p>
        </w:tc>
        <w:tc>
          <w:tcPr>
            <w:tcW w:w="235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475F27" w14:textId="77777777" w:rsidR="006F54B6" w:rsidRDefault="00A660DF">
            <w:pPr>
              <w:jc w:val="center"/>
            </w:pPr>
            <w:r>
              <w:rPr>
                <w:b/>
                <w:color w:val="FFFFFF"/>
                <w:sz w:val="20"/>
              </w:rPr>
              <w:t>Mato vnt.</w:t>
            </w:r>
          </w:p>
        </w:tc>
        <w:tc>
          <w:tcPr>
            <w:tcW w:w="235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1A3D66" w14:textId="77777777" w:rsidR="006F54B6" w:rsidRDefault="00A660DF">
            <w:pPr>
              <w:jc w:val="center"/>
            </w:pPr>
            <w:r>
              <w:rPr>
                <w:b/>
                <w:color w:val="FFFFFF"/>
                <w:sz w:val="20"/>
              </w:rPr>
              <w:t>Kiekis</w:t>
            </w:r>
          </w:p>
        </w:tc>
      </w:tr>
      <w:tr w:rsidR="006F54B6" w14:paraId="5791E6BD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D6F934" w14:textId="77777777" w:rsidR="006F54B6" w:rsidRDefault="00A660DF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22EB59" w14:textId="77777777" w:rsidR="006F54B6" w:rsidRDefault="00A660DF">
            <w:r>
              <w:rPr>
                <w:sz w:val="20"/>
              </w:rPr>
              <w:t>Žemės kasimo darbai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AB9CA9" w14:textId="77777777" w:rsidR="006F54B6" w:rsidRDefault="00A660DF">
            <w:pPr>
              <w:jc w:val="center"/>
            </w:pPr>
            <w:r>
              <w:rPr>
                <w:sz w:val="20"/>
              </w:rPr>
              <w:t>m3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A5C561" w14:textId="77777777" w:rsidR="006F54B6" w:rsidRDefault="00A660DF">
            <w:pPr>
              <w:jc w:val="center"/>
            </w:pPr>
            <w:r>
              <w:rPr>
                <w:sz w:val="20"/>
              </w:rPr>
              <w:t>108</w:t>
            </w:r>
          </w:p>
        </w:tc>
      </w:tr>
      <w:tr w:rsidR="006F54B6" w14:paraId="4137162D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4DCBF6" w14:textId="77777777" w:rsidR="006F54B6" w:rsidRDefault="00A660DF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96540A" w14:textId="77777777" w:rsidR="006F54B6" w:rsidRDefault="00A660DF">
            <w:r>
              <w:rPr>
                <w:sz w:val="20"/>
              </w:rPr>
              <w:t>Vamzdžio DN63 įrengimas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22DBE5" w14:textId="77777777" w:rsidR="006F54B6" w:rsidRDefault="00A660DF">
            <w:pPr>
              <w:jc w:val="center"/>
            </w:pPr>
            <w:r>
              <w:rPr>
                <w:sz w:val="20"/>
              </w:rPr>
              <w:t>m3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5ADF59" w14:textId="77777777" w:rsidR="006F54B6" w:rsidRDefault="00A660DF">
            <w:pPr>
              <w:jc w:val="center"/>
            </w:pPr>
            <w:r>
              <w:rPr>
                <w:sz w:val="20"/>
              </w:rPr>
              <w:t>148</w:t>
            </w:r>
          </w:p>
        </w:tc>
      </w:tr>
      <w:tr w:rsidR="006F54B6" w14:paraId="24E853E1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5A82B4" w14:textId="77777777" w:rsidR="006F54B6" w:rsidRDefault="00A660DF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5522BD" w14:textId="77777777" w:rsidR="006F54B6" w:rsidRDefault="00A660DF">
            <w:r>
              <w:rPr>
                <w:sz w:val="20"/>
              </w:rPr>
              <w:t>Siurblinės montavimas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225D23" w14:textId="77777777" w:rsidR="006F54B6" w:rsidRDefault="00A660DF">
            <w:pPr>
              <w:jc w:val="center"/>
            </w:pPr>
            <w:r>
              <w:rPr>
                <w:sz w:val="20"/>
              </w:rPr>
              <w:t>vnt.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5BF590" w14:textId="77777777" w:rsidR="006F54B6" w:rsidRDefault="00A660DF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6F54B6" w14:paraId="2A8CC80F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E6ABE9" w14:textId="77777777" w:rsidR="006F54B6" w:rsidRDefault="00A660DF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5E0D4B" w14:textId="77777777" w:rsidR="006F54B6" w:rsidRDefault="00A660DF">
            <w:r>
              <w:rPr>
                <w:sz w:val="20"/>
              </w:rPr>
              <w:t>Įvado prijungimas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30D5A1" w14:textId="77777777" w:rsidR="006F54B6" w:rsidRDefault="00A660DF">
            <w:pPr>
              <w:jc w:val="center"/>
            </w:pPr>
            <w:r>
              <w:rPr>
                <w:sz w:val="20"/>
              </w:rPr>
              <w:t>vnt.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806417" w14:textId="77777777" w:rsidR="006F54B6" w:rsidRDefault="00A660DF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6F54B6" w14:paraId="72DDB0AB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E3AB1B" w14:textId="77777777" w:rsidR="006F54B6" w:rsidRDefault="00A660DF">
            <w:pPr>
              <w:jc w:val="center"/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282BD6" w14:textId="77777777" w:rsidR="006F54B6" w:rsidRDefault="00A660DF">
            <w:r>
              <w:rPr>
                <w:sz w:val="20"/>
              </w:rPr>
              <w:t>Gesinimo šulinys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6827D" w14:textId="77777777" w:rsidR="006F54B6" w:rsidRDefault="00A660DF">
            <w:pPr>
              <w:jc w:val="center"/>
            </w:pPr>
            <w:r>
              <w:rPr>
                <w:sz w:val="20"/>
              </w:rPr>
              <w:t>vnt.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68D5C6" w14:textId="77777777" w:rsidR="006F54B6" w:rsidRDefault="00A660DF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6F54B6" w14:paraId="58C092EF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CF829D" w14:textId="77777777" w:rsidR="006F54B6" w:rsidRDefault="00A660DF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D2897D" w14:textId="77777777" w:rsidR="006F54B6" w:rsidRDefault="00A660DF">
            <w:r>
              <w:rPr>
                <w:sz w:val="20"/>
              </w:rPr>
              <w:t>Gerbūvio atstatymas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F1730E" w14:textId="77777777" w:rsidR="006F54B6" w:rsidRDefault="00A660DF">
            <w:pPr>
              <w:jc w:val="center"/>
            </w:pPr>
            <w:r>
              <w:rPr>
                <w:sz w:val="20"/>
              </w:rPr>
              <w:t>m2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D7901E" w14:textId="77777777" w:rsidR="006F54B6" w:rsidRDefault="00A660DF">
            <w:pPr>
              <w:jc w:val="center"/>
            </w:pPr>
            <w:r>
              <w:rPr>
                <w:sz w:val="20"/>
              </w:rPr>
              <w:t>75</w:t>
            </w:r>
          </w:p>
        </w:tc>
      </w:tr>
      <w:tr w:rsidR="006F54B6" w14:paraId="416A9DDB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D1B1F7" w14:textId="77777777" w:rsidR="006F54B6" w:rsidRDefault="00A660DF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A53415" w14:textId="77777777" w:rsidR="006F54B6" w:rsidRDefault="00A660DF">
            <w:r>
              <w:rPr>
                <w:sz w:val="20"/>
              </w:rPr>
              <w:t>Asfalto atstatymas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CC0470" w14:textId="77777777" w:rsidR="006F54B6" w:rsidRDefault="00A660DF">
            <w:pPr>
              <w:jc w:val="center"/>
            </w:pPr>
            <w:r>
              <w:rPr>
                <w:sz w:val="20"/>
              </w:rPr>
              <w:t>m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D30B70" w14:textId="77777777" w:rsidR="006F54B6" w:rsidRDefault="00A660DF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6F54B6" w14:paraId="70E4B470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36B00E" w14:textId="77777777" w:rsidR="006F54B6" w:rsidRDefault="00A660DF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0CC639" w14:textId="77777777" w:rsidR="006F54B6" w:rsidRDefault="00A660DF">
            <w:r>
              <w:rPr>
                <w:sz w:val="20"/>
              </w:rPr>
              <w:t>Nuotekų siurblinė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1D814D" w14:textId="77777777" w:rsidR="006F54B6" w:rsidRDefault="00A660DF">
            <w:pPr>
              <w:jc w:val="center"/>
            </w:pPr>
            <w:r>
              <w:rPr>
                <w:sz w:val="20"/>
              </w:rPr>
              <w:t>vnt.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F645E8" w14:textId="77777777" w:rsidR="006F54B6" w:rsidRDefault="00A660DF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6F54B6" w14:paraId="4F67B743" w14:textId="77777777">
        <w:trPr>
          <w:jc w:val="center"/>
        </w:trPr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EB20C1" w14:textId="77777777" w:rsidR="006F54B6" w:rsidRDefault="00A660DF">
            <w:pPr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544D87" w14:textId="77777777" w:rsidR="006F54B6" w:rsidRDefault="00A660DF">
            <w:r>
              <w:rPr>
                <w:sz w:val="20"/>
              </w:rPr>
              <w:t>Geodeziniai darbai (topo nuotrauka, kadastras, šulinių kortelės)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2EFD78" w14:textId="77777777" w:rsidR="006F54B6" w:rsidRDefault="00A660DF">
            <w:pPr>
              <w:jc w:val="center"/>
            </w:pPr>
            <w:r>
              <w:rPr>
                <w:sz w:val="20"/>
              </w:rPr>
              <w:t>kompl.</w:t>
            </w:r>
          </w:p>
        </w:tc>
        <w:tc>
          <w:tcPr>
            <w:tcW w:w="23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BEE518" w14:textId="77777777" w:rsidR="006F54B6" w:rsidRDefault="00A660DF">
            <w:pPr>
              <w:jc w:val="center"/>
            </w:pPr>
            <w:r>
              <w:rPr>
                <w:sz w:val="20"/>
              </w:rPr>
              <w:t>1</w:t>
            </w:r>
          </w:p>
        </w:tc>
      </w:tr>
    </w:tbl>
    <w:p w14:paraId="58EE74C2" w14:textId="77777777" w:rsidR="006F54B6" w:rsidRDefault="006F54B6">
      <w:pPr>
        <w:spacing w:before="240"/>
      </w:pPr>
    </w:p>
    <w:p w14:paraId="4F021423" w14:textId="77777777" w:rsidR="006F54B6" w:rsidRDefault="00A660DF" w:rsidP="008E07AB">
      <w:pPr>
        <w:keepNext/>
        <w:spacing w:before="240" w:after="120"/>
        <w:jc w:val="both"/>
      </w:pPr>
      <w:r>
        <w:rPr>
          <w:b/>
          <w:sz w:val="28"/>
        </w:rPr>
        <w:t>4. PASIŪLYMO KAINOS STRUKTŪRA</w:t>
      </w:r>
    </w:p>
    <w:p w14:paraId="1DCB5E81" w14:textId="77777777" w:rsidR="006F54B6" w:rsidRDefault="00A660DF" w:rsidP="008E07AB">
      <w:pPr>
        <w:spacing w:after="120"/>
        <w:jc w:val="both"/>
      </w:pPr>
      <w:r>
        <w:t>4.1. Tiekėjas, teikdamas galutinį pasiūlymą viešajam pirkimui, privalo aiškiai išskirti ir atskirai nurodyti šias kainos sudedamąsias dalis:</w:t>
      </w:r>
    </w:p>
    <w:p w14:paraId="1DF541E6" w14:textId="77777777" w:rsidR="006F54B6" w:rsidRDefault="00A660DF" w:rsidP="008E07AB">
      <w:pPr>
        <w:pStyle w:val="Sraassuenkleliais"/>
        <w:spacing w:after="60"/>
        <w:jc w:val="both"/>
      </w:pPr>
      <w:r>
        <w:rPr>
          <w:b/>
        </w:rPr>
        <w:t>Supaprastinto projekto parengimo kaina</w:t>
      </w:r>
      <w:r>
        <w:t xml:space="preserve"> (įskaitant visus reikalingus inžinerinius tyrinėjimus bei derinimą su Užsakovu);</w:t>
      </w:r>
    </w:p>
    <w:p w14:paraId="64EDCF85" w14:textId="510492F3" w:rsidR="006F54B6" w:rsidRDefault="00A660DF" w:rsidP="008E07AB">
      <w:pPr>
        <w:pStyle w:val="Sraassuenkleliais"/>
        <w:spacing w:after="120"/>
        <w:jc w:val="both"/>
      </w:pPr>
      <w:proofErr w:type="spellStart"/>
      <w:r>
        <w:rPr>
          <w:b/>
        </w:rPr>
        <w:t>Statybos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įrengimo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darbų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atlikimo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kaina</w:t>
      </w:r>
      <w:proofErr w:type="spellEnd"/>
      <w:r>
        <w:t xml:space="preserve"> (</w:t>
      </w:r>
      <w:proofErr w:type="spellStart"/>
      <w:r>
        <w:t>įskaitant</w:t>
      </w:r>
      <w:proofErr w:type="spellEnd"/>
      <w:r>
        <w:t xml:space="preserve"> </w:t>
      </w:r>
      <w:proofErr w:type="spellStart"/>
      <w:r>
        <w:t>medžiagas</w:t>
      </w:r>
      <w:proofErr w:type="spellEnd"/>
      <w:r>
        <w:t xml:space="preserve">, </w:t>
      </w:r>
      <w:proofErr w:type="spellStart"/>
      <w:r>
        <w:t>mechanizmus</w:t>
      </w:r>
      <w:proofErr w:type="spellEnd"/>
      <w:r>
        <w:t xml:space="preserve">, </w:t>
      </w:r>
      <w:proofErr w:type="spellStart"/>
      <w:r>
        <w:t>montavimą</w:t>
      </w:r>
      <w:proofErr w:type="spellEnd"/>
      <w:r>
        <w:t xml:space="preserve">, </w:t>
      </w:r>
      <w:proofErr w:type="spellStart"/>
      <w:r>
        <w:t>aplinkos</w:t>
      </w:r>
      <w:proofErr w:type="spellEnd"/>
      <w:r>
        <w:t xml:space="preserve"> </w:t>
      </w:r>
      <w:proofErr w:type="spellStart"/>
      <w:r>
        <w:t>atstatymą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geodezines</w:t>
      </w:r>
      <w:proofErr w:type="spellEnd"/>
      <w:r>
        <w:t xml:space="preserve"> </w:t>
      </w:r>
      <w:proofErr w:type="spellStart"/>
      <w:r>
        <w:t>išpildomąsias</w:t>
      </w:r>
      <w:proofErr w:type="spellEnd"/>
      <w:r>
        <w:t xml:space="preserve"> </w:t>
      </w:r>
      <w:proofErr w:type="spellStart"/>
      <w:r>
        <w:t>nuotraukas</w:t>
      </w:r>
      <w:proofErr w:type="spellEnd"/>
      <w:r w:rsidR="008E07AB">
        <w:t xml:space="preserve"> </w:t>
      </w:r>
      <w:proofErr w:type="spellStart"/>
      <w:r w:rsidR="008E07AB">
        <w:t>ir</w:t>
      </w:r>
      <w:proofErr w:type="spellEnd"/>
      <w:r w:rsidR="008E07AB">
        <w:t xml:space="preserve"> </w:t>
      </w:r>
      <w:proofErr w:type="spellStart"/>
      <w:r w:rsidR="008E07AB">
        <w:t>kadastrinius</w:t>
      </w:r>
      <w:proofErr w:type="spellEnd"/>
      <w:r w:rsidR="008E07AB">
        <w:t xml:space="preserve"> </w:t>
      </w:r>
      <w:proofErr w:type="spellStart"/>
      <w:r w:rsidR="008E07AB">
        <w:t>matavimus</w:t>
      </w:r>
      <w:proofErr w:type="spellEnd"/>
      <w:r>
        <w:t>).</w:t>
      </w:r>
    </w:p>
    <w:p w14:paraId="123F1FA6" w14:textId="77777777" w:rsidR="006F54B6" w:rsidRDefault="00A660DF" w:rsidP="008E07AB">
      <w:pPr>
        <w:spacing w:after="120"/>
        <w:jc w:val="both"/>
      </w:pPr>
      <w:r>
        <w:t xml:space="preserve">4.2. </w:t>
      </w:r>
      <w:proofErr w:type="spellStart"/>
      <w:r>
        <w:t>Abiejų</w:t>
      </w:r>
      <w:proofErr w:type="spellEnd"/>
      <w:r>
        <w:t xml:space="preserve"> </w:t>
      </w:r>
      <w:proofErr w:type="spellStart"/>
      <w:r>
        <w:t>dalių</w:t>
      </w:r>
      <w:proofErr w:type="spellEnd"/>
      <w:r>
        <w:t xml:space="preserve"> </w:t>
      </w:r>
      <w:proofErr w:type="spellStart"/>
      <w:r>
        <w:t>kainų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sudaro</w:t>
      </w:r>
      <w:proofErr w:type="spellEnd"/>
      <w:r>
        <w:t xml:space="preserve"> </w:t>
      </w:r>
      <w:proofErr w:type="spellStart"/>
      <w:r>
        <w:t>bendrą</w:t>
      </w:r>
      <w:proofErr w:type="spellEnd"/>
      <w:r>
        <w:t xml:space="preserve"> </w:t>
      </w:r>
      <w:proofErr w:type="spellStart"/>
      <w:r>
        <w:t>galutinę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sutarties</w:t>
      </w:r>
      <w:proofErr w:type="spellEnd"/>
      <w:r>
        <w:t xml:space="preserve"> </w:t>
      </w:r>
      <w:proofErr w:type="spellStart"/>
      <w:r>
        <w:t>vertę</w:t>
      </w:r>
      <w:proofErr w:type="spellEnd"/>
      <w:r>
        <w:t xml:space="preserve">, </w:t>
      </w:r>
      <w:proofErr w:type="spellStart"/>
      <w:r>
        <w:t>kuri</w:t>
      </w:r>
      <w:proofErr w:type="spellEnd"/>
      <w:r>
        <w:t xml:space="preserve"> </w:t>
      </w:r>
      <w:proofErr w:type="spellStart"/>
      <w:r>
        <w:t>sutarties</w:t>
      </w:r>
      <w:proofErr w:type="spellEnd"/>
      <w:r>
        <w:t xml:space="preserve"> </w:t>
      </w:r>
      <w:proofErr w:type="spellStart"/>
      <w:r>
        <w:t>vykdymo</w:t>
      </w:r>
      <w:proofErr w:type="spellEnd"/>
      <w:r>
        <w:t xml:space="preserve"> </w:t>
      </w:r>
      <w:proofErr w:type="spellStart"/>
      <w:r>
        <w:t>metu</w:t>
      </w:r>
      <w:proofErr w:type="spellEnd"/>
      <w:r>
        <w:t xml:space="preserve"> </w:t>
      </w:r>
      <w:proofErr w:type="spellStart"/>
      <w:r>
        <w:t>negali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didinama</w:t>
      </w:r>
      <w:proofErr w:type="spellEnd"/>
      <w:r>
        <w:t>.</w:t>
      </w:r>
    </w:p>
    <w:p w14:paraId="3A12FCAB" w14:textId="77777777" w:rsidR="008E07AB" w:rsidRDefault="008E07AB" w:rsidP="008E07AB"/>
    <w:p w14:paraId="5023B3E2" w14:textId="7C8AFC87" w:rsidR="008E07AB" w:rsidRPr="0052552E" w:rsidRDefault="008E07AB" w:rsidP="008E07AB">
      <w:pPr>
        <w:rPr>
          <w:lang w:val="fr-FR"/>
        </w:rPr>
      </w:pPr>
      <w:r w:rsidRPr="0052552E">
        <w:rPr>
          <w:lang w:val="fr-FR"/>
        </w:rPr>
        <w:t xml:space="preserve">Statybos ir infrastruktūros skyriaus vedėjas </w:t>
      </w:r>
      <w:r w:rsidRPr="0052552E">
        <w:rPr>
          <w:lang w:val="fr-FR"/>
        </w:rPr>
        <w:tab/>
      </w:r>
      <w:r w:rsidRPr="0052552E">
        <w:rPr>
          <w:lang w:val="fr-FR"/>
        </w:rPr>
        <w:tab/>
      </w:r>
      <w:r w:rsidRPr="0052552E">
        <w:rPr>
          <w:lang w:val="fr-FR"/>
        </w:rPr>
        <w:tab/>
      </w:r>
      <w:r w:rsidRPr="0052552E">
        <w:rPr>
          <w:lang w:val="fr-FR"/>
        </w:rPr>
        <w:tab/>
      </w:r>
      <w:r w:rsidRPr="0052552E">
        <w:rPr>
          <w:lang w:val="fr-FR"/>
        </w:rPr>
        <w:tab/>
      </w:r>
      <w:r w:rsidRPr="0052552E">
        <w:rPr>
          <w:lang w:val="fr-FR"/>
        </w:rPr>
        <w:tab/>
        <w:t xml:space="preserve">     Mantas Ralys</w:t>
      </w:r>
    </w:p>
    <w:sectPr w:rsidR="008E07AB" w:rsidRPr="0052552E" w:rsidSect="003E0D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C2AF7" w14:textId="77777777" w:rsidR="00527A0F" w:rsidRDefault="00527A0F" w:rsidP="00E21405">
      <w:pPr>
        <w:spacing w:after="0" w:line="240" w:lineRule="auto"/>
      </w:pPr>
      <w:r>
        <w:separator/>
      </w:r>
    </w:p>
  </w:endnote>
  <w:endnote w:type="continuationSeparator" w:id="0">
    <w:p w14:paraId="2A85CD23" w14:textId="77777777" w:rsidR="00527A0F" w:rsidRDefault="00527A0F" w:rsidP="00E2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8C36" w14:textId="77777777" w:rsidR="00E21405" w:rsidRDefault="00E2140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76FA0" w14:textId="77777777" w:rsidR="00E21405" w:rsidRDefault="00E2140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374E" w14:textId="77777777" w:rsidR="00E21405" w:rsidRDefault="00E2140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FEA7" w14:textId="77777777" w:rsidR="00527A0F" w:rsidRDefault="00527A0F" w:rsidP="00E21405">
      <w:pPr>
        <w:spacing w:after="0" w:line="240" w:lineRule="auto"/>
      </w:pPr>
      <w:r>
        <w:separator/>
      </w:r>
    </w:p>
  </w:footnote>
  <w:footnote w:type="continuationSeparator" w:id="0">
    <w:p w14:paraId="5342073D" w14:textId="77777777" w:rsidR="00527A0F" w:rsidRDefault="00527A0F" w:rsidP="00E2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E00A0" w14:textId="77777777" w:rsidR="00E21405" w:rsidRDefault="00E2140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177379"/>
      <w:docPartObj>
        <w:docPartGallery w:val="Page Numbers (Top of Page)"/>
        <w:docPartUnique/>
      </w:docPartObj>
    </w:sdtPr>
    <w:sdtEndPr/>
    <w:sdtContent>
      <w:p w14:paraId="2B10B56E" w14:textId="0625423E" w:rsidR="00E21405" w:rsidRDefault="00E2140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4CA0CA0" w14:textId="77777777" w:rsidR="00E21405" w:rsidRDefault="00E2140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57A05" w14:textId="77777777" w:rsidR="00E21405" w:rsidRDefault="00E214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7986327">
    <w:abstractNumId w:val="8"/>
  </w:num>
  <w:num w:numId="2" w16cid:durableId="444543072">
    <w:abstractNumId w:val="6"/>
  </w:num>
  <w:num w:numId="3" w16cid:durableId="365836304">
    <w:abstractNumId w:val="5"/>
  </w:num>
  <w:num w:numId="4" w16cid:durableId="1229267073">
    <w:abstractNumId w:val="4"/>
  </w:num>
  <w:num w:numId="5" w16cid:durableId="1594895272">
    <w:abstractNumId w:val="7"/>
  </w:num>
  <w:num w:numId="6" w16cid:durableId="928545519">
    <w:abstractNumId w:val="3"/>
  </w:num>
  <w:num w:numId="7" w16cid:durableId="1124812554">
    <w:abstractNumId w:val="2"/>
  </w:num>
  <w:num w:numId="8" w16cid:durableId="1691641893">
    <w:abstractNumId w:val="1"/>
  </w:num>
  <w:num w:numId="9" w16cid:durableId="104314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487"/>
    <w:rsid w:val="0015074B"/>
    <w:rsid w:val="001C739E"/>
    <w:rsid w:val="0029639D"/>
    <w:rsid w:val="00326F90"/>
    <w:rsid w:val="003E0DD5"/>
    <w:rsid w:val="004174D6"/>
    <w:rsid w:val="0052552E"/>
    <w:rsid w:val="00527A0F"/>
    <w:rsid w:val="00616E42"/>
    <w:rsid w:val="006C4629"/>
    <w:rsid w:val="006D5567"/>
    <w:rsid w:val="006F54B6"/>
    <w:rsid w:val="00863682"/>
    <w:rsid w:val="008B1FD0"/>
    <w:rsid w:val="008E07AB"/>
    <w:rsid w:val="009B6C63"/>
    <w:rsid w:val="00A660DF"/>
    <w:rsid w:val="00AA1D8D"/>
    <w:rsid w:val="00B47730"/>
    <w:rsid w:val="00CB0664"/>
    <w:rsid w:val="00CF0A89"/>
    <w:rsid w:val="00D0285B"/>
    <w:rsid w:val="00E214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B9A60"/>
  <w14:defaultImageDpi w14:val="330"/>
  <w15:docId w15:val="{D53CE8D7-B8D0-48E1-B39A-CA6952D98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1821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Daiva Šimkutė</cp:lastModifiedBy>
  <cp:revision>7</cp:revision>
  <cp:lastPrinted>2026-10-05T06:00:00Z</cp:lastPrinted>
  <dcterms:created xsi:type="dcterms:W3CDTF">2026-09-25T07:46:00Z</dcterms:created>
  <dcterms:modified xsi:type="dcterms:W3CDTF">2026-10-05T06:00:00Z</dcterms:modified>
  <cp:category/>
</cp:coreProperties>
</file>